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7S/126/2013 z 27. 4. 2016</w:t>
      </w:r>
    </w:p>
    <w:p>
      <w:r>
        <w:t>Uznesenie Krajského súdu Košice z 27. apríla 2016, sp. zn. 7S/126/2013, ECLI:SK:KSKE:2016:7013200799.4</w:t>
      </w:r>
    </w:p>
    <w:p>
      <w:r>
        <w:t>Súd: Krajský súd Košice</w:t>
      </w:r>
    </w:p>
    <w:p>
      <w:r>
        <w:t>Spisová značka: 7S/126/2013</w:t>
      </w:r>
    </w:p>
    <w:p>
      <w:r>
        <w:t>ECLI: ECLI:SK:KSKE:2016:7013200799.4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7S/126/2013 Identifikačné číslo súdneho spisu: 7013200799 Dátum vydania rozhodnutia: 28. 04. 2016 Meno a priezvisko sudcu, VSÚ: JUDr. Judita Juráková ECLI: ECLI:SK:KSKE:2016:7013200799.4 Uznesenie Krajský súd v Košiciach v právnej veci žalobcu MIMIX, s.r.o., Veľká Bara 5, IČO: 36854794, zast. JUDr. Ľubošom Petrovským, advokátom, Štúrova 20, Košice, proti žalovanému Finančné riaditeľstvo SR, Lazovná 63, Banská Bystrica, o preskúmanie rozhodnutia žalovaného č. 1100306/1/129192/2013/5048 zo dňa 14.03.2013 takto r o z h o d o l : Konanie z a s t a v u j e . Žiaden z účastníkov nemá právo na náhradu trov konania. o d ô v o d n e n i e : Žalobca podal žalobu na súd dňa 04.06.2013 a žiadal, aby súd zrušil rozhodnutie žalovaného č. 1100306/1/129192/2013/5048 zo dňa 14.03.2013. Žalobca bol vyzvaný dňa 05.03.2014 na zaplatenie súdneho poplatku 70,- eur za podanú žalobu, pod následkom zastavenia konania. Výzvu zástupca žalobcu prevzal dňa 14.03.2014. Súdny poplatok nebol doposiaľ zaplatený. Podľa ustanovenia § 10 ods. 1 zákona č. 71/1992 Zb. o súdnych poplatkoch a o poplatku za výpis z registra trestov v znení neskorších predpisov súd konanie zastaví, ak napriek výzve poplatok nebol zaplatený. Vzhľadom na vyššie uvedené zákonné ustanovenie, súd konanie zastavil. O náhrade trov konania rozhodol podľa ustanovenia § 246c ods.1, § 146 ods.1 písm.c/ O.s.p., teda žiaden z účastníkov nemá právo na náhradu trov konania, ak konanie bolo zastavené. Vo veci senát rozhodol pomerom hlasov 3:0.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https://www.kauzis.sk/judikatura/r/ECLI:SK:KSKE:2016:7013200799.4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