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7S/241/2013 z 3. 5. 2016</w:t>
      </w:r>
    </w:p>
    <w:p>
      <w:r>
        <w:t>Uznesenie Krajského súdu Košice z 3. mája 2016, sp. zn. 7S/241/2013, ECLI:SK:KSKE:2016:7013201623.1</w:t>
      </w:r>
    </w:p>
    <w:p>
      <w:r>
        <w:t>Súd: Krajský súd Košice</w:t>
      </w:r>
    </w:p>
    <w:p>
      <w:r>
        <w:t>Spisová značka: 7S/241/2013</w:t>
      </w:r>
    </w:p>
    <w:p>
      <w:r>
        <w:t>ECLI: ECLI:SK:KSKE:2016:7013201623.1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7S/241/2013 Identifikačné číslo súdneho spisu: 7013201623 Dátum vydania rozhodnutia: 04. 05. 2016 Meno a priezvisko sudcu, VSÚ: JUDr. Tamara Sklenárová ECLI: ECLI:SK:KSKE:2016:7013201623.1 Uznesenie Krajský súd v Košiciach, v právnej veci žalobcu: Okresná prokuratúra Košice I, so sídlom Mojmírova 5, Košice, proti žalovanému: Mestská časť Košice - Sever, so sídlom Festivalové námestie 2, Košice, v konaní o preskúmaní zákonnosti uznesenia Miestneho zastupiteľstva mestskej časti Košice - Sever č. 81/2012 zo dňa 18. 04. 2012 a č. 200/2013 zo dňa 29. 04. 2013, takto r o z h o d o l : Konanie z a s t a v u j e. Žiaden z účastníkov n e m á právo na náhradu trov konania. o d ô v o d n e n i e : Žalobou zo dňa 19. 12. 2013 sa žalobca domáhal preskúmania zákonnosti uznesenia Miestneho zastupiteľstva mestskej časti Košice - Sever č. 81/2012 zo dňa 18. 04. 2012 a č. 200/2013 zo dňa 29. 04. 2013. Uznesením Miestneho zastupiteľstva mestskej časti Košice - Sever č. 200/2013 zo dňa 29. 04. 2013 boli schválené zmeny a doplnky Zásad odmeňovania poslancov schválených uznesením Miestneho zastupiteľstva mestskej časti Košice - Sever č. 35/2011 z 09. 06. 2011 v znení zmien prijatých uznesením Miestneho zastupiteľstva mestskej časti Košice - Sever č. 81/2012 zo dňa 18. 04. 2012. Písomným podaním zo dňa 22. 04. 2016 žalobca oznámil tunajšiemu súdu, že na podanej žalobe zo dňa 19. 12. 2013 netrvá, berie ju späť a žiada konanie zastaviť s poukazom na skutočnosť, že žalovaný uznesením č. 273/2014 zo dňa 12. 03. 2014 napadnuté zásady odmeňovania poslancov upravené napadnutými uzneseniami zrušil. Podľa ustanovenia § 250d ods. 3 O. s. p. súd uznesením konanie zastaví, ak žaloba bola vzatá späť. V zmysle ustanovenia § 250h ods. 2 O. s. p. až do rozhodnutia súdu môže navrhovateľ žalobu vziať späť. Vzhľadom na to, že žalobca vzal žalobu o preskúmanie zákonnosti uznesenia Miestneho zastupiteľstva späť, súd rozhodol v súlade s citovanými zákonnými ustanoveniami tak, ako je to uvedené vo výrokovej časti tohto uznesenia. Súd rozhodol o trovách konania v zmysle ustanovenia § 146 ods. 1 písm. c), § 246c a § 250l ods. 2 O. s. p., podľa ktorých žiaden z účastníkov nemá právo na náhradu trov konania podľa jeho výsledku, ak konanie bolo zastavené. Poučenie: Proti tomuto uzneseniu možno podať odvolanie do 15 dní odo dňa jeho doručenia na Krajský súd v Košiciach, a to v dvoch písomných vyhotoveniach. V odvolaní sa musí popri všeobecných náležitostiach podľa ustanovenia § 42 ods. 3 O. s. p.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https://www.kauzis.sk/judikatura/r/ECLI:SK:KSKE:2016:7013201623.1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