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2Sd/28/2014 z 16. 5. 2016</w:t>
      </w:r>
    </w:p>
    <w:p>
      <w:r>
        <w:t>Rozsudok Krajského súdu Košice z 16. mája 2016, sp. zn. 2Sd/28/2014, ECLI:SK:KSKE:2016:7014200490.2</w:t>
      </w:r>
    </w:p>
    <w:p>
      <w:r>
        <w:t>Súd: Krajský súd Košice</w:t>
      </w:r>
    </w:p>
    <w:p>
      <w:r>
        <w:t>Spisová značka: 2Sd/28/2014</w:t>
      </w:r>
    </w:p>
    <w:p>
      <w:r>
        <w:t>ECLI: ECLI:SK:KSKE:2016:7014200490.2</w:t>
      </w:r>
    </w:p>
    <w:p>
      <w:r>
        <w:t>Dátum vydania: 16. 5. 2016</w:t>
      </w:r>
    </w:p>
    <w:p>
      <w:r>
        <w:t>Forma: Rozsudok</w:t>
      </w:r>
    </w:p>
    <w:p>
      <w:r>
        <w:t>Oblasť práva: Správne právo</w:t>
      </w:r>
    </w:p>
    <w:p>
      <w:pPr>
        <w:pStyle w:val="Heading2"/>
      </w:pPr>
      <w:r>
        <w:t>Text rozhodnutia</w:t>
      </w:r>
    </w:p>
    <w:p>
      <w:r>
        <w:t>Súd: Krajský súd Košice Spisová značka: 2Sd/28/2014 Identifikačné číslo súdneho spisu: 7014200490 Dátum vydania rozhodnutia: 17. 05. 2016 Meno a priezvisko sudcu, VSÚ: JUDr. Eva Baranová ECLI: ECLI:SK:KSKE:2016:7014200490.2 ROZSUDOK V MENE SLOVENSKEJ REPUBLIKY Krajský súd v Košiciach samosudkyňou JUDr. Evou Baranovou, v právnej veci navrhovateľa L. A., bývajúceho v O. XXX, proti odporcovi Sociálnej poisťovni, ústredie, Bratislava, Ul. 29. augusta 8, o invalidný dôchodok, takto r o z h o d o l : P o t v r d z u j e rozhodnutie odporcu z 05.12.2013 č. XXX XXX XXXX X - I. v spojení s rozhodnutím zo 06.05.2014 č. XXX XXX XXXX X. Náhradu trov konania účastníkom n e p r i z n á v a . o d ô v o d n e n i e : Odporca rozhodnutím z 05.12.2013 č. XXX XXX XXXX X - I. podľa § 70 ods.1, § 82 a § 293ce zákona č. 461/2003 Z.z. o sociálnom poistení v znení neskorších predpisov a podľa článku 52 ods.1 písm.b) nariadenia (ES) Európskeho parlamentu a Rady č. 883/2004 o koordinácii systémov sociálneho zabezpečenia priznal navrhovateľovi od 13.02.2013 invalidný dôchodok v sume 94,50 eur mesačne. Invalidný dôchodok bol navrhovateľovi priznaný odo dňa uznania za invalidného posudkovým lekárom Sociálnej poisťovne, pobočky Michalovce. Navrhovateľ podal proti tomuto rozhodnutiu odvolanie, v ktorom uviedol, že nesúhlasí s dátumom uznania invalidity 13.02.2013, pretože jeho zdravotný stav sa zhoršil už v novembri 2012. Odporca ho tak ukrátil o tri mesiace, a preto žiadal o priznanie invalidného dôchodku spätne od novembra 2012. Posudkový lekár sociálneho poistenia Sociálnej poisťovne, pobočky Michalovce dňa 23.04.2014 posudzoval zdravotný stav navrhovateľa a v posudku z toho istého dňa uviedol, že u navrhovateľa bola diagnostikovaná Hodgkinova choroba verifikovaná až po opakovaných biopsiách z krčných LU na pravej strane krku. Bol opakovane hospitalizovaný na ORL klinike Košice, boli vykonané opakované excízie - malignita nebola dokázaná, v auguste 2008 bola vykonaná excízia v oblasti príušnej žľazy vľavo a selektívna bloková disekcia, taktiež s nejednoznačným nálezom. Až vo februári 2013 po excízii zo submandibulárnej oblasti bol potvrdený lymfóm. Vzhľadom na priebeh ochorenia a súčasnú progresiu konštatoval, že ochorenie už bolo prítomné aj v roku 2012, aj keď nebolo histologicky potvrdené. Vzhľadom na uvedené posudkový lekár zmenil dátum vzniku invalidity na 01.08.2012, t.j. od hospitalizácie na ORL klinike Košice. U navrhovateľa bola rozhodujúcim zdravotným postihnutím diagnostikovaná Hodgkinova choroba s mierou poklesu schopností vykonávať zárobkovú činnosť 75 %. Na podklade tohto posudku odporca vydal zmenové rozhodnutie zo 06.05.2014 č. XXX XXX XXXX X, ktorým priznal navrhovateľovi invalidný dôchodok od 01.08.2012 v sume 90,10 eur mesačne po zvýšení podľa § 82 a § 293ce zákona o sociálnom poistení a opatrenia Ministerstva práce, sociálnych vecí a rodiny SR č. 329/2012 Z.z. a opatrenia Ministerstva práce, sociálnych vecí a rodiny SR č. 329/2013 Z.z. bol invalidný dôchodok navrhovateľovi zvýšený od 01.01.2014 na sumu 100,50 eur mesačne. Pretože odporca vyhovel opravnému prostriedku navrhovateľa v celom rozsahu, Krajský súd v Košiciach uznesením zo dňa 14.07.2014 č.k. 2Sd/28/2014-28 konanie zastavil podľa § 250o O.s.p. Navrhovateľ podal proti tomuto uzneseniu odvolanie, v ktorom namietal malú výšku dôchodku, ktorá mu nestačí na liečbu spojenú s cestovaním a na krytie ďalších životných nákladov. Najvyšší súd SR uznesením z 27.01.2016 č.k. 9So/66/2015-42 uznesenie Krajského súdu v Košiciach zrušil a vec mu vrátil na ďalšie konanie. Súd v konaní podľa § 250l a nasl. O.s.p. preskúmal napadnuté rozhodnutie odporcu v spojení so zmenovým rozhodnutím zo 06.05.2014, oboznámil sa s dávkovým a administratívnym spisom a dospel k záveru, že návrh navrhovateľa nie je dôvodný. Navrhovateľ splnil podmienku nároku na invalidný dôchodok podľa právnych predpisov SR, pretože pred vznikom invalidity získal aspoň 10 rokov obdobia dôchodkového poistenia. K 01.08.2012 navrhovateľ získal 3550 dní obdobia dôchodkového poistenia, ku ktorému sa pripočítalo obdobie od vzniku nároku na invalidný dôchodok do dosiahnutia dôchodkového veku podľa právnych predpisov SR. Pri posúdení nároku na dôchodok a určení jeho sumy boli zhodnotené všetky preukázané obdobia dôchodkového poistenia získané podľa právnych predpisov SR a obdobia poistenia získané podľa právnych predpisov ČR potvrdené príslušnou Českou správou sociálneho zabezpečenia. Navrhovateľovi vznikol nárok na invalidný dôchodok len s prihliadnutím na doby poistenia získané podľa právnych predpisov ČR v rozsahu 2355 dní, preto suma invalidného dôchodku navrhovateľa je podľa článku 52 ods.1 nariadenia (ES) Európskeho parlamentu a Rady č. 883/2004 bolo potrebné určiť ako časť teoretickej sumy dôchodku, ktorá zodpovedá pomeru medzi dĺžkou obdobia dôchodkového poistenia získaného podľa právnych predpisov SR a celkovou dobou poistenia získanou aj podľa právnych predpisov ČR. Teoretická suma invalidného dôchodku je súčin priemerného osobného mzdového bodu, obdobia dôchodkového poistenia vyjadreného v rokoch, vrátane pripočítaného obdobia a aktuálnej dôchodkovej hodnoty. Priemerný osobný mzdový bod 0,3680 podľa § 63 ods.1 zákona o sociálnom poistení je podiel úhrnu osobných mzdových bodov zistený za rozhodujúce obdobie a obdobia dôchodkového poistenia v rozhodujúcom období vyjadreného v rokoch. Rozhodujúcim obdobím podľa § 63 ods.6 - 11 zákona o sociálnom poistení sú kalendárne roky 1984 - 2011. Podľa § 63 ods.4 zákona o sociálnom poistení sa k priemernému osobnému mzdovému bodu v hodnote nižšej ako 1,0 pripočíta 16 % z rozdielu medzi hodnotou 1,0 a hodnotou priemerného osobného mzdového bodu. V súlade s uvedeným je hodnota priemerného osobného mzdového bodu 0,4692. Aktuálna dôchodková hodnota platná k 01.08.2012 je 9,8182 eur. Suma invalidného dôchodku je 151,31441382 eur mesačne. Z tejto sumy je čiastkový invalidný dôchodok podiel, ktorý zodpovedá pomeru obdobia dôchodkového poistenia získaného podľa právnych predpisov SR k úhrnu dôb zhodnotených na nárok a teoretickú sumu invalidného dôchodku. Z celkovej doby 5550 dní, čo je pre účely výpočtu dôchodku 15,2055 rokov obdobia dôchodkového poistenia zhodnotenej na nárok a teoretickú sumu dôchodku, navrhovateľ podľa právnych predpisov SR získal 3195 dní, čo je 8,7535 rokov obdobia dôchodkového poistenia. Koeficient na určenie sumy čiastkového invalidného dôchodku v hodnote 0,57567985 sa určí ako podiel dôb obdobia získaného podľa právnych predpisov SR a úhrnu dôb zhodnotených na nárok a teoretickú sumu invalidného dôchodku. Invalidný dôchodok v sume 151,31441382 eur sa kráti v pomere 8,7535 rokov v SR / 15,2055 rokov úhrnom, = 0,57567985 na sumu 87,20 eur mesačne. Podľa § 82 ods.13 zákona o sociálnom poistení dôchodková dávka, ktorej suma bola určená s prihliadnutím na obdobie poistenia získané v cudzine podľa osobitného predpisu, alebo podľa medzinárodnej zmluvy, sa zvýši o pomernú časť pevnej sumy ustanovenej podľa odseku 12 písm.a), ktorá zodpovedá pomernej časti, v akej sa priznal čiastkový dôchodok podľa predpisov SR. Pevná suma zvýšenia invalidného dôchodku podľa § 82 a § 293ce zákona o sociálnom poistení bola ustanovená v § 1 písm.e) Opatrenia Ministerstva práce, sociálnych vecí a rodiny SR č. 329/2012 Z.z., v ktorom sa ustanovuje pevná suma zvýšenia dôchodkovej dávky a percento zvýšenia úrazovej renty v roku 2013 a je 10,10 eur. Suma zvýšenia 5,90 eur mesačne je určená ako súčin pevnej sumy zvýšenia invalidného dôchodku 10,10 eur mesačne a koeficientu 0,57567985, ktorý predstavuje pomernú časť dôchodku patriacu za obdobie dôchodkového poistenia získané podľa právnych predpisov SR. Pevná suma zvýšenia invalidného dôchodku podľa Opatrenia Ministerstva práce, sociálnych vecí a rodiny SR č. 329/2013, ktorým sa ustanovuje pevná suma zvýšenia dôchodkovej dávky a percento zvýšenia úrazovej renty v roku 2014 je 7,80 eur. Suma zvýšenia určená ako súčin pevnej sumy zvýšenia invalidného dôchodku a koeficientu vyššie uvedeného koeficientu, je 4,50 eur. Suma invalidného dôchodku spolu so zvýšeniami predstavuje sumu 100,50 eur mesačne. Výška invalidného dôchodku bola navrhovateľovi vypočítaná v súlade s právnymi predpismi. Navrhovateľ neuviedol žiadne relevantné námietky, pre ktoré by rozhodnutie odporcu bolo nezákonné. Súd po preskúmaní napadnutého rozhodnutia v spojení so zmenovým rozhodnutím dospel k záveru, že bol vydaný v súlade so zákonom, a preto ho podľa § 250q ods.3 O.s.p. potvrdil. Navrhovateľ nebol v konaní úspešný, preto mu súd nepriznal právo na náhradu trov konania, odporcovi toto právo zo zákona nepatrí.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a) v konaní došlo k vadám uvedeným v § 221 ods.1,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https://www.kauzis.sk/judikatura/r/ECLI:SK:KSKE:2016:7014200490.2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