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6S/109/2014 z 18. 5. 2016</w:t>
      </w:r>
    </w:p>
    <w:p>
      <w:r>
        <w:t>Rozsudok Krajského súdu Košice z 18. mája 2016, sp. zn. 6S/109/2014, ECLI:SK:KSKE:2016:7014201075.2</w:t>
      </w:r>
    </w:p>
    <w:p>
      <w:r>
        <w:t>Súd: Krajský súd Košice</w:t>
      </w:r>
    </w:p>
    <w:p>
      <w:r>
        <w:t>Spisová značka: 6S/109/2014</w:t>
      </w:r>
    </w:p>
    <w:p>
      <w:r>
        <w:t>ECLI: ECLI:SK:KSKE:2016:7014201075.2</w:t>
      </w:r>
    </w:p>
    <w:p>
      <w:r>
        <w:t>Dátum vydania: 18. 5. 2016</w:t>
      </w:r>
    </w:p>
    <w:p>
      <w:r>
        <w:t>Forma: Rozsudok</w:t>
      </w:r>
    </w:p>
    <w:p>
      <w:r>
        <w:t>Oblasť práva: Správne právo</w:t>
      </w:r>
    </w:p>
    <w:p>
      <w:pPr>
        <w:pStyle w:val="Heading2"/>
      </w:pPr>
      <w:r>
        <w:t>Text rozhodnutia</w:t>
      </w:r>
    </w:p>
    <w:p>
      <w:r>
        <w:t>Súd: Krajský súd Košice Spisová značka: 6S/109/2014 Identifikačné číslo súdneho spisu: 7014201075 Dátum vydania rozhodnutia: 19. 05. 2016 Meno a priezvisko sudcu, VSÚ: JUDr. Pavol Naď ECLI: ECLI:SK:KSKE:2016:7014201075.2 ROZSUDOK V MENE SLOVENSKEJ REPUBLIKY Krajský súd v Košiciach v senáte zloženom z predsedu senátu JUDr. Pavla Naďa a členov senátu JUDr. Judity Jurákovej a JUDr. Mareka Kotoru v právnej veci žalobcu K+K servis, s.r.o., Stavebná 2153/57, Trebišov, IČO: 36 692 689, právne zastúpeného JUDr. Jurajom Fűzerom, advokátom so sídlom M.R. Štefánika 1256/22, Trebišov, proti žalovanému Národnému inšpektorátu práce, Masarykova 10, Košice, o preskúmanie rozhodnutia žalovaného č. S/2014/02213-2.1 O-264/2014 z 25.08.2014, t a k t o r o z h o d o l : Podľa § 250j ods. 2 písm. c), d), e) O. s. p. z r u š u j e rozhodnutie žalovaného č. S/2014/02213-2.1 O-264/2014 z 25.08.2014, ako aj rozhodnutie Inšpektorátu práce Košice č. 46/14/S zo dňa 25.04.2014 a vec v r a c i a žalovanému na ďalšie konanie. Žalobcovi priznáva právo na náhradu trov konania v celkovej sume 739,50 Eur, ktoré pozostávajú z náhrady súdneho poplatku vo výške 70,- Eur, z trov právneho zastúpenia vo výške 435,66 Eur, z cestovných výdavkov vo výške 7,86 Eur, z náhrady za stratu času vo výške 114,40 Eur a z DPH vo výške 111,58 Eur, ktoré je žalovaný povinný zaplatiť na účet právneho zástupcu žalobcu v lehote do 10 dní odo dňa právoplatnosti tohto rozsudku. o d ô v o d n e n i e : I. 1. Žalobca sa prostredníctvom právneho zástupcu včas podanou žalobou (§ 250b ods. 1 O. s. p.) domáhal preskúmania rozhodnutia žalovaného - Národného inšpektorátu práce Košice č. S/2014/02213-2.1 O-264/2014, ktorým žalovaný ako správny orgán druhého stupňa rozhodujúc podľa § 6 ods. 1 písm. b) a § 21 ods. 3 zákona č. 125/2006 Z.z. o inšpekcii práce a o zmene a doplnení zákona č. 82/2005 Z. z. o nelegálnej práci a nelegálnom zamestnávaní a o zmene a doplnení niektorých zákonov v znení neskorších predpisov (ďalej len „zákon č. 125/2006 Z.z.“) rozhodol o odvolaní žalobcu proti prvostupňovému rozhodnutiu Inšpektorátu práce Košice č. 46/14/S z 25.04.2014 o uložení pokuty vo výške 33 000 € podľa § 19 ods. 1 písm. a) zákona č. 125/2006 Z.z. za porušenie povinností uvedených v ustanovení § 2 ods. 1 písm. a) bod 3 zákona č. 125/2006 Z.z. tak, že odvolanie žalobcu zamietol a potvrdil prvostupňové rozhodnutie Inšpektorátu práce Košice z 25.04.2014. 2. Porušenie právnych povinností podľa § 2 ods. 1 písm. a) bod 3 zákona č. 125/2006 Z.z. správne orgány oboch stupňov skutkovo a právne vymedzili vo výrokových častiach rozhodnutí z 25.04.2014 a 25.08.2014 porušením právnych povinností žalobcom podľa § 6 ods. 1 písm. d) zákona č. 124/2006 Z.z. o bezpečnosti a ochrane zdravia pri práce a o zmene a doplnení niektorých zákonov v znení neskorších predpisov (ďalej len „zákon č. 124/2006 Z.z.“) v tom, že zamestnávateľ (žalobca) v záujme zaistenia bezpečnosti a ochrany zdravia pri práci nezabezpečil, aby pracovný prostriedok - nákladné motorové vozidlo TATRA 815, EVČ K. XXX C., rok výroby 1994 neohrozovalo bezpečnosť a zdravie zamestnanca E. U. nar. XX.XX.XXXX (zamestnaného na základe pracovnej zmluvy zo dňa 14.05.2007 s dohodnutým druhom práce žeriavnik, vodič nákladného motorového vozidla, montážne práce, pieskovanie, metalizácia kovov), nevykonal potrebnú údržbu a opravy predmetného nákladného motorového vozidla, čím bol brzdový systém vozidla neúčinný, v dôsledku čoho utrpel zamestnanec E. U. pri výkone práce vodiča dňa 20.05.2013 pracovný úraz, ktorým mu bola spôsobená smrť. 3. Inšpektorát práce Košice ako správny orgán prvého stupňa rozhodnutie z 25.04.2014 o uložení pokuty žalobcovi v sume 33 000 € odôvodnil výsledkami vyšetrovania príčin smrteľného pracovného úrazu postihnutého E. U., vykonanú v dňoch 22.05., 30.05., 04.06., 11.06., 17.06., 18.06., 19.06., 18.11., 21.11. a 25.11.2013, podľa § 7 ods. 3 písm. b) zákona č. 125/2006 Z.z. Výsledky inšpekcie prvostupňový správny orgán uviedol v protokole o vyšetrení príčin vzniku smrteľného pracovného úrazu č. IKO - 27-32-2.3/P-J1-13 z 25.11.2013 v znení jeho Dodatku č. 1 zo dňa 06.12.2013. K vyšetrovanému pracovnému úrazu - dopravnej nehode došlo 20.05.2013 v čase o 13,48 hod., kedy vodič E. U. riadil nákladné motorové vozidlo TATRA 815, patriace žalobcovi po štátnej ceste III/552004 v smere jazdy od križovatky so štátnou cestou II/552 v úseku Nižná Hutka - Bohdanovce na obec Nižná Myšľa. Za križovatkou pred železničným priecestím so spustenými závorami a výstrahou dvoch červených striedavo prerušovaných svetiel a zvončeka priecestného zabezpečovacieho zariadenia nezastavil, v protismernej časti vozovky obišiel zastavené vozidlá pred železničným priecestím a prerazil spustenú drevenú závoru. Tým vošiel do jazdnej dráhy z pravej strany prichádzajúcemu vlaku, vlakovej súpravy cca 40 nákladných vozňov a dvoch hnacích dráhových vozidiel, pričom došlo k zrážke prednej časti prvého HDV s pravou stranou vozidla TATRA 815, ktoré bolo odrazené doľava na násyp, kde prednou časťou narazilo do príslušenstva zabezpečovacieho zariadenia priecestia a do zábradlia železničného mosta. Pritom došlo k vypadnutiu postihnutého E. U. z vozidla na svah násypu a tým utrpel zranenia, na následky ktorých na mieste zomrel. Z výsledkov vyšetrovania príčin smrteľného pracovného úrazu postihnutého E. U. Inšpektorát práce Košice vyvodil závery vymedzené vo výrokovej časti prvostupňového rozhodnutia z 25.04.2014, ako aj v preskúmavanom rozhodnutí, právne argumentujúc ustanovením § 6 ods. 1 písm. d) zákona č. 124/2006 Z.z., podľa ktorého zamestnávateľ je v záujme zaistenia bezpečnosti a ochrany zdravia pri práci povinný zabezpečovať, aby pracoviská, komunikácie, pracovné prostriedky, materiály, pracovné postupy, výrobné postupy, usporiadanie pracovných miest a organizácia práce neohrozovali bezpečnosť a zdravie zamestnancov a na ten účel zabezpečovať potrebnú údržbu a opravu. Dôkazný stav, skutkové zistenia a z nich vyplývajúce právne závery, z ktorých vyvodil správny orgán prvého stupňa administratívnoprávnu zodpovednosť voči žalobcovi bol v rozhodnutí Inšpektorátu práce Košice z 25.04.2014 podrobne konkretizovaný nasledovne: „Čo sa týka podkladu na rozhodnutie, pri rozhodovaní inšpektorát práce vychádzal najmä z: protokolu (v znení Dodatku č 1 k protokolu), pracovnej zmluvy E. U., znaleckého posudku zo dňa 21.6.2013 (vyhotoveného znalcami F.. F. Q. a F.. I. U.), znaleckého posudku zo dňa 16.9.2013 (vyhotoveného znalcom D.. I. B.), záznamu zo dňa 22.5.2013 z dopravnej nehody (vyhotoveného Okresným dopravným inšpektorátom Košice - okolie), správy zo dňa 22.7.2013 z technickej obhliadky vozidla (vyhotovenej Tatra Bočiar s.r.o., X. F.), zápisníc o podaní informácie fyzickými osobami: P. A. zo dňa 11.6.2013, D.. F. A. zo dňa 11.6.2013, F. A. zo dňa 11.6.2013, U. A. zo dňa 4.6.2013; a doplňujúco ďalej zo: záznamu o registrovanom pracovnom úraze E. U., oznámenia zo dňa 22.5.2013 poistnej udalosti Sociálnej poisťovni, protokolu o technickej kontrole vozidla zo dňa 31.7.2012, zápisnice zo dňa 22.7.2013 o obhliadke vozidla (vyhotoveného riaditeľstvom policajného zboru Košice - okolie, Okresným dopravným inšpektorátom) spolu s fotodokumentáciou, záznamu zo školenia zamestnancov obsluhy a vodičov motorových vozidiel z predpisov o bezpečnosti a ochrane zdravia pri práci zo dňa 2.4.2012 spolu s prezenčnou listinou, dokladu o zdravotnej spôsobilosti vodiča E. U. zo dňa 14.3.2012, dokladu o psychickej spôsobilosti vodiča E. U. zo dňa 6.2.2009, osobnej karty osobných ochranných pracovných prostriedkov E. U.. Pri hodnotení dôkazov bol správny orgán vedený úvahou, že vykonaným dokazovaním bolo preukázateľne zistené porušenie povinnosti zamestnávateľa uvedené vo výroku rozhodnutia, pričom sa jedná o porušenie právnych predpisov na zaistenie bezpečnosti a ochrany zdravia pri práci v príčinnej súvislosti so smrteľným pracovným úrazom. Správny orgán považuje za potrebné zdôrazniť, že zamestnávateľ musí v prvom rade vykonávať všetky potrebné bezpečnostné a zdravotné opatrenia tak, aby nedošlo k ohrozeniu a k akémukoľvek poškodeniu zdravia zamestnancov. Absolútnou prioritou zamestnávateľa na pracovisku by mala byť bezpečnosť a zdravie svojich zamestnancov, ako aj iných zamestnancov a fyzických osôb, nachádzajúcich sa s vedomím zamestnávateľa na jeho pracovisku, v jeho priestore ako i na inom mieste výkonu práce. V súlade so Zákonom o bezpečnosti a ochrane zdravia pri práci, je zamestnávateľ povinný realizovať všeobecné zásady prevencie, posudzovať riziko a v primeranom rozsahu vykonávať potrebné opatrenia na zaistenie bezpečnosti a zdravia zamestnancov. Závažnosť zisteného pochybenia zo strany zamestnávateľa vyplýva okrem iného aj z toho, že v tomto prípade malo porušenie dôsledok nemalej vážnosti, a to pracovný úraz postihnutého zamestnanca s následkom smrti. Ohľadom použitých predpisov za porušenie ktorých sa pokuta ukladá uvedených vo výroku rozhodnutia sa správny orgán v súvislosti so zisteným nedostatkom zamestnávateľa zaoberal tiež úvahou o tom, že zamestnávateľ svoju povinnosť zakotvenú v § 6 ods. 1 písm. d) Zákona o bezpečnosti a ochrane zdravia pri práci, nesplnil. Zamestnávateľ je totiž v záujme zaistenia bezpečnosti a ochrany zdravia pri práci povinný podľa § 6 ods. 1 písm. d) Zákona o bezpečnosti a ochrane zdravia pri práci zabezpečovať, aby pracoviská, komunikácie, pracovné prostriedky, materiály, pracovné postupy, výrobné postupy, usporiadanie pracovných miest a organizácia práce neohrozovali bezpečnosť a zdravie zamestnancov a na ten účel zabezpečovať potrebnú údržbu a opravy. Správny orgán posudzoval i to, že postihnutý bol zamestnancom v pracovnoprávnom vzťahu k spoločnosti K + K servis, s.r.o., ako vyplýva z pracovnej zmluvy zamestnanca E. U., s dohodnutým druhom práce o.i . žeriavnik, vodič nákladného motorového vozidla. Zamestnávateľ bol preto povinný vo vzťahu k postihnutému zamestnancovi, rovnako ako i k ďalším zamestnancom dodržiavať právne a ostatné predpisy na zaistenie bezpečnosti a ochrany zdravia pri práci. Na doplnenie dodávame, že v súvislosti s vyšetrovaním tohto pracovného úrazu bolo ďalej z podkladov zistené: Zamestnávateľ zaslal Inšpektorátu práce Košice záznam o registrovanom pracovnom úraze E. U., ktorý bol doručený 24.5.2013. Postihnutý bol preškolený zamestnávateľom z bezpečnostných predpisov dňa 2.4.2012, čo je zrejmé zo záznamu zo školenia zamestnancov obsluhy a vodičov motorových vozidiel z predpisov o bezpečnosti a ochrane zdravia pri práci zo dňa 2.4.2012 spolu s prezenčnou listinou. Postihnutý zamestnanec mal doklad o zdravotnej spôsobilosti vodiča (zo dňa 14.3.2012) i doklad o psychickej spôsobilosti vodiča (zo dňa 6.2.2009). Podľa osobnej karty osobných ochranných pracovných prostriedkov E. U. zamestnávateľ poskytol postihnutému zamestnancovi osobné ochranné pracovné prostriedky. Predmetné vozidlo T 815 malo v súlade s písomným protokolom o technickej kontrole vozidla zo dňa 31.7.2012 platné osvedčenie o technickej kontrole vozidla zo dňa 31.7.2012. Dňa 20.5.2013 utrpel zamestnanec spoločnosti K + K servis, s.r.o. E. U. pri výkone práce vodiča, konkrétne pri dopravnej nehode pracovný úraz, ktorým bola spôsobená smrť postihnutého zamestnanca. Uvedené je zrejmé o.i. zo záznamu o registrovanom pracovnom úraze E. U. zaslaného zamestnávateľom; vznik tohto úrazu doplňujúco možné vyvodiť napríklad i z oznámenia zo dňa 22.5.2013 tejto poistnej udalosti E. U. zamestnávateľom Sociálnej poisťovni. Znalecký posudok zo dňa 21.6.2013 vyhotovený F.. F. Q. a F.. I. U. - znalcami z odboru zdravotníctvo a farmácia, odvetvie súdne lekárstvo jednoznačne dokazuje, že sa u E. U. jednalo o pracovný úraz s následkom smrti (s bezprostrednou príčinou smrti /z lekárskeho hľadiska/ úplným roztrhnutím prechodu predĺženej a krčnej miechy pri úplnom roztrhnutí väzivového spojenia lebky s krčnou chrbticou). Správny orgán tu vychádzal z toho, že v ustanovení § 17 ods. 4 Zákona o BOZP je obsiahnutá nasledovná zákonná definícia registrovaného pracovného úrazu: registrovaný pracovný úraz je pracovný úraz, ktorým bola spôsobená pracovná neschopnosť zamestnanca trvajúca viac ako tri dni alebo smrť zamestnanca, ku ktorej došlo následkom pracovného úrazu. Z tejto širšej skupiny registrovaných pracovných úrazov citované ust. § 17 ods. 4 Zákona o BOZP následne ešte vyčleňuje užšiu skupinu závažných pracovných úrazov definovaných ako: registrovaný pracovný úraz v prípade smrti alebo ťažkej ujmy na zdraví. Na základe uvedeného sa v súlade s vyššie rozobratým znaleckým posudkom zo dňa 21.6.2013 nepochybne jednalo o závažný pracovný úraz, ktorým bola spôsobená smrť postihnutého E. U.. Je zaznamenané inšpektormi práce i v protokole, že miesto úrazu bolo ponechané v pôvodnom stave do príchodu vyšetrovacieho orgánu; obhliadka miesta úrazu bola vykonaná Okresným dopravným inšpektorátom v Košiciach - okolie. Pri stanovení príčin vzniku pracovného úrazu (tak ako sú uvedené inšpektormi práce v protokole) a charakteristiky úrazového deja inšpektorát práce vychádzal najmä zo: znaleckého posudku zo dňa 16.9.2013 vyhotoveného znalcom D.. I. B. (str. 1, 27-32), záznamu zo dňa 22.5.2013 z dopravnej nehody (vyhotoveného Okresným dopravným inšpektorátom Košice - okolie), správy zo dňa 22.7.2013 z technickej obhliadky vozidla (vyhotovenej Tatra Bočiar s.r.o., X. F.), zápisníc o podaní informácie fyzickými osobami: P. A. zo dňa 11.6.2013, D.. F. A. zo dňa 11.6.2013, F. A. zo dňa 11.6.2013, U. A. zo dňa 4.6.2013. Podľa prvotného záznamu zo dňa 22.5.2013 z dopravnej nehody vyhotoveného Okresným dopravným inšpektorátom Košice - okolie, k dopravnej nehode došlo tak, že vodič E. U. viedol nákladné motorové vozidlo zn. TATRA 815 po štátnej ceste III/552004 v smere jazdy od križovatky so št. cestou 11/552 v úseku Nižná Hutka - Bohdanovce na obec Nižná Myšľa, kde za touto križovatkou na železničnom priecestí so spustenými závorami a výstrahou dvoch červených striedavo prerušovaných svetiel a zvončeka priecestného zabezpečovacieho zariadenia nerešpektoval toto zariadenie protismernej časti vozovky, obišiel zastavené vozidlá pred železničným priecestím, prerazil drevenú spustenú závoru a vošiel do jazdnej dráhy z pravej strany prichádzajúcemu vlaku rušňovodiča vlakovej súpravy prvého rušňa F. Q. a druhého rušňa X. B.. Následkom toho došlo k zrážke prednej časti prvého rušňa s pravou stranou vozidla vodiča E. U. a odrazenia jeho vozidla doľava na násyp, kde vozidlo prednou časťou narazilo do príslušenstva zabezpečovacieho zariadenia priecestia a do zábradlia mosta železnice a vypadnutiu vodiča na svah násypu. Vodič pri dopravnej nehode utrpel zranenia, na následky ktorých na mieste zomrel. Taktiež sa v spomínanom zázname zo dňa 22.5.2013 z dopravnej nehody príslušného dopravného inšpektorátu konštatuje okrem iného zistenie polície, že predmetné nákladné motorové vozidlo TATRA 815 riadené postihnutým bolo vo vlastníctve spoločnosti K + K servis, s.r.o. Len okrajom možno tiež poznamenať, že podľa zápisnice zo dňa 22.7.2013 o obhliadke vozidla vyhotovenej riaditeľstvom policajného zboru Košice - okolie, Okresným dopravným inšpektorátom spolu s fotodokumentáciou vozidla, pod kapotou vozidla sa nachádzali otery po zjavnej manipulácii s vedením záznamového zariadenia vozidla, napojenia záznamového zariadenia, kde chýbala plomba a kontrolnej nálepky certifikátu záznamového zariadenia s dátumom 28.8.2009. V súvislosti s vyšetrovaním smrteľného prac. úrazu E. U. boli inšpektormi práce Inšpektorátu práce Košice zaistené zápisnice o podaní informácií fyzických osôb. V zápisnici o podaní informácie zo dňa 11.6.2013 Ján Kočiš (vodič, žeriavnik, zamestnanec K + K servis, s.r.o.) uviedol, že po príchode do práce (začiatok práce o 7 hod) mali spolu s p. A. a p. U., vyučeným automechanikom vymeniť listové pero na T 815 a robili to, čo im on povedal. Vymenili listové pero do cca 10 hod ap. U. odišiel s vozidlom. V zápisnici o podaní informácie zo dňa 11.6.2013 P. A. o.i. uviedol, že týmto autom zabezpečovali prepravu nielen pre vlastnú potrebu, ale aj pre iných. V zhode s P. A. p. F. A. (SZČO) v zápisnici o podaní informácie zo dňa 11.6.2013 uviedol, že dňa 20.5.2013 bol po príchode na pracovisko (cca 7 hod) vyzvaný p. A., aby sa zúčastnil opravy T 815, spolu s p. U. a p. A., pričom účelom bola výmena list. pera - bolo popraskané. Doobeda ho vymenili a po výmene p. E.. U. odišiel s vozidlom na nakládku štrku. Na otázku ako sa zabezpečujú opravy mot. vozidiel vo firme K + K servis, s.r.o. tu F. A. odpovedal, že sami, ale väčšie opravy externe. V zápisnici o podaní informácie zo dňa 4.6.2013 U. A. (SZČO) v zhode s podaniami informácií p. A. a p. A. uviedol, že dňa 20.5.2013 ráno došiel do práce a rozdelil úlohy zamestnancom a živnostníkom. X.. U. mal prekontrolovať auto a urobiť na ňom údržbu; s dvomi pracovníkmi menili listové pero na aute T 815 ev. č. K. XXXCI, na ktorom mal v ten deň mal dopraviť štrk. X.. A. kontaktoval X.. U. telefonicky o cca 12:15 hod - nachádzal sa v Trebišove s tým, že ide domov pre veci a naloží štrk. U. A. tu ďalej uviedol, že po ústnej dohode firme K + K servis, s.r.o. vykonáva praktické rozdeľovanie práce zamestnancov a SZČO, za peniaze. Na otázku ako je zabezpečený servis vozidiel, p. U. A. odpovedal, že základnú údržbu vykonávajú zamestnanci a živnostníci a väčšie opravy zatiaľ nerobili; uviedol, že osobitne automechanikov vo firme K + K servis, s.r.o. nemajú. V tejto zápisnici U. A. taktiež uviedol, že predmetné vozidlo T 815 bolo kúpené v IX/2012 ako jazdené, malo platnú STK a emisiu a striedali sa na ňom vodiči; X.. U. išiel do Betliara na prepravu štrku dňa 20.5.2013 prvý krát, presnú trasu mu neurčili a v sobotu a nedeľu pred 20.5.2013 mal p. U. voľno. V zápisnici o podaní informácie IZ.. F. A. (konateľ spoločnosti K + K servis, s.r.o.) dňa 11.6.2013 uviedol, že dňa 20.5.2013 cca o 7 hod kontaktoval p. A. a následne s ním dohodol zadelenie prác na daný deň; jeho úlohou bolo zabezpečiť jedno vozidlo Tatra na zákazku Betliar. Mal za úlohu tam doraziť do konca zmeny, nakoľko tam mal ubytovanie. D.. F.Á. A. v tejto zápisnici uviedol, že osobne dal pokyn, aby si nenakladal veľa aby mohol začať práce v Betliari, t.j. p. A.. D.. F. A. tu ďalej uviedol, že má 6 kmeňových zamestnancov a podľa potreby 4 SZČO, pričom p. A. poveril administratívnou činnosťou a splnomocnil ho na jednania s PZ. D.. F. A. tu výslovne uviedol, že p E.. U. dostal ústny príkaz na jazdu od p. A.. Z uvedeného vyplýva, že zamestnanec vodič E. U. riadil predmetné nákladné motorové vozidlo na základe ústneho príkazu zamestnávateľa. Na otázku kto zabezpečoval opravu motorových vozidiel D.. F. A. odpovedal, že bežnú údržbu vodiči a väčšie opravy servis Slov. N. Mesto - p. A. alebo p. X. a iní. Ďalej bola k veci vypracovaná správa zo dňa 22.7.2013 z technickej obhliadky vozidla vyhotovená Tatra Bočiar s.r.o., a to znalcom z odboru dopravy X. F., za prítomnosti policajného orgánu, konateľa firmy K + K servis, s.r.o. p. A. a p. A.. Technická obhliadka vozidla bola vykonaná dňa 17.7.2013 a jej cieľom bolo zistiť, či predmetom dopravnej nehody nebola technická závada vozidla. Podľa tejto správy zo dňa 22.7.2013 o technickej obhliadke vozidla, pri zisťovaní stavu brzdovej sústavy a samotných bŕzd bolo pri demontáži druhej ľavej brzdy zistené, že bubon bol popraskaný od prehriatia nakoľko brzdový kotúč otváral brzdové čeľuste úplne až došlo k stavu, že brzda sa nevracala a tým došlo k prehriatiu a spáleniu obloženia. Záverom citovaná správa o technickej obhliadke vozidla konštatuje, že vozidlo je v zlom technickom stave a účinnosť bŕzd je veľmi zlá. Následne bol Okresným dopravným inšpektorátom Košice - okolie zaistený znalecký posudok zo dňa 16.9.2013 vyhotovený znalcom D.. I. B.. V tomto znaleckom posudku zo dňa 16.9.2013 znalec zaujal stanovisko, že nakoľko brzdový systém nebol dostatočne účinný, pri jazde k železničnému nadjazdu trate normálneho rozchodu, vodič nemohol ani zastaviť vozidlo výjazdom mimo vozovku. Taktiež v tomto znaleckom posudku zo dňa 16.9.2013 znalec konštatoval, že v čase dopravnej nehody bol technicky stav vozidla Tatra 815 zlý, lebo vodič v snahe zastaviť vozidlo pred železničným priecestím nemohol pre neúčinnosť zastaviť vozidlo Tatra 815. Poškodenie na vozidle, ktoré vzniklo pri dopravnej nehode bolo dôsledkom nárazu vozidla do vlakovej súpravy. S poukazom i na už spomínanú predchádzajúcu technickú obhliadku vozidla bolo zistené, že vyhovuje iba pravá strana 1 nápravy a podľa znaleckého posudku zo dňa 16.9.2013 technický stav vozidla Tatra 815 s ev. č. K. XXXCI v čase nehody bol zlý - neúčinný brzdový systém vozidla. Na základe uvedených podkladov a skutočností bolo inšpekciou práce zistené a protokolom zaznamenané pochybenie kontrolovaného zamestnávateľa v tom, že zamestnávateľ v záujme zaistenia bezpečnosti a ochrany zdravia pri práci nezabezpečil, aby pracovný prostriedok - nákladné motorové vozidlo Tatra 815 s ev. č. K. XXXCI s r. výroby 1994 neohrozovalo bezpečnosť a zdravie zamestnanca - postihnutého vodiča E. U. a na ten účel nezabezpečil potrebnú údržbu a opravy uvedeného nákladného motorového vozidla, nakoľko brzdový systém vozidla bol neúčinný. V dôsledku vyššie uvedeného porušenia zamestnávateľa utrpel postihnutý zamestnanec (pri výkone práce vodiča) E. U. dňa 20.5.2013 následkom neúčinného brzdového systému vozidla pri dopravnej nehode pracovný úraz, ktorým bola spôsobená smrť postihnutého. Jedná sa pritom o porušenie povinnosti stanovenej § 6 ods. 1 písm. d) Zákona o bezpečnosti a ochrane zdravia pri práci zamestnávateľom. Vyšetrovanie uvedeného pracovného úrazu vykonávali štyria inšpektori práce Inšpektorátu práce Košice D.. H. Ô. spolu s D.. L. A.J., D.. F. B. T. D.. X. K.. Inšpektori práce na základe vykonaného šetrenia smrteľného pracovného úrazu vypracovali protokol zo dňa 25.11.2013, ktorého obsah bol dňa 25.11.2013 osobne prerokovaný s konateľom spoločnosti D.. F. A.. Pri tomto prerokovaní protokolu dňa 25.11.2013 inšpektor práce D.. H. Ô. umožnil na žiadosť kontrolovanému zamestnávateľovi písomne sa vyjadriť v určenej lehote do 7 pracovných dní ku všetkým zisteným skutočnostiam a nedostatkom uvedeným v prerokovanom protokole. Z toho je zrejmé, že inšpektor práce umožnil kontrolovanému zamestnávateľovi vyjadriť sa v rámci šetrenia pracovného úrazu k protokolu. Zamestnávateľ sa vyjadril k protokolu listom zo dňa 3.12.2013, doručeným dňa 4.12.2013. Pretože týmto vyjadrením zamestnávateľa k protokolu neboli formulované objektívne dôvody ani predložené dôkazy odôvodňujúce zmenu protokolu, inšpektor práce Inšpektorátu práce Košice D.. H. Ô. sa s týmto vyjadrením zamestnávateľa zo dňa 3.12.2013 k protokolu vysporiadal Dodatkom č. 1 zo dňa 6.12.2013 k protokolu doručeným kontrolovanému zamestnávateľovi poštou doporučene s doručenkou do vlastných rúk dňa 13.12.2013, ktorým inšpektor práce trval na zistených skutočnostiach a nedostatkoch uvedených v prerokovanom protokole. Výkon šetrenia pracovného úrazu bol týmto Dodatkom č. 1 zo dňa 6.12.2013 k protokolu ukončený. Len na doplnenie možno dodať, že následne po ukončení šetrenia pracovného úrazu zamestnávateľ listom zo dňa 10.2.2014 zaslal inšpektorátu práce uznesenie zo dňa 10.1.2014 Okresného riaditeľstva policajného zboru Košice - okolie, odboru kriminálnej polície o zastavení trestného stíhania pre prečin usmrtenia s odôvodnením, že skutok nie je trestným činom a nie je dôvod na postúpenie veci. K tomu bola kontrolovanému zamestnávateľovi inšpektorom práce D.. H. Ô. zaslaná písomná odpoveď zo dňa 18.2.2014 na tento list zamestnávateľa zo dňa 10.2.2014, v ktorom inšpektor práce o.i. konštatoval, že šetrenie predmetného pracovného úrazu bolo uzatvorené Dodatkom č. 1 zo dňa 6.12.2013 k protokolu, že neboli predložené nové také skutočnosti, ktoré by odôvodňovali zmenu protokolu, a preto inšpektor práce trval na skutočnostiach a nedostatkoch uvedených v protokole. Tento list inšpektora práce - odpoveď zo dňa 18.2.2014 bola zamestnávateľovi doručená poštou doporučene s doručenkou do vlastných rúk dňa 25.2.2014. Kvôli úplnosti správny orgán k tomu poznamenáva nasledovné: Je na mieste podotknúť, že administratívnoprávna zodpovednosť za správny delikt má odlišný charakter na rozdiel od zodpovednosti trestnoprávnej. Medzi zodpovednosťou aj subjektmi správneho konania na strane jednej a napríklad v konaní pred orgánmi činnými v trestnom konaní na strane druhej sú významné rozdiely. Konania sa spravujú taktiež inými procesnými poriadkami, medzi ktorými sú značné odchylnosti. Trestné právo Slovenskej republiky napríklad nepozná trestnoprávnu zodpovednosť právnickej osoby, naproti tomu správne právo je založené čo sa týka zodpovednosti zamestnávateľa (a to tak právnickej osoby ako i fyzickej osoby - podnikateľa) na objektívnom princípe, pretože zodpovednosť zamestnávateľa za správny delikt je zodpovednosťou objektívnou. Správne orgány ukladajú v správnom konaní sankcie za jednotlivé správne delikty, zatiaľ čo orgány činné v trestnom konaní riešia a sankcionujú trestné činy fyzických osôb, ktoré napĺňajú znaky niektorej zo skutkových podstát uvedených v Trestnom zákone. Aj na základe uvedeného nie je pre predmetné správne konanie za dokázaný správny delikt rozhodujúcim, či súčasne orgány činné trestnom konaní vedú trestné stíhanie pre určitý trestný čin, či ho prípadne zastavia apod. V súvislosti s tým považuje za vhodné správny orgán podrobnejšie vysvetliť objektívny princíp zodpovednosti zamestnávateľa za správny delikt, teda za pochybenie, o ktoré sa aj v tomto prípade jedná. Predmetné správne konanie je vedené voči zamestnávateľovi - právnickej osobe. Zodpovednosť zamestnávateľov za správne delikty je zodpovednosťou objektívnou, ergo nie subjektívnou. Tento objektívny charakter zodpovednosti znamená, že zamestnávateľ je zodpovedný už tým, že k samotnému nedostatku teda porušeniu došlo, bez ohľadu na to, či sa jedná o zavinené alebo nezavinené konanie či opomenutie a ohliadnuc pritom aj od prípadného následného dodatočného odstránenia zistených nedostatkov. Z právneho hľadiska objektívnej zodpovednosti zamestnávateľa za správny delikt je obdobne nepodstatným, či k pochybeniu na strane zamestnávateľa došlo zavinením určitých okolností, zamestnancov alebo iných subjektov ako zamestnávateľa. Ak napríklad u niektorého zamestnávateľa dôjde k pochybeniu zamestnávateľa na úseku bezpečnosti a ochrany zdravia pri práci, administratívnoprávnu zodpovednosť za takéto porušenie ponesie zamestnávateľ aj vtedy, ak sa tak stalo s vinou niektorých zo zamestnancov, vedúcich resp. riadiacich pracovníkov, z organizačných alebo technologických dôvodov alebo úplne od zamestnávateľa odlišných subjektov či okolností. (Následne zamestnávatelia podľa konkrétnych okolností majú prípadne možnosť uplatniť si eventuelne vzniklú škodu voči ďalším zodpovedným osobám, či už napríklad zodpovednosť občianskoprávnu, obchodnoprávnu, trestnoprávnu, pracovnoprávnu atď., čo však nič nemení na fakte, že administratívnoprávnu zodpovednosť za správny delikt nesú vždy zamestnávatelia. Uvedené však nemá vplyv na administratívnoprávnu zodpovednosť zamestnávateľa za správne delikty.) Povinnosť dodržiavať požiadavky stanovené predpismi na zaistenie bezpečnosti a ochrany zdravia pri práci sú uložené v prvom rade zamestnávateľovi. K porušeniu povinnosti uvedenej vo výroku rozhodnutia zo strany zamestnávateľa objektívne došlo. Zamestnávateľ sa preto v tomto prípade svojej zodpovednosti za preukázaný nedostatok na úseku bezpečnosti a ochrany zdravia pri práci nemôže zbaviť (a to ani eventuelným nezavineným resp. neúmyselným konaním, poukazom na zastavenie trestného stíhania a pod.), aj s opätovným dôrazom na objektívny charakter zodpovednosti zamestnávateľa za správny delikt. Na základe toho zamestnávateľ zodpovedá za správne delikty už tým, že k samotnému nedostatku došlo, bez ohľadu na to. či sa zo strany zamestnávateľa jedná o zavinené alebo nezavinené konanie či opomenutie. Zo strany zamestnávateľa teda bolo inšpektorátom práce dokázateľne zistené porušenie na úseku bezpečnosti a ochrany zdravia pri práci, za ktoré sa pokuta zamestnávateľovi ukladá, v dôsledku ktorého došlo k predmetnému smrteľnému prac. úrazu. Ak by totiž zamestnávateľ v záujme zaistenia bezpečnosti a ochrany zdravia pri práci v praxi zabezpečil, aby ním postihnutému na prácu poskytnutý pracovný prostriedok - nákladné motorové vozidlo Tatra 815 s ev. č. TV 607CI neohrozovalo bezpečnosť a zdravie vodiča a na ten účel by bol zamestnávateľ zaistil potrebnú údržbu a opravy uvedeného nákladného motorového vozidla tak, aby zabezpečil dobrý technický stav poskytnutého vozidla - s riadnou účinnosťou bŕzd vozidla, k vyššie popísanému smrteľnému pracovnému úrazu vôbec nemuselo dôjsť. Možno okrajom dodať, že samotná okolnosť existencie platného osvedčenia o technickej kontrole predmetného vozidla v žiadnom prípade neznamená, že by sa zamestnávateľ zbavil svojej povinnosti stále zaisťovať bezpečnosť pracovného prostriedku a na ten účel zabezpečovať potrebné údržby a opravy ani zodpovednosti za nedodržanie tejto povinnosti stanovenej § 6 ods. 1 písm. d) Zákona o BOZP. Povinnosti spojené so zaistením bezpečnosti a ochrany zdravia pri práci zakotvené v ustanoveniach § 6 ods. 1 včítane písm. d) Zákona o bezpečnosti a ochrane zdravia pri práci sú uložené zamestnávateľom a zodpovednosť za ich dodržiavanie nesie zamestnávateľ. Zaistenie bezpečnosti a ochrany zdravia pri práci zamestnancov vrátane požiadaviek na bezpečnosť pracovných prostriedkov patrí k prioritným povinnostiam zamestnávateľa, ktorých dodržiavanie môže mať dôležitý vplyv aj na predchádzanie resp. minimalizovanie prípadných pracovných úrazov zamestnancov vykonávajúcich práce s nimi spojené. Je vhodné poznamenať, že eventuelne aj v takom prípade, ak niektorí (či už vedúci alebo iní) pracovníci zvolia pri údržbách, opravách, pri rozdeľovaní úloh alebo pri iných prácach spôsoby a postupy, ktoré vykazujú známky nesúladu s požiadavkami bezpečnosti (či už z dôvodu nedostatočného určenia zamestnávateľom, nevedomosti a.i.), ani vtákom prípade sa zamestnávateľ svojej zodpovednosti za porušenie právnych predpisov na zaistenie BOZP ohľadom poskytnutia bezpečného pracovného prostriedku a zaistenia potrebnej údržby a opráv, nezbaví. Ako už bolo poznamenané, ustanovenia § 6 ods. 1 Zákona o bezpečnosti a ochrane zdravia pri práci totiž ukladajú povinnosti výslovne zamestnávateľovi, nie zamestnancom ani iným subjektom. Tieto povinnosti zamestnávateľa samozrejme reálne, fakticky a fyzicky budú plniť jednotlivci, to však nič nemení na tom, že zodpovednosť za bezpečnosť a ochranu zdravia zamestnancov pri práci /a za bezpečnosť zamestnancami používaných pracovných prostriedkov vrátane zaistenia potrebných údržieb a opráv/ má zamestnávateľ, či už ako právnická osoba alebo fyzická osoba - podnikateľ. Správnosť uvedeného záveru inšpektorátu práce ohľadne zodpovednosti zamestnávateľa napokon potvrdzuje aj zásada výslovne zakotvená v § 6 ods. 10 Zákona o bezpečnosti a ochrane zdravia pri práci, podľa ktorého povinnosti zamestnancov pri zaisťovaní bezpečnosti a ochrany zdravia pri práci a pri vykonávaní potrebných opatrení neovplyvňujú zodpovednosť zamestnávateľa za plnenie povinností v oblasti bezpečnosti a ochrany zdravia pri práci. Zamestnávateľ sa i zo všetkých tu uvedených dôvodov svojej zodpovednosti za pochybenie na úseku bezpečnosti a ochrany zdravia pri práci nemôže zbaviť, a to aj s opätovným poukazom na objektívny charakter zodpovednosti zamestnávateľa za správne delikty. Na základe vyššie uvedeného aplikáciou spomínaných ustanovení predpisov a v súlade s vykonaným dokazovaním dospel správny orgán k záveru, že túto povinnosť stanovenú právnymi predpismi na zaistenie bezpečnosti a ochrany zdravia pri práci uvedenú vo výroku rozhodnutia si zamestnávateľ nesplnil.“ 4. Žalobca v riadnom opravnom prostriedku proti prvostupňovému rozhodnutiu z 25.04.2014 - v odvolaní z 30.05.2014 podanom v zákonom stanovenej lehote prostredníctvom právneho zástupcu, po zhrnutí obsahu a záverov prvostupňového administratívneho konania vyjadril nesúhlas s rozhodnutím Inšpektorátu práce Košice z 25.04.2014, označil ho za „vydané v rozpore so zákonmi a ostatnými právnymi predpismi tvrdiac, že „bolo vydané v rozpore so zákonmi a ostatnými právnymi predpismi a nevychádzalo zo spoľahlivo zisteného stavu veci. Rozhodnutie je arbitrárne a v rozpore aj s Ústavou SR.“ Poukazujúc na ustanovenia § 59 ods. 2, 3 zákona č. 71/1967 Zb. o správnom konaní (správny poriadok) v znení neskorších predpisov (ďalej len „správny poriadok“) navrhol zrušiť prvostupňové rozhodnutie a vec vrátiť Inšpektorátu práce Košice na nové prejednanie a rozhodnutie tvrdiac, že „správny orgán vydal nezákonné rozhodnutie a konal v rozpore minimálne s §§ 3 ods. 1, 2, 4, 32, 33, 34, 46, 47 správneho poriadku.“ Odvolacie námietky žalobca formuloval nasledovne: „Správny orgán nepreskúmateľne, nezákonne odôvodnil rozhodnutie, lebo pokiaľ sa týka dôkazov, tak tieto uvádzal v rozhodnutí len v náš neprospech a teda jeho úvahy nie sú uvedené pri hodnotení dôkazov t.j. nezaoberal sa dôsledne nami predloženým uznesením OR PZ Košice okolie zo dňa 10.01.2014 ČVS:ORP-698/OVK-KS-2013 t.j. dôkaz listinou, ktorý je v náš prospech. Vyšetrovací, spis si nepripojil a nevyžiadal z OR PZ Košice okolie a teda rozhodol bez znalosti skutkového stavu v trestnej veci, ktorá má vplyv aj na správne konanie a rozhodnutie. Uspokojil sa len z prvotnými dokladmi z vyšetrovacieho spisu t.j. znaleckým posudkom D.. I. B. zo dňa 16.09.2013, technickou obhliadkou vozidla Tatra Bočiar s.r.o. zo dňa 22.07.2013 a vôbec nemal záujem sa oboznamovať s ďalšími dôkazmi vykonávanými políciou po podaní znaleckých posudkov a neprihliadol ani na skutočnosti, ktoré vyšetrovateľ uviedol v uznesení v náš prospech. Správny orgán neodstránil rozpory, ktoré vznikli medzi podaným znaleckým posudkom správou technickej obhliadke vozidla a následným dopočutím znalca D.. B. a X. F.. Správny orgán nemal záujem na objasnení skutočného stavu veci. Tým, že hodnotí veci jednostranne v náš neprospech, chráni len záujem poškodeného a nechráni aj náš záujem, právo a spravodlivosť v tomto konaní. Správny orgán si zjednodušuje vec a nevychádza zo spoľahlivo zisteného stavu veci, čím v konečnom dôsledku koná zaujato proti nám. Ak by Správny orgán si vyžiadal vyšetrovací spis. tak by z výsluchov D.. I. B. a X. F.É. zistil, že nezanedbali sme žiadne povinnosti a vinu na dopravnej nehode má jedine a výlučne nebohý E.. U.. Pokiaľ znalec D.. B. a F. popisovali poruchu brzdového systému opotrebením brzdových čeľustí a pod. tak, nevedeli sa vyjadriť, či tieto závady vznikli pred a počas jazdy, ale v konečnom dôsledku uviedli, že nemohli spôsobiť zlyhanie brzdového systému, aby vodič nedokázal vozidlo zastaviť. Nebolo skúmané a nebolo preukázané, či a aké závady boli na aute pred jazdou a či vznikli počas jazdy. Znalec D.. B. pri svojom výsluchu dňa 06.12.2013 uviedol, že tlak v brzdovom systéme bol dostatočný, čo bolo preukázané tým, že deň po dopravnej nehode vykazoval tlak v brzdovom systéme 225kPa. Uviedol tiež, že uvedené vozidlo je vybavené prevádzkovou brzdou a okrem toho má núdzovú a parkovaciu brzdu. Nebolo zistené, či existovali závady v dôsledku porušenia našich povinnosti a či závady sú v príčinnej súvislosti s dopravnou nehodou a smrťou U.. L. U. ako vodič a odborník na predmetné vozidlo mal previesť pred jazdou kontrolu. Kontrolu aj previedol, lebo je to preukázané výsluchom svedkov P. A., F. A., P. A., U. A., ktorí pred jazdou pomáhali U. s výmenou listovej pružiny - pera. Je preukázané, že U. spoločne s nimi odmontovali kolesa a bolo povinnosťou U. skontrolovať stav nastavenia brzdových kľúčov brzdového systému. Znalci potvrdili, že išlo o nenáročný pracovný postup a mohla to vykonať aj jedna osoba. Touto osobou bol vodič L. U.. Správny orgán keď si nepripojil vyšetrovací spis, tak nemal úplné dôkazy vo veci a nemal k dispozícií aktuálne dodatočné zápisnice znalcov z decembra 2013 a januára 2014. Nesprávne sa spoliehal len na prvotné znalecké posudky. Zistil by, že E.. U. nesprávne » postupoval pri vedení motorového vozidla, jeho technika jazdy bola neštandardná, bol obutý svojvoľne v šľapkách a svojvoľne odbočil na cestu, kde takéto autá mali zákaz vjazdu a pod. Správny orgán sa s tak závažnými skutočnosťami vôbec nezaoberal, čím porušil povinnosť zistenia presného a úplného skutočného stavu veci. Ide nielen o právnu otázku skutkové zistenie veci bežnými dôkaznými prostriedkami , ale bolo potrebné doplniť znalecké dokazovanie novým znaleckým posudkom, ktorý by odborne vysvetlil a preukázal vyššie uvedené skutočnosti. Jednoznačne bez akýchkoľvek pochybnosti vzhľadom na závažnosť dopravnej nehody bolo potrebné znalecké dokazovanie. Správny orgán si môže sám zadovážiť takýto posudok, pretože sa v rozhodnutí samom musí vyporiadať s listinným dôkazom a to uznesením vyšetrovateľa OR PZ Košice okolie zo dňa 10.01.2014 ČVS:ORP- 698/OVK-KS-2013, ktorý prijal záver, že E. U. spôsobil dopravnú nehodu a my. O sme sa na nepodieľali na porušení svojich povinností. Z uvedeného dôvodu Správny orgán porušil povinnosť presne a úplne zistiť skutočný stav veci ( § 32 ods. 1 Správneho poriadku). Z týchto dôvodov Správny orgán porušil základné pravidla konania v zmysle § 3 Správneho poriadku. Nerešpektovanie a opomenutie základných pravidiel konania predstavuje vadu konania, ktorá by mala viesť Správny orgán vyhovieť môjmu odvolaniu autoremedúrou alebo aby odvolací orgán napadnuté rozhodnutie zrušil ako nezákonné. Predkladáme ako dôkaz do správneho konania zápisnice o výsluchu svedkov F. A. zo dňa 11.06.2013, P. A. zo dňa 09.08.2013, U. A. zo dňa 30.05.2013, P. A. zo dňa 11.06.2013, záznam o podaní vysvetlenia X. F. zo dňa 13.12.2013, zápisnicu o výsluchu znalca D.. I. B. zo dňa 06.12.2013 a pokračujúcu zápisnicu tohto znalca zo dňa 09.01.2014. Zápisnice o výsluchu znalcov Správny orgán nemal k dispozícií a listinný dôkaz uznesenie vyšetrovateľa nehodnotil ako dôkaz. Navrhujeme, aby Správny orgán vypočul svedkov F. A., P. A., U. - "., P. A., F. Č. B. K.Š., J. B. B. C., P. H. B. K., F. A. B. K.. Svedkovia by sa mali vyjadriť k tej skutočnosti, že naša spoločnosť zabezpečovala operatívne porady pred výkonom prác, počas vykonávania zákazok a konateľ spoločnosti D.. F. A. a ním poverení pracovníci usmerňovali a koordinovali činnosť. U. A. bol poverený agendou dopravy t.j. zabezpečoval poistenie áut, opravy áut, prijímal hlásenia poruchy áut, denné hlásenia, záznamy o prevádzke vozidiel a pod. Z jeho výsluchu je preukázané, že upozorňoval E.. U., aby si pred jazdou skontroloval vozidlo. Podľa nášho názoru bolo vhodné a potrebné za účelom zistenia úplného stavu vo veci vypočuť nás ako účastníka konania a vypočuť týchto svedkov. Navrhujeme, aby si Správny orgán pripojil vyšetrovací spis OR PZ Košice okolie ČVS:ORP- 698/OVK- KS-2013. Predpokladali sme, že prvostupňový Správny organ automaticky si vyžiada tento spis tak, ako mu to ukladajú (§§3, 32 a nasl. Správneho poriadku. Tým, že si Správny orgán nevyžiadal úplný trestný spis nemohol úplne zistiť spoľahlivo skutkový stav veci. Vo vyjadrení k protokolu sme poukazovali na neodbornosť a povrchnosť správy technickej obhliadky znaleckého posudku D.. I. B.. Táto skutočnosť mala viesť Správny orgán k vyžiadaniu si vyšetrovacieho spisu, lebo len so znalosťou vyšetrovacieho spisu by mohol hodnotiť dôkazy v zmysle § 34 ods. 5 Správneho poriadku. Absencia takého postupu robí rozhodnutie nepreskúmateľným, pretože správny orgán nemal všetky dôkazy k dispozícií a tieto ich vzájomnej súvislosti ani nemohol hodnotiť. Poukazujeme na to, že Správny .orgán vo výroku rozhodnutia nám dával za vinu porušenie povinnosti v § 2 ods. 1 písm. a bod 3 zák. č. 125/2006 Z. z. a na str. 10 nám dáva za vinu porušenie predpisov uvedených v § 2 ods. 1 písm. a/ prvom bode a treťom bode a šiestom bode t.j. už nad rámec porušenia povinnosti vo výrokovej časti. Takýto postup Správneho orgánu je nezákonný a zmätočný. Správny orgán na str. 4 rozhodnutia nám dáva za vinu, že sme museli v prvom rade vykonávať všetky potrebné bezpečnostné a zdravotné opatrenia tak, aby nedošlo k ohrozeniu a k akémukoľvek poškodeniu zdravia zamestnancov. Je nepreskúmateľné odôvodnenie rozhodnutia Správneho orgánu, keď všeobecne poukazuje na všetky opatrenia a ich nekonkretizuje. Správny orgán mal k dispozícií dôkazy, ktorými sme preukázali, že sme vykonávali školenia pracovníkov, auto malo platné STK, vodiči mali platné psychotesty, ako aj ostané náležitosti. Za účelom školenia pracovníkov sme uzavreli externú zmluvu so spoločnosťou Livonec s.r.o. Košice, ktorá má na starosti v našej spoločnosti agendu BOZP a PO, čo Správny orgán mal k dispozícií. Práve preto mal Správny orgán konkretizovať, čo sme ešte mali vykonať a nevykonali sme. Správny orgán na str. 4 rozhodnutia nám dáva za vinu nerealizáciu všeobecných zásad prevencie posudzovania rizika, ale na druhej strane nekonkretizuje, ktoré sme nerealizovali všeobecné zásady prevencie. Správny orgán na str. 4 rozhodnutia nám dáva za vinu nezabezpečenie potrebnej. údržby a opráv. Nie je to pravda, pretože obhliadkou vozidla sa zistilo, že sme nezanedbali údržbu a opravu vozidla, ale príčina dopravnej nehody spočívala v tom, že vodič E.. U. nenastavil brzdové kľúče. Brzdový systém bol dobrý. Za nenastavenie brzdových kľúčov zodpovedal E.. U.. On si zanedbal svoje povinnosti, hoci na to bol preškolený, mal prax, odbornosť i a u mňa pracoval od r. 2007 až do dopravnej nehody t.j. 6 rokov. Mal dostatok skúsenosti, aby si túto povinnosť splnil. Znalec konštatoval, že išlo o jednoduchý úkon nastavenia brzdových kľúčov. Za to my nemôžeme niesť zodpovednosť. Správny orgán správne na str. 4 a 5 konštatuje, že postihnutý zamestnanec mal doklad o zdravotnej spôsobilosti, o psychickej spôsobilosti vodiča, mal poskytnuté ochranné pracovné prostriedky, vozidlo malo platné osvedčenie o technickej kontrole a teda nie je nám vytýkané konkrétne porušenie povinnosti. Takéto odôvodnenie rozhodnutia je nepreskúmateľné a už to je dôvod na jeho zrušenie. Aj na základe týchto hore uvedených nových dôkazov navrhujeme, aby Správny orgán vyhovel môjmu odvolaniu autoremedúrou. V prípade, že tak nebude postupovať, navrhujeme, aby odvolací orgán prihliadol aj na tieto nové dôkazy v Správnom konaní. Tieto dôkazy nie sú zavádzajúce a ani účelovo predložené. Tieto dôkazy existovali a ja ako účastník konania mám právo tieto dôkazy predkladať a Správny orgán má povinnosť chrániť práva a moje záujmy v zmysle § 3 ods. 1 Správneho poriadku, lebo ich nechránil prvostupňový Správny orgán.“ 5. Preskúmavané rozhodnutie z 25.08.2014 žalovaný odvolávajúc sa na zistenia prvostupňového správneho orgánu obsiahnuté v protokole z 25.11.2013 a jeho Dodatku č. 1 zo 06.12.2013 a dotknuté ustanovenia zákona č. 125/2006 Z.z. a zákona č. 124/2006 Z.z. (§ 6 ods. 1 písm. d/) sa plne stotožnil so závermi uvedenými v rozhodnutí Inšpektorátu práce Košice z 25.04.2014, uvádzajúc nasledovné vlastné právne závery vyplývajúce z dôkazného stavu veci: „Odvolací orgán pri preskúmavaní predloženého spisového materiálu zistil, že prvostupňový orgán vo svojom konaní správne posúdil skutkový stav a vydal zákonné rozhodnutie. Národný inšpektorát práce ako odvolací orgán po zhodnotení právneho a skutkového stavu dospel k nasledovným záverom: Rozhodnutím prvostupňového orgánu bola účastníkovi konania uložená pokuta podľa § 19 ods. 1 písm. a) zákona o inšpekcii práce a ustanovenia § 46 zákona č.71/1967 Zb. o správnom konaní v znení neskorších predpisov za porušenie § 6 ods. 1 písm. d) zákona č. 124/2006 Z. z. o bezpečnosti a ochrane zdravia práci a o zmene a doplnení niektorých zákonov v znení neskorších predpisov tým, že účastník správneho konania v záujme zaistenia bezpečnosti a ochrany zdravia pri práci nezabezpečil, aby pracovný prostriedok - nákladné motorové vozidlo Tatra 815, EVC K. XXXCI, rok výroby 1994, neohrozovalo bezpečnosť a zdravie zamestnanca - vodiča E.Q. U. nar. XX. XX. XXXX (zamestnaného na základe pracovnej zmluvy zo dňa 14. 05. 2007 s dohodnutým druhom práce žeriavnik, vodič nákladného motorového vozidla, montážne práce, pieskovanie, metalizácia kovov) a na ten účel nezabezpečil potrebnú údržbu a opravy predmetného nákladného motorového vozidla, z dôvodu čoho bol brzdový systém vozidla neúčinný. V dôsledku uvedeného porušenia utrpel zamestnanec E. U. pri výkone práce vodiča dňa 20. 05. 2013 následkom neúčinného brzdového systému vozidla pri dopravnej nehode pracovný úraz, ktorým mu bola spôsobená smrť. Pri hodnotení dôkazov bol správny orgán vedený úvahou, že vykonaným dokazovaním bolo preukázateľne zistené porušenie povinnosti zo strany zamestnávateľa, uvedené vo výroku rozhodnutia, pričom sa jedná o porušenie právnych predpisov na zaistenie bezpečnosti a ochrany zdravia pri práci v príčinnej súvislosti so smrteľným pracovným úrazom. Správny orgán posudzoval aj skutočnosť, že postihnutý bol zamestnancom v pracovnoprávnom vzťahu k spoločnosti K + K servis, s.r.o., čo vyplýva z pracovnej zmluvy zamestnanca E. U.Á.. s dohodnutým druhom práce žeriavnik a vodič nákladného motorového vozidla. Zamestnávateľ bol tak povinný vo vzťahu k postihnutému zamestnancovi, ako aj k ďalším zamestnancom dodržiavať právne a ostatné predpisy na zaistenie bezpečnosti a ochrany zdravia pri práci. V súvislosti s vyšetrovaním predmetného pracovného úrazu bolo z podkladov zistené, že zamestnávateľ zaslal Inšpektorátu práce Košice záznam o registrovanom pracovnom úraze E. U., ktorý bol doručený dňa 24.5.2013. Postihnutý bol preškolený zamestnávateľom z bezpečnostných predpisov dňa 02. 04. 2012, čo je zrejmé zo záznamu zo školenia zamestnancov obsluhy a vodičov motorových vozidiel z predpisov o bezpečnosti a ochrane zdravia pri práci zo dňa 2.4.2012, spolu s prezenčnou listinou. Predmetné vozidlo T 815 malo v súlade s písomným protokolom o technickej kontrole vozidla zo dňa 31. 07. 2012 platné osvedčenie o technickej kontrole vozidla zo dňa 31. 07. 2012 Správny orgán vychádzal tiež zo skutočnosti, že v ustanovení § 17 ods. 4 Zákona o BOZP je obsiahnutá zákonná definícia registrovaného pracovného úrazu, podľa ktorej je registrovaný pracovný úraz pracovný úraz, ktorým bola spôsobená pracovná neschopnosť zamestnanca trvajúca viac ako tri dni alebo smrť zamestnanca, ku ktorej došlo následkom pracovného úrazu. Na základe uvedeného sa v súlade so spomínaným znaleckým posudkom zo dňa 21. 06. 2013 nepochybne jednalo o závažný pracovný úraz, ktorým bola spôsobená smrť postihnutého E. U.. Podstatnou je tiež skutočnosť, že zamestnanec - vodič E. U.. riadil predmetné nákladné motorové vozidlo na základe ústneho príkazu zo strany zamestnávateľa. Technická obhliadka vozidla bola vykonaná dňa 17. 07. 2013, jej cieľom bolo zistiť, či predmetom dopravnej nehody bola technická vada vozidla. Podľa tejto správy zo dňa 22. 07. 2013 o technickej obhliadke vozidla pri zisťovaní stavu brzdovej sústavy a samotných bŕzd, bolo pri demontáži druhej ľavej brzdy zistené, že bubon bol popraskaný od prehriatia, nakoľko brzdový kotúč neotváral brzdové čeľuste úplne, až došlo k stavu, že brzda sa nevracala, čím došlo k prehriatiu a spáleniu obloženia. Správa o technickej obhliadke vozidla záverom konštatuje, že vozidlo bolo v zlom technickom stave a účinnosť bŕzd bola veľmi zlá. Následne bol Okresným dopravným inšpektorátom Košice - okolie zaistený znalecký posudok zo dňa 16.9.2013, vyhotovený znalcom D.. I. B.. V znaleckom posudku znalec zaujal stanovisko, že nakoľko brzdový systém nebol dostatočne účinný, pri jazde k železničnému nadjazdu trate normálneho rozchodu vodič nemohol vozidlo zastaviť. Na základe uvedených skutočností bolo inšpekciou práce zistené a v protokole zaznamenané pochybenie kontrolovaného zamestnávateľa v tom, že v záujme zaistenia bezpečnosti a ochrany zdravia pri práci nezabezpečil, aby pracovný prostriedok - nákladné motorové vozidlo Tatra 815, M. K. XXX C., rok výroby 1994, neohrozovalo bezpečnosť a zdravie zamestnanca - postihnutého vodiča E. U., pričom nezabezpečil ani potrebnú údržbu a opravy uvedeného nákladného motorového vozidla, následkom čoho bol brzdový systém vozidla neúčinný. Inšpektori práce na základe vykonaného šetrenia smrteľného pracovného úrazu vypracovali protokol zo dňa 25. 11. 2013. obsah ktorého bol ten istý deň prerokovaný s konateľom spoločnosti D.. F. A.. Pri prerokovaní protokolu inšpektor práce umožnil zamestnávateľovi písomne sa vyjadriť v určenej lehote do 7 pracovných dní ku všetkým zisteným skutočnostiam a nedostatkom uvedeným v prerokovanom protokole. Zamestnávateľ sa vyjadril k protokolu listom zo dňa 03. 12. 2013, doručeným dňa 04. 12. 2013. Nakoľko vyjadrením k protokolu neboli formulované objektívne dôvody, ani predložené dôkazy odôvodňujúce zmenu protokolu, inšpektor práce sa s vyjadrením zamestnávateľa vysporiadal Dodatkom č. 1 zo dňa 06. 12. 2013, doručeným kontrolovanému zamestnávateľovi poštou doporučene s doručenkou do vlastných rúk dňa 13. 12. 2013, kde inšpektor práce trval na zistených skutočnostiach a nedostatkoch uvedených v prerokovanom protokole. Výkon šetrenia pracovného úrazu bol Dodatkom č. 1 zo dňa 06. 12. 2013 k protokolu ukončený. Následne po ukončení šetrenia pracovného úrazu zaslal zamestnávateľ listom zo dňa 10. 02. 2014 inšpektorátu práce uznesenie Okresného riaditeľstva policajného zboru Košice - okolie, odboru kriminálnej polície, o zastavení trestného stíhania pre prečin usmrtenia s odôvodnením, že skutok nie je trestným činom a nie je dôvod na postúpenie veci. Inšpektor práce zaslal kontrolovanému zamestnávateľovi písomnú odpoveď zo dňa 18. 02. 2014, v ktorej konštatoval, že šetrenie predmetného pracovného úrazu bolo uzavreté Dodatkom č. 1 zo dňa 06. 12. 2013 k protokolu, nakoľko neboli predložené nové skutočnosti, ktoré by odôvodňovali zmenu protokolu, z toho dôvodu trval na skutočnostiach a nedostatkoch uvedených v protokole. Uvedená písomná odpoveď bola zamestnávateľovi doručená poštou doporučene s doručenkou do vlastných rúk dňa 25. 02. 2014. K porušeniu povinnosti uvedenej vo výroku rozhodnutia zo strany zamestnávateľa objektívne došlo. Zamestnávateľ zodpovedá za správne delikty už tým. že k samotnému nedostatku došlo, bez ohľadu na to, či sa z jeho strany jedná o zavinené alebo nezavinené konanie, či opomenutie. Zo strany zamestnávateľa bolo inšpektorátom práce dokázateľne zistené porušenie na úseku bezpečnosti a ochrany zdravia pri práci, za ktoré sa mu pokuta ukladá. Ak by účastník konania v záujme zaistenia bezpečnosti a ochrany zdravia pri práci zabezpečil, aby nákladné motorové vozidlo Tatra 815, EVČ TV 607 CI, neohrozovalo bezpečnosť a zdravie vodiča a na ten účel by zaistil potrebnú údržbu a opravy uvedeného nákladného motorového vozidla tak, aby zabezpečil jeho dobrý technický stav s riadnou účinnosťou brzdového systému, k predmetnému smrteľnému pracovnému úrazu nemuselo vôbec dôjsť. Povinnosti spojené so zaistením bezpečnosti a ochrany zdravia pri práci zakotvené v ustanoveniach § 6 ods. 1 včítane písm. d) Zákona o bezpečnosti a ochrane zdravia pri práci, sú uložené zamestnávateľom a zodpovednosť za ich dodržiavanie nesie zamestnávateľ. Zaistenie bezpečnosti a ochrany zdravia pri práci zamestnancov, vrátane požiadaviek na bezpečnosť pracovných prostriedkov, patrí k prioritným povinnostiam zamestnávateľa, ktorých dodržiavanie môže mať dôležitý vplyv na prevenciu, resp. minimalizáciu prípadných pracovných úrazov zamestnancov vykonávajúcich práce s nimi spojené. Na základe vyššie uvedených skutočností, aplikáciou príslušných ustanovení predpisov a v súlade s vykonaným dokazovaním, dospel správny orgán k záveru, že povinnosť stanovenú právnymi predpismi na zaistenie bezpečnosti a ochrany zdravia pri práci uvedenú vo výroku rozhodnutia si účastník konania nesplnil. Aj napriek vyššej závažnosti porušenia zo strany zamestnávateľa a závažnosti jeho následku - smrteľného pracovného úrazu, dospel správny orgán k záveru, že k naplneniu preventívnej, ako aj represívnej funkcie, bude postačujúce uloženie pokuty v spodnej hranici sadzby vo výške 33 000 eur. V zmysle § 19 ods. 1 písm. a) Zákona o inšpekcii práce, je inšpektorát práce oprávnený uložiť pokutu, ak tento zákon neustanovuje inak, zamestnávateľovi za porušenie povinností vyplývajúcich z tohto zákona, z predpisov uvedených v § 2 ods. 1 písm. a) prvom bode až treťom bode, t. j. z právnych predpisov a ostatných predpisov na zaistenie bezpečnosti a ochrany zdravia pri práci, do 100 000 eur a ak v dôsledku tohto porušenia vznikol pracovný úraz. ktorým bola spôsobená smrť alebo ťažká ujma na zdraví, najmenej 33 000 eur. Z uvedeného vyplýva, že v prípade zistenia porušenia povinností zamestnávateľa stanovených mu predpismi na zaistenie bezpečnosti a ochrany zdravia pri práci, môže inšpektorát práce uložiť pokutu až do 100 000 eur, pričom v prípade zistenia porušenia povinností zamestnávateľa, v dôsledku ktorého došlo k pracovnému úrazu s ťažkou ujmou na zdraví alebo smrteľnému pracovnému úrazu, ukladá zákon ex offo inšpektorátu práce povinnosť (nie možnosť) uložiť zamestnávateľovi pokutu najmenej vo výške 33 000 eur. Inšpekciou bol zistený stav na základe zákona č. 124/2006 Z. z. o bezpečnosti a ochrane zdravia pri práci v znení neskorších predpisov. Zamestnávateľ nepreukázal potrebnú údržbu a opravy nákladného motorového vozidla T 815 8x8, rok výroby 1994, EČV K. XXX C., vo vlastnej réžii, ani dodávateľsky externými opravami. Odvolací orgán poukazuje na skutočnosť, že účastník konania neuviedol relevantné skutočnosti, ktoré by vyvrátili alebo spochybnili nedostatky zistené v priebehu inšpekcie práce. Odvolací orgán má súčasne za to, že bol dostatočne zistený a preukázaný skutkový stav veci na základe výsledkov inšpekcie práce, podaných vyjadrení účastníka konania, ako aj na základe dokladov predložených počas výkonu inšpekcie práce a dôkazov založených v spise. Z uvedených dôvodov nebolo potrebné zo strany inšpektorátu práce nariadiť ústne pojednávanie, nakoľko by neprispelo k ďalšiemu objasneniu veci. Správny orgán rozhodujúci v druhom stupni deklaruje opodstatnenosť uloženia pokuty za vytknuté porušenie povinnosti vyplývajúcej z ust. § 6 ods. 1 písm. d) zákona č. 124/2006 Z. z. Inšpektorát práce Košice ako prvostupňový správny orgán vykonal posúdenie veci, týkajúce sa stavu a miery zavinenia zo strany účastníka konania a na základe vyššie uvedeného dospel k záveru a mal za preukázané, že účastník konania porušil povinnosti, ktoré mu vyplývajú z predpisov BOZP tak, ako je uvedené vo výrokovej časti napadnutého rozhodnutia. Odvolací orgán poukazuje na skutočnosť, že inšpektorát práce hodnotil dôkazy podľa svojej úvahy, každý dôkaz jednotlivo a všetky dôkazy v ich vzájomnej súvislosti, pričom v rámci dokazovania nezistil nijaké okolnosti, ktoré by mieru zodpovednosti zamestnávateľa znížili alebo vylúčili. V uvedenom prípade bola pokuta uložená v spodnej hranici sadzby stanovenej platným právnym predpisom. Odvolací orgán sa stotožňuje s prvostupňovým orgánom, ktorý pri ukladaní pokuty zohľadňuje jej preventívne pôsobenie a pri určovaní výšky pokuty prihliada najmä na závažnosť zisteného porušenia povinností a závažnosť ich následkov, počet zamestnancov zamestnávateľa a riziká, ktoré sa vyskytujú v jeho činnosti, skutočnosť, či zistené porušenie povinností je dôsledkom neúčinného systému riadenia ochrany práce u zamestnávateľa, alebo či sa jedná o ojedinelý výskyt nedostatku, resp. o opakované zistenie toho istého nedostatku. Opierajúc sa o uvedené zistenia má odvolací orgán za preukázané, že inšpektorát práce v prípade uloženia sankcie za predmetný správny delikt postupoval legitímnym spôsobom, keď vyššie popísané konanie účastníka konania označil za protiprávne. Odvolací orgán je názoru, že prvostupňový orgán umožnil účastníkovi konania realizáciu jeho procesných práv a s jeho námietkami sa vo svojom rozhodnutí náležitým spôsobom vysporiadal. S ohľadom na preukázanie nedostatku, zistený skutkový stav, ako aj na smrteľný pracovný úraz zamestnanca, je uloženie pokuty odôvodnené. Odvolací orgán identicky s prvostupňovým orgánom postupoval v danej veci v intenciách citovaných právnych noriem, pre svoje rozhodnutie si zadovážili dostatok skutkových podkladov, na základe ktorých zistili skutkový stav a aplikáciou relevantných zákonných ustanovení zo skutkových okolností vyvodili správny právny záver.“ II. 1. V žalobe z 08.09.2014 žalobca prostredníctvom právneho zástupcu formuloval nasledovné žalobné námietky (po obsahovej právnej stránke korešpondujúce s námietkami uvedenými v odvolaní z 30.05.2014): - Žalovaný nedoplnil doterajšie dokazovanie, neodstránil zistené vady tak, ako mu to ukladá § 59 správneho poriadku. Jeho postup a rozhodnutie sú preto nesprávne a nezákonné. Podľa nášho názoru, žalovaný mal odvolaniu vyhovieť, napadnuté rozhodnutie zrušiť a vec vrátiť na nové konanie a rozhodnutie, lebo boli zistené podstatné procesné vady a rozsah zisťovania skutkového stavu vyžadoval, aby ho vykonal Správny orgán prvého stupňa z týchto nižšie uvedených dôvodov. - Nie je pravdou tvrdenie žalovaného, že nebol dôvod na zmenu protokolu y dôsledku toho, že sme nepredložili dôkazy a neformulovali k protokolu objektívne dôvody. Prvostupňový správny orgán vydal nezákonné rozhodnutie a konal v rozpore minimálne s §§ 3, ods. 1, 2, 4, 32, 33, 34, 46, 47 správneho poriadku a druhostupňový správny orgán konal v rozpore s týmito ustanoveniami správneho poriadku, ako aj v rozpore s § 59 správneho poriadku. Rozhodnutie prvostupňového orgánu bolo vydané v rozpore so zákonmi a ostatnými právnymi predpismi a nevychádzalo zo spoľahlivo zisteného stavu veci. Rozhodnutie je arbitrárne a v rozpore aj s Ústavou SR., Ak žalovaný zamietol naše odvolanie a rozhodnutie prvostupňového organu potvrdil, tak vydal odvolacie rozhodnutie taktiež v rozpore s právnymi predpismi. - Správne orgány nepreskúmateľne, nezákonne odôvodnili svoje rozhodnutia a nevyporiadali sa s našimi najmä odvolacími námietkami. Pokiaľ sa týka dôkazov, tak tieto uvádzali v rozhodnutiach len v náš neprospech a ich úvahy nie sú uvedené pri hodnotení dôkazov t.j. nezaoberali sa dôsledne nami predloženým uznesením OR PZ Košice okolie zo dňa 10.01.2014 ČVS:ORP-698/OVK-KS-2013 t.j. dôkaz listinou, ktorý je v náš prospech. Vyšetrovací spis si nepripojili a nevyžiadali ho z OR PZ Košice okolie a teda rozhodli bez znalosti skutkového stavu v trestnej veci, ktorá má vplyv aj na správne konanie a rozhodnutie oboch správnych orgánov. Oba správne orgány sa nesprávne uspokojili sa len z prvotnými dokladmi z vyšetrovacieho spisu t.j. znaleckým posudkom D.. I. B. zo dňa 16.09.2013, technickou obhliadkou vozidla Tatra Bočiar s.r.o. zo dňa 22.07.2013 a vôbec nemali záujem sa oboznamovať s ďalšími dôkazmi vykonávanými políciou po podaní znaleckých posudkov výsluchu znalcov, svedkov a neprihliadli ani na skutočnosti, ktoré vyšetrovateľ uviedol v uznesení v náš prospech. Správne orgány neodstránili rozpory, ktoré vznikli medzi podaným znaleckým posudkom správou technickej obhliadke vozidla a následným dopočutím znalca D.. B. a X. F.. „.Správne orgány takýmto postupom neprejavili a nemali záujem na objasnení skutočného stavu veci. Tým, že hodnotili veci jednostranne v náš neprospech, chránili len záujem poškodeného a nechránili aj náš záujem, t.j. právo a spravodlivosť v tomto konaní. Správne orgány si zjednodušili vec, nevykonali úplné dokazovanie a spoľahlivo nezistili stav veci, čím v konečnom dôsledku konali proti nám zaujato. - Žalovaný sa v dôvodoch rozhodnutia ani nevyporiadal s tým, že sme podaním zo dňa 16.06.2014 navrhovali vykonanie dôkazov a doručili sme mu znalecký posudok č. 10/2014 znalca D.. L. Q.. Žalovaný neodôvodnil, prečo navrhované dôkazy odmieta vykonať a vôbec sa nezmienil o nich v odôvodnení svojho rozhodnutia t.j. či boli alebo neboli podstatné na rozhodnutie v danej veci. Navrhované a predložené dôkazy podľa nášho názoru sú v danej veci podstatné, lebo preukazovali, že nemáme žiadnu zodpovednosť na dopravnej nehode. Zo znaleckého posudku č. 10/2014 znalca D.. L.. Q. bolo totiž preukázané: 1. / že rýchlosť jazdy vozidla Tatra ev. č. K. XXX C. bola pred dopravnou nehodou 46,20 - 58,50 km/ hod. a nárazová rýchlosť 2,00-3,00 km/hod. 2. / posúdenie technického stavu vozidla bez fyzickej kontroly brzdovej sústavy nie je možné, pričom kontrola technického stavu vozidla nebola v trestnom konaní úplne prevedená a neboli prevedené kontroly dielov poškodených pri dopravnej nehode. Vozidlo sa nepripravilo na úplnú kontrolu brzdového systému v plnom rozsahu vrátane kontroly na brzdovej stolici. Bolo potrebné odskúšanie jednotlivých komponentov brzdovej sústavy (napr. regulátor, obmedzovač), poškodené časti pri dopravnej nehode nahradiť náhradnými časťami, kontrolovať tlaky podľa metodiky kontroly a previesť skúšku bŕzd na brzdovej stolici. Až na základe toho by sa dal určiť stav jednotlivých bŕzd a určenie brzdenia vozidla a až na základe toho urobiť jednoznačný záver o stave brzdového systému. 3. / z technického hľadiska bezprostrednou príčinou dopravnej nehody bola nesprávna technika jazdy vodiča E.. U. v nerešpektovaní požiadaviek kladených na vodiča, ktorý počas dopravnej nehody mal na aute zaradený piaty rýchlostný stupeň a rýchlosť jazdy vyššiu, ako bola povolená 40 km/hod., čo je v rozpore s bezpečnosťou jazdy na danom úseku. Rýchlosť vozidla bola vyššia ako povolená rýchlosť na danom úseku . Ak by vodič povolenú rýchlosť rešpektoval, mohol s vozidlom zastaviť bez ujmy. Z hore uvedeného je teda zrejmé, že znalec D.. I. B. ani X. F. nevykonali úplne všetky potrebné úkony kontroly a preverenia technického stavu vozidla a žalovaný sa s touto skutočnosťou vôbec nevyporiadal. Na základe znaleckého posudku a listín bolo preukázané, že nemáme subjektívnu ani objektívnu zodpovednosť na dopravnej nehode a 100%-tnú zodpovednosť na dopravnej nehode má vodič E.. U.. Spoločnosť K+K servis, s.r.o. Trebišov na zabezpečenie pravidelnej údržby a prípadne vzniknutých opráv má zriadenú dielňu vybavenú na opravu vozidiel zn. Tatra. Predmetné vozidlo malo platnú technickú kontrolu, ako aj platnú emisnú kontrolu. Na personálne zabezpečenie údržby a opráv bol prijatý práve E.. U., ktorý bol automechanik a na to spôsobilý, mal potrebné školenia, práve na vozidla zn. Tatra a potrebnú prax. Navrhli sme vykonať dôkaz týmto znaleckým posudkom vo veci s CD nosičom, prípadne doplniť dokazovanie na technický stav vozidla tak, ako to naznačil D.. L.. Q., ale žalovaný sa vôbec v dôvodoch napadnutého rozhodnutia o navrhovaných a predložených dôkazoch nezmienil. Z uvedeného dôvodu je jeho rozhodnutie nepreskúmateľné a neodôvodnené. Naviac z vykonaného dokazovania vyplynulo, že znalec D.. B. pri podaní znaleckého posudku nemal záznam simulácie dopravnej nehody a preto je jeho posudok nesprávny a neúplný. Navrhli sme preto, aby sa k tejto skutočnosti znalec D.. B.Š. vyjadril, prípadne doručil do správneho spisu záznam simulácie dopravnej nehody. Znalec D.. B.É. neozrejmil na základe čoho dospel k záveru, že vodič U. mal v čase dopravnej nehody rýchlosť jazdy 40 km/hod. a na základe čoho mala byť nárazová rýchlosť 15,00- 20,00km/hod. Aj tieto údaje by mali vyplývať zo záznamu simulácie dopravnej nehody vykonanej znalcom D.. B.. Žalovaný sa opätovne k týmto navrhnutým a predloženým dôkazom nevyjadril a vo svojich úvahách pri hodnotení dôkazov ich nespomínal. Sme toho názoru, že žalovaný konal nezákonne a arbitrárne. - Podľa nášho názoru oba Správne orgány mali pracovať v správnom konaní s úplným trestným spisom a nie len s prvotnými neúplnými dôkazmi s vyšetrovacieho spisu. Ak by si Správne orgány vyžiadali vyšetrovací spis, tak by z výsluchov svedkov a pokračujúcich a doplňujúcich výsluchov D.. I. B.T. a X. F. zistili, že nezanedbali sme žiadne povinnosti a vinu na dopravnej nehode má jedine a výlučne nebohý E.. U.. Za jeho úraz nezodpovedáme ani subjektívne, ani objektívne. Pokiaľ znalci D.. B. a F.É. popisovali poruchu brzdového systému opotrebením brzdových čeľustí a pod. tak, nevedeli sa vyjadriť, či tieto závady vznikli pred a počas jazdy, ale v konečnom dôsledku uviedli, že nemohli spôsobiť zlyhanie brzdového systému, aby vodič nedokázal vozidlo zastaviť. Nebolo skúmané a nebolo preukázané, či a aké závady boli na aute pred jazdou a či vznikli počas jazdy. Znalec D.. B. pri svojom výsluchu dňa 06.12.2013 uviedol, že tlak v brzdovom systéme bol dostatočný, čo bolo preukázané tým, že deň po dopravnej nehode vykazoval tlak v brzdovom systéme 225kPa. Uviedol tiež, že uvedené vozidlo je vybavené prevádzkovou brzdou a okrem toho má núdzovú a parkovaciu brzdu. Nebolo zistené, či existovali závady v dôsledku porušenia našich povinnosti a či závady sú (v príčinnej súvislosti s dopravnou nehodou a smrťou U..) E.. U. ako vodič a odborník na predmetné vozidlo mal previesť pred jazdou kontrolu. Kontrolu aj previedol, lebo je to preukázané výsluchom svedkov P. A., F. D. A., P. A., U. A., ktorí pred jazdou pomáhali U. s výmenou listovej pružiny - pera. Je preukázané, že U. spoločne s nimi odmontovali kolesa a bolo povinnosťou U. skontrolovať stav nastavenia brzdových kľúčov brzdového systému. Znalci potvrdili, že išlo o nenáročný pracovný postup a mohla to vykonať aj jedna osoba. Touto osobou bol vodič E.. U.. Správne orgány keď si nepripojili vyšetrovací spis, tak nemali úplné dôkazy vo veci a nemali k dispozícií aktuálne dodatočné zápisnice znalcov z decembra 2013 a januára 2014. Nesprávne sa spoliehali len na prvotné znalecké posudky. Zistili by, že E.. U. nesprávne postupoval pri vedení motorového vozidla, jeho technika jazdy bola neštandardná, bol obutý svojvoľne v šľapkách a svojvoľne odbočil na cestu, kde takéto autá mali zákaz vjazdu a pod. Správne orgány sa s tak závažnými skutočnosťami a pre posúdenie našej zodpovednosti vôbec nezaoberali, čím porušili povinnosť zistenia presného a úplného skutočného stavu veci. Ide nielen o právne posúdenie veci, skutkové zistenie veci bežnými dôkaznými prostriedkami, ale bolo potrebné doplniť znalecké dokazovanie novým znaleckým posudkom, ktorý by odborne vysvetlil a preukázal vyššie uvedené skutočnosti. Jednoznačne bez akýchkoľvek pochybnosti vzhľadom na závažnosť dopravnej nehody bolo potrebné znalecké dokazovanie. Správny orgán si mohol sám zadovážiť takýto posudok, pretože sa v rozhodnutí samom musí vyporiadať s listinným dôkazom a to uznesením vyšetrovateľa OR PZ Košice okolie zo dňa 10.01.2014 ČVS:ORP-698/OVK-KS-2013, ktorý prijal záver, že E. U. sám spôsobil a zavinil dopravnú nehodu a my sme sa na nepodieľali na porušení svojich povinností. Z uvedeného dôvodu Správne orgány porušili povinnosť presne a úplne zistiť skutočný stav veci (§ 32 ods.l Správneho poriadku). Z týchto dôvodov Správne orgány porušili základné pravidla konania v zmysle § 3 Správneho poriadku. Nerešpektovanie a opomenutie základných pravidiel konania predstavuje vadu konania, ktorá by mala viesť Správny orgán vyhovieť nášmu odvolaniu autoremedúrou alebo aby odvolací orgán napadnuté rozhodnutie zrušil ako nezákonné. Ak tak Správne orgány nepostupovali je už len na súde, aby napravil pochybenia Správnych orgánov zrušením ich rozhodnutí. - Predložili sme ako dôkaz do správneho konania zápisnice o výsluchu svedkov F. A. zo dňa 11.06.2013, P.Z. A. zo dňa 09.08.2013, U. A. zo dňa 30.05.2013, P. A. zo dňa 11.06.2013, záznam o podaní vysvetlenia X. F. zo dňa 13.12.2013, zápisnicu o výsluchu znalca D.. I. B. zo dňa 06.12.2013 a pokračujúcu zápisnicu tohto znalca zo dňa 09.01.2014. Zápisnice o výsluchu znalcov Správne orgány nemali k dispozícií a listinný dôkaz uznesenie vyšetrovateľa nehodnotili ako dôkaz. Navrhli sme, aby Správne orgány vypočuli svedkov F. A., P. A., U. A., P. A., F. Č. bytom K., J. B. B. C., P. H. B. K., F. A. B. K.. Svedkovia by sa mali vyjadriť k tej skutočnosti, že naša spoločnosť, zabezpečovala operatívne porady pred výkonom prác, počas vykonávania zákazok a konateľ spoločnosti D.. F. A. a ním poverení pracovníci usmerňovali a koordinovali činnosť. Žalovaný to bez odôvodnenia neakceptoval. Gabriel Kováč bol poverený agendou dopravy t.j. zabezpečoval poistenie áut, opravy áut, prijímal hlásenia poruchy áut, denné hlásenia, záznamy o prevádzke vozidiel a pod. Z jeho výsluchu je preukázané, že upozorňoval E.. U., aby si pred jazdou skontroloval vozidlo. Podľa nášho názoru bolo nutné a potrebné za účelom zistenia úplného stavu vo veci vypočuť nás ako účastníka konania a vypočuť týchto svedkov. Navrhli sme, aby si Správne orgány pripojili vyšetrovací sp si OR PZ Košice okolie ČVS:ORP-698/OVK- KS-2013. Predpokladali sme, že prvostupňový Správny orgán automaticky si vyžiada tento spis tak, ako mu to ukladajú §§ 3, 32 a nasl. Správneho poriadku. Žalovaný nenapravil pochybenie prvostupňového Správneho orgánu. Tým, že si prvostupňový Správny orgán nevyžiadal úplný trestný spis, nemohol úplne a spoľahlivo zistiť skutkový stav veci. Vo vyjadrení k protokolu sme poukazovali na neodbornosť a povrchnosť správy z technickej obhliadky znaleckého posudku D.. I. B.. Táto skutočnosť mala viesť Správny orgán k vyžiadaniu si vyšetrovacieho spisu, lebo len so znalosťou vyšetrovacieho spisu by mohol hodnotiť dôkazy v zmysle § 34 ods. 5 Správneho poriadku. Absencia takého postupu robí rozhodnutie nepreskúmateľným, pretože správny orgán nemal všetky dôkazy k dispozícií a tieto ich vzájomnej súvislosti ani nemohol hodnotiť. - Poukázali sme na to, že prvostupňový Správny orgán vo výroku rozhodnutia nám dával za vinu porušenie povinnosti v§ 2 ods. l písm. a bod 3 zák. č. 125/2006 Z. z. a na str. 10 nám dáva za vinu porušenie predpisov uvedených v § 2 ods. 1 písm. a / prvom bode až treťom bode a šiestom bode t.j. už nad rámec porušenia povinnosti vo výrokovej časti. Takýto postup Správneho orgánu je nezákonný a zmätočný. Prvostupňový Správny orgán na str. 4 rozhodnutia nám dáva za vinu, že sme museli v prvom rade vykonávať všetky potrebné bezpečnostné a zdravotné opatrenia tak, aby nedošlo k ohrozeniu a k akémukoľvek poškodeniu zdravia zamestnancov. Je nepreskúmateľné odôvodnenie rozhodnutia Správneho orgánu, keď všeobecne poukazuje na všetky opatrenia a ich nekonkretizuje. Správny orgán mal k dispozícií dôkazy, ktorými sme preukázali, že sme vykonávali školenia pracovníkov, auto malo platné STK, vodiči mali platné psychotesty, ako, aj ostané náležitosti. Za účelom školenia pracovníkov sme uzavreli externú zmluvu so spoločnosťou Livonec s.r.o. Košice, ktorá má na starosti v našej spoločnosti agendu BOZP a PO, čo Správny orgán mal k dispozícií. Práve preto mal Správny orgán konkretizovať, čo sme ešte mali vykonať a nevykonali sme. Prvostupňový Správny orgán na str. 4 rozhodnutia nám dáva za vinu nerealizáciu všeobecných zásad prevencie posudzovania rizika, ale na druhej strane nekonkretizuje, ktoré sme nerealizovali všeobecné zásady prevencie. Prvostupňový Správny orgán na str. 4 rozhodnutia nám dáva za vinu nezabezpečenie potrebnej údržby a opráv. Nie je to pravda, pretože obhliadkou vozidla sa zistilo, že sme nezanedbali údržbu a opravu vozidla, ale príčina dopravnej nehody spočívala v tom, že vodič E.. U. nenastavil brzdové kľúče. Brzdový systém bol dobrý. Za nenastavenie brzdových kľúčov zodpovedal E.. U.. On si zanedbal svoje povinnosti, hoci na to bol preškolený, mal prax, odbornosť a u mňa pracoval od r. 2007 až do dopravnej nehody t.j. 6 rokov. Mal dostatok skúsenosti, aby si túto povinnosť splnil. Znalec konštatoval, že išlo o jednoduchý úkon nastavenia brzdových kľúčov. Za to my nemôžeme niesť žiadnu zodpovednosť. Prvostupňový Správny orgán správne na str. 4 a 5 konštatuje, že postihnutý zamestnanec mal doklad o zdravotnej spôsobilosti, o psychickej spôsobilosti vodiča, mal poskytnuté ochranné j pracovné prostriedky, vozidlo malo platné osvedčenie o technickej kontrole a teda nie je nám vytýkané konkrétne porušenie povinnosti. Takéto odôvodnenie rozhodnutia bolo nepreskúmateľné a už to bol dôvod na jeho zrušenie. Následne žalovaný na základe úplne nezisteného skutkového stavu veci taktiež rozhodol, čím nekonal v súlade so správnym poriadkom. Žalovaný sa vôbec nezaoberal s týmito našimi odvolacími námietkami a preto aj jeho rozhodnutie je nepreskúmateľné a nezákonné. Tieto hore uvedené dôkazy existovali a neboli zavádzajúce a ani účelovo predložené. My ako účastník konania máme právo tieto dôkazy predkladať a Správne orgány majú povinnosť chrániť práva a naše záujmy v zmysle § 3 ods. 1 Správneho poriadku. Majú vykonať nielen navrhované dôkazy, ale vykonať dokazovanie aj zvláštnej iniciatívy za účelom úplného zistenia skutkového stavu veci a zistenia našej zodpovednosti alebo jej vylúčenie.“ V prílohe žaloby žalobca predložil súdu faktúry od dodávateľských spoločností z roku 2012 preukazujúce nákup náhradných dielov na vozidlo, jeho servis a údržbu tvrdiac, že „z hore uvedeného je zrejmé, že sme zabezpečovali preventívne a reálne možnosť opravy, ak by sa vyskytla. Vodič E. U., ak by zistil vadu na aute, bol oboznámený, že vadu má ihneď odstrániť a táto povinnosť mu vyplývala aj zo zákona o cestnej premávke č. 8/2009 Z.z. tak, ako to citoval vyšetrovateľ v zastavujúcom uznesení. Hore uvedenými dôkazmi je preukázané, že sme nezanedbali žiadnu svoju povinnosť a objektívne nenesieme zodpovednosť za nehodu.“ Žalobca poukázal na právny režim tzv. plnej jurisdikcie podľa § 250i O. s. p. v súvislosti s požiadavkou na samostatné a nezávislé hodnotenie správnosti a úplnosti skutkových zistení urobených správnym orgánom aj podľa piatej časti druhej hlavy O. s. p. Zároveň požiadal o odklad vykonateľnosti preskúmavaného rozhodnutia právnym postupom podľa § 250c ods. 1 O. s. p. Navrhol zrušiť rozhodnutie žalovaného z 25.08.2014, ako aj rozhodnutie Inšpektorátu práce Košice z 25.04.2014 a vec vrátiť žalovanému na ďalšie konanie. Zároveň si uplatnil právo na náhradu trov konania. 2. Žalovaný v písomnom vyjadrení z 22.10.2014 argumentoval k jednotlivým žalobným námietkam nasledovne: - Podľa názoru žalobcu, vydal Inšpektorát práce Košice nezákonné rozhodnutie, vydané v rozpore so zákonmi a ostatnými právnymi predpismi, ktoré nevychádzalo zo spoľahlivo zisteného stavu veci, je nepreskúmateľné pre nedostatok dôvodov a úvah, ktorými sa riadil pri hodnotení dôkazov, pričom sa nevyrovnal s návrhmi a námietkami žalobcu. Žalovaný nekorigoval pochybenia prvostupňového správneho orgánu a dopustil sa identických pochybení ako prvostupňový správny orgán. K uvedenej námietke žalobcu žalovaný uvádza, že rozhodnutím prvostupňového orgánu bola žalobcovi uložená pokuta z dôvodu, že žalobca v záujme zaistenia bezpečnosti a ochrany zdravia pri práci nezabezpečil, aby pracovný prostriedok - nákladné motorové vozidlo Tatra 815, EVČ K. XXXCI, rok výroby 1994, neohrozovalo bezpečnosť a zdravie zamestnanca - vodiča E. U., a na ten účel nezabezpečil potrebnú údržbu a opravy predmetného nákladného motorového vozidla, z dôvodu čoho sa stal brzdový systém vozidla neúčinný. V dôsledku uvedeného porušenia utrpel zamestnanec E. U. pri výkone práce vodiča dňa 20.05.2013 následkom neúčinného brzdového systému vozidla pri dopravnej nehode pracovný úraz, ktorým mu bola spôsobená smrť. Žalovaný má opakovane za to, že pri hodnotení dôkazov bol správny orgán vedený úvahou, že vykonaným dokazovaním bolo preukázateľne zistené porušenie povinnosti zo strany žalobcu, pričom sa jedná o porušenie právnych predpisov na zaistenie bezpečnosti a ochrany zdravia pri práci, v príčinnej súvislosti so smrteľným pracovným úrazom. Správny orgán posudzoval aj skutočnosť, že postihnutý bol zamestnancom v pracovnoprávnom vzťahu k žalobcovi, čo vyplýva z pracovnej zmluvy zamestnanca E. U., s dohodnutým druhom práce žeriavnik a vodič nákladného motorového vozidla. Žalobca bol tak povinný vo vzťahu k postihnutému zamestnancovi, ako aj k ďalším zamestnancom dodržiavať právne a ostatné predpisy na zaistenie bezpečnosti a ochrany zdravia pri práci. - Ďalej žalobca namieta, že správne orgány nepreskúmateľne a nezákonne odôvodnili svoje rozhodnutia a nevyporiadali sa s jeho odvolacími námietkami. Podľa názoru žalobcu, dôkazy v rozhodnutiach uvádzali iba v jeho neprospech a ich úvahy nie sú uvedené pri hodnotení dôkazov, t. j. nezaoberali sa dôsledne nimi predloženým uznesením OR PZ Košice okolie zo dňa 10. 01. 2014 ČVS: 0RP-698/0VK-KS-2013 t. j. dôkaznou listinou, ktorá je v ich prospech. Vyšetrovací spis si nepripojili a nevyžiadali ho z OR PZ Košice okolie a teda rozhodli bez znalosti skutkového stavu v trestnej veci, ktorá má vplyv aj na správne konanie a rozhodnutie oboch správnych orgánov, ktoré sa nesprávne uspokojili iba z prvotnými dokladmi z vyšetrovacieho spisu, t. j. znaleckým posudkom D.. I. B. zo dňa 16. 09. 2013, technickou obhliadkou vozidla Tatra Bočiar s.r.o. zo dňa 22. 07. 2013, pričom nemali záujem o oboznámenie sa s ďalšími dôkazmi vykonávanými políciou po podaní znaleckých posudkov výsluchu znalcov, svedkov a neprihliadli ani na skutočnosti, ktoré vyšetrovateľ uviedol v uznesení v ich prospech. Správne orgány neodstránili rozpory, ktoré vznikli medzi podaným znaleckým posudkom - správou technickej obhliadke vozidla a následným dopočutím znalca D.. B. T. X. F.. Žalovaný opakovane uvádza, že inšpektorát práce pri rozhodovaní vychádzal z protokolu (v znení Dodatku č 1 k protokolu), pracovnej zmluvy E. U., znaleckého posudku zo dňa 21.6.2013 (vyhotoveným znalcami F.. F. Q. a F.. I. U.), znaleckého posudku zo dňa 16. 09. 2013 (vyhotoveným znalcom Ing. Zoltánom Bérešom), záznamu zo dňa 22. 05. 2013 z dopravnej nehody (vyhotoveným Okresným dopravným inšpektorátom Košice - okolie), správy zo dňa 22. 07. 2013 z technickej obhliadky vozidla (vyhotovenej Tatra Bočiar s.r.o., X. F.), zápisníc o podaní informácie fyzickými osobami - P. A., zo dňa 11. 06.2013, D.. F. A., zo dňa 11. 06.2013, F. A., zo dňa 11. 06. 2013, U. A., zo dňa 04. 06. 2013; záznamu o registrovanom pracovnom úraze E. U., oznámenia zo dňa 22. 05. 2013 poistnej udalosti Sociálnej poisťovni, protokolu o technickej kontrole vozidla zo dňa 31. 07. 2012, zápisnice zo dňa 22. 07. 2013 o obhliadke vozidla (vyhotovenej riaditeľstvom policajného zboru Košice - okolie, Okresným dopravným inšpektorátom), včítane fotodokumentácie, záznamu zo školenia zamestnancov obsluhy a vodičov motorových vozidiel z predpisov o bezpečnosti a ochrane zdravia pri práci zo dňa 02. 04. 2012 s prezenčnou listinou, dokladu o zdravotnej spôsobilosti vodiča E. U. zo dňa 14. 03. 2012, dokladu o psychickej spôsobilosti vodiča E. U. zo dňa 06. 02. 2009 a osobnej karty osobných ochranných pracovných prostriedkov vodiča E. U.. Žalobca súčasne uvádza, že správne orgány mali v správnom konaní pracovať s úplným trestným spisom, nie iba s prvotnými neúplnými dôkazmi z vyšetrovacieho spisu. Ak by si správne orgány vyžiadali vyšetrovací spis, tak by z výsluchov svedkov, ako aj z pokračujúcich a doplňujúcich výsluchov D.. I. B. a X. F. zistili, že nezanedbali povinnosti a vinu na dopravnej nehode nesie výlučne nebohý E.. U.. Za jeho úraz subjektívne, ani objektívne nezodpovedajú. Znalci D.. B. a F. popisovali poruchu brzdového systému opotrebením brzdových čeľustí, pričom sa nevedeli vyjadriť, či uvedené závady vznikli pred, alebo počas jazdy, ale v konečnom dôsledku uviedli, že nemohli spôsobiť zlyhanie brzdového systému tak, aby vodič nedokázal vozidlo zastaviť. Nebolo skúmané, ani preukázané, aké závady boli na aute pred jazdou, resp. či vznikli počas jazdy. Nebolo zistené, či existovali závady v dôsledku porušenia ich povinnosti a či sú závady v príčinnej súvislosti s dopravnou nehodou a smrťou menovaného, ktorý mal pred jazdou vykonať kontrolu vozidla. Kontrolu vykonal, čo bolo preukázané výsluchom svedkov P. A., F. A., P. A., U. A., ktorí pred jazdou pomáhali U. s výmenou listovej pružiny - pera, pričom menovaný spoločne s nimi odmontovali kolesa a tak bolo jeho povinnosťou skontrolovať stav brzdového systému. Žalovaný k hore uvedenej námietke uvádza, že z podkladov bolo zistené, že žalobca zaslal Inšpektorátu práce Košice záznam o registrovanom pracovnom úraze E. U., ktorý bol doručený dňa 24. 05. 2013. Postihnutý bol preškolený zamestnávateľom z bezpečnostných predpisov dňa 02. 04. 2012, čo je zrejmé zo záznamu zo školenia zamestnancov obsluhy a vodičov motorových vozidiel z predpisov o bezpečnosti a ochrane zdravia pri práci zo dňa 2.4.2012, spolu s prezenčnou listinou. Predmetné vozidlo T 815 malo v súlade s písomným protokolom o technickej kontrole vozidla zo dňa 31. 07. 2012 platné osvedčenie o technickej kontrole vozidla zo dňa 31.07.2012. Správny orgán vychádzal zo skutočnosti, že v ustanovení § 17 ods. 4 zákona o BOZP je obsiahnutá zákonná definícia registrovaného pracovného úrazu, podľa ktorej je registrovaný pracovný úraz pracovný úraz, ktorým bola spôsobená pracovná neschopnosť zamestnanca trvajúca viac ako tri dni, alebo smrť zamestnanca, ku ktorej došlo následkom pracovného úrazu. Na základe uvedeného, sa v súlade so spomínaným znaleckým posudkom zo dňa 21. 06. 2013 nepochybne jednalo o závažný pracovný úraz, ktorým bola spôsobená smrť postihnutého E. U.Š.. Podstatnou je tiež skutočnosť, že poškodený zamestnanec - vodič E. U., riadil predmetné nákladné motorové vozidlo na základe ústneho príkazu zo strany žalobcu. Technická obhliadka vozidla bola vykonaná dňa 17. 07. 2013, s cieľom zistiť, či bola predmetom dopravnej nehody technická závada vozidla. Podľa správy o technickej obhliadke vozidla zo dňa 22. 07. 2013, bolo pri zisťovaní stavu brzdovej sústavy a samotných bŕzd pri demontáži druhej ľavej brzdy zistené, že bubon bol popraskaný od prehriatia, nakoľko brzdový kotúč neotváral brzdové čeľuste úplne, až došlo k stavu, že sa brzda nevracala, čím došlo k prehriatiu a spáleniu obloženia. Správa o technickej obhliadke vozidla záverom konštatuje, že vozidlo bolo v zlom technickom stave a účinnosť bŕzd bola veľmi zlá. Následne bol Okresným dopravným inšpektorátom Košice - okolie zaistený znalecký posudok zo dňa 16. 09. 2013, vyhotovený znalcom D.. I. B.. V znaleckom posudku znalec zaujal stanovisko, že nakoľko brzdový systém nebol dostatočne účinný, pri jazde k železničnému nadjazdu trate nemohol vodič vozidlo zastaviť. Žalovaný opakovane poukazuje na skutočnosť, že nedostatky, resp. porušenie zákonných povinností zo strany žalobcu boli preukázané, pričom bolo inšpekciou práce zistené a v protokole zaznamenané pochybenie žalobcu v tom, že v záujme zaistenia bezpečnosti a ochrany zdravia pri práci nezabezpečil, aby pracovný prostriedok - nákladné motorové vozidlo Tatra 815, EVČ K. XXX C., rok výroby 1994, neohrozovalo bezpečnosť a zdravie zamestnanca - postihnutého vodiča E. U., pričom nezabezpečil ani potrebnú údržbu a opravy uvedeného nákladného motorového vozidla, následkom čoho bol brzdový systém vozidla neúčinný. - Ďalej žalobca v žalobe konštatuje, že ako dôkaz predložil do správneho konania zápisnice o výsluchu svedkov F. A. zo dňa 11.06.2013, P. A. zo dňa 09. 08. 2013. U. A.Č. zo dňa 30. 05. 2013, Jána Kočiša zo dňa 11.06.2013, záznam o podaní vysvetlenia X. F.É. zo dňa 13.12.2013, zápisnicu o výsluchu znalca D.. I. B. zo dňa 06.12.2013, ako aj pokračujúcu zápisnicu tohto znalca zo dňa 09. 01.2014. Zápisnice o výsluchu znalcov nemali správne orgány k dispozícií a listinný dôkaz - uznesenie vyšetrovateľa, nehodnotili ako dôkaz. Navrhol, aby správne orgány vypočuli svedkov F. A., P.Z. A., U. A., P. A., F. Č., J.T. B., P. H. T. F. A.. Svedkovia sa mali vyjadriť k tej skutočnosti, že ich spoločnosť zabezpečovala operatívne porady pred výkonom prác, počas vykonávania zakázok a konateľ spoločnosti D.. F. A. a ním poverení pracovníci usmerňovali a koordinovali činnosť. Žalovaný to bez odôvodnenia neakceptoval. K hore uvedenej námietke žalovaný uvádza, že inšpektorát práce pri rozhodovaní vychádzal okrem iného zo zápisníc o podaní informácie fyzickými osobami - P. A., zo dňa 11. 06. 2013, D.. F. A., zo dňa 11. 06. 2013, F. A., zo dňa 11. 06. 2013, U. A., zo dňa 04. 06. 2013; záznamu o registrovanom pracovnom úraze E. U.Š., oznámenia zo dňa 22. 05. 2013 poistnej udalosti Sociálnej poisťovni, protokolu o technickej kontrole vozidla zo dňa 31. 07. 2012, zápisnice zo dňa 22. 07. 2013 o obhliadke vozidla (vyhotovenej riaditeľstvom policajného zboru Košice - okolie, Okresným dopravným inšpektorátom), včítane fotodokumentácie, záznamu zo školenia zamestnancov obsluhy a vodičov motorových vozidiel z predpisov o bezpečnosti a ochrane zdravia pri práci zo dňa 02. 04. 2012 s prezenčnou listinou. Vzhľadom k tomu, že doklady predložené žalobcom k výkonu inšpekcie práce, jednoznačne preukazovali správny delikt, nepovažoval žalovaný za potrebné vykonať ďalšie dokazovanie navrhované žalobcom, nakoľko tieto jednoznačne preukazovali spáchaný správny delikt. Ak by žalobca v záujme zaistenia bezpečnosti a ochrany zdravia pri práci zabezpečil, aby nákladné motorové vozidlo Tatra 815, EVČ K. XXX C., neohrozovalo bezpečnosť a zdravie vodiča a na ten účel by zaistil potrebnú údržbu a opravy uvedeného nákladného motorového vozidla tak, aby zabezpečil jeho dobrý technický stav s riadnou účinnosťou brzdového systému, nemuselo k predmetnému smrteľnému pracovnému úrazu menovaného zamestnanca vôbec dôjsť. Povinnosti spojené so zaistením bezpečnosti a ochrany zdravia pri práci, zakotvené v ustanoveniach § 6 ods. 1 písm. d) zákona o bezpečnosti a ochrane zdravia pri práci, sú uložené zamestnávateľom a zodpovednosť za ich dodržiavanie nesie zamestnávateľ. Zaistenie bezpečnosti a ochrany zdravia pri práci zamestnancov, vrátane požiadaviek na bezpečnosť pracovných prostriedkov, patrí k prioritným povinnostiam zamestnávateľa, ktorých dodržiavanie má dôležitý vplyv na prevenciu, resp. minimalizáciu prípadných pracovných úrazov zamestnancov, vykonávajúcich práce s nimi spojené. - K tvrdeniu žalobcu, že správne orgány nemali dostatok skutkových podkladov na vydanie rozhodnutia, nezistili vo veci skutočný stav, nekonali v súčinnosti s účastníkom konania, t. j. s ich spoločnosťou a v konečnom dôsledku boli rozhodnutia vydané v rozpore s hmotnoprávnymi a procesnoprávnymi predpismi, čo malo vplyv na zákonnosť napadnutého rozhodnutia žalovaný uvádza, že žalobca prezentuje skutočnosti, ktoré už prezentoval vo vyjadrení k začatému správnemu konaniu a k odvolaniu, s ktorými sa žalovaný vysporiadal. Inšpekciou práce bol zistený stav na základe zákona č. 124/2006 Z. z. o bezpečnosti a ochrane zdravia pri práci v znení neskorších predpisov. Žalobca nepreukázal potrebnú údržbu a opravy nákladného motorového vozidla T 815 8x8, rok výroby 1994, EČV K. XXX C., vo vlastnej réžii, ani dodávateľsky externými opravami. Žalovaný má súčasne za to, že bol dostatočne zistený a preukázaný skutkový stav veci na základe výsledkov inšpekcie práce, podaných vyjadrení žalobcu, ako aj na základe dokladov predložených počas výkonu inšpekcie práce a dôkazov založených v spise. Žalovaný opakovane deklaruje opodstatnenosť uloženia pokuty za vytknuté porušenie povinnosti vyplývajúcej z ust. § 6 ods. 1 písm. d) zákona č. 124/2006 Z. z. a poukazuje na skutočnosť, že inšpektorát práce hodnotil dôkazy podľa svojej úvahy, každý dôkaz jednotlivo a všetky dôkazy v ich vzájomnej súvislosti, pričom v rámci dokazovania nezistil nijaké okolnosti, ktoré by mieru zodpovednosti zamestnávateľa znížili, alebo vylúčili. Žalovaný poukazuje na skutočnosť, že v rámci dokazovania nezistil nijaké okolnosti, ktoré by mieru zodpovednosti žalobcu znížili, resp. vylúčili. Žalovaný je toho názoru, že prvostupňový orgán umožnil žalobcovi realizáciu jeho procesných práv a s jeho námietkami sa vo svojom rozhodnutí náležitým spôsobom vysporiadal. Ďalej žalovaný vo vyjadrení z 22.10.2014 uviedol: „Žalovaný poukazuje na skutočnosť, že napadnuté rozhodnutie obsahuje všetky náležitosti v zmysle § 47 SP, výrok obsahuje rozhodnutie vo veci s uvedením ustanovenia právneho predpisu, podľa ktorého sa rozhodlo, v odôvodnení správne orgány uviedli skutočnosti, ktoré boli podkladom rozhodnutia, akými úvahami boli vedení pri hodnotení dôkazov a ako sa vyrovnali s návrhmi a námietkami účastníkov konania a s ich vyjadreniami k podkladom rozhodnutia. Z toho dôvodu nepovažuje žalovaný námietku účastníka konania o nepreskúmateľnosti správneho za dôvodnú. Žalovaný súčasne poukazuje na závažnú skutočnosť, súvisiacu s výškou uloženej pokuty, kde podľa ustanovenia § 3 ods. 4 správneho poriadku, je ako druhostupňový správny orgán povinný dbať na to, aby v skutkovo zhodných, alebo podobných prípadoch, nevznikali neodôvodnené rozdiely. Jedná sa o uplatnenie zásady materiálnej rovnosti, zmyslom ktorej je požiadavka, aby bola vo verejnej správe dodržaná kontinuita rozhodovania. Správny orgán je v zmysle uvedeného povinný v skutkovo zhodných, alebo podobných prípadoch, rozhodovať rovnako s prihliadnutím na relevantné okolnosti konkrétneho prípadu. V súvislosti s uvedeným dospel žalovaný k záveru, že argumentácia, ktorú žalobca uviedol v odvolaní, nie je dôvodom na zmenu, alebo zrušenie napadnutého rozhodnutia, pričom žalobca nepredložil nijaké nové dôkazy, ktoré by mali podstatný vplyv na posúdenie veci. Inšpektorát práce Košice postupoval v súlade so zákonom o správnom konaní, zaoberal sa všetkými relevantnými dôkazmi a rozhodnutie vydal až po ich zvážení Vzhľadom k uvedeným skutočnostiam považuje žalovaný žalobu za neodôvodnenú. Žalovaný identicky so svojím žalobou napadnutým rozhodnutím uvádza, že žalobou napadnuté rozhodnutie prvostupňového správneho orgánu, ako aj žalovaného: - malo zákonom ustanovené náležitosti, - bol spoľahlivo zistený skutkový stav veci, ktorý sa opieral o konkrétne podklady /dôkazy/, z ktorých sa vychádzalo pri vydaní rozhodnutia, - je v súlade s právnymi predpismi Slovenskej republiky.“ Poukazujúc na ustanovenie § 250j ods. 1 O. s. p. žalovaný navrhol, aby súd žalobu zamietol v celom rozsahu. 3. Právny zástupca žalobcu v písomnom podaní z 05.02.2015 v reakcii na písomné vyjadrenie žalovaného z 22.10.2014 uviedol: „Tvrdenie žalovaného a znalca D.. B., že brzdový systém bol nevyhovujúci je nezodpovedné a nezodpovedajúce zistenému skutkovému stavu. Predmetné vozidlo nebolo po nehode na kontrole technického stavu, s vozidlom nebola prevedená brzdná skúška na valcovej skúšobni a na zistenie zbrzdenia a výsledok porovnaný s požiadavkami podľa metodiky skúšania na STK. Konštatovanie znalca D.. B. pri skúmaní technického stavu Tatry, že vzduchový systém bol poškodený a aj napriek tomu sa previedla funkčnosť brzdného systému s tým, že boli schopní vytvoriť predpísaný tlak v systéme. V inej časti znalec uvádza, že auto nedali na brzdovú skúšobňu a kontrolu brzdného systému a spoľahlivého zistenia zbrzdenia vozidla, nakoľko poškodenie vzduchového systému to nedovolilo. Keď vzduchový systém mal byť v takom stave, že nemohol ísť na valcovú skúšobňu, tak ako sa potom mohol na policajnom dvore kontrolovať brzdný systém vozidla? Keď boli schopní vytvoriť predpísaný tlak v brzdovom systéme, potom prečo nedali auto na kontrolu na valcovú skúšobňu na overenie zbrzdenia auta? Znalec D.. B. zanedbal svoje povinnosti a jeho závery a tvrdenia o nevyhovujúcom brzdovom systéme sú nepoužiteľné, nezodpovedné a jeho znalecké závery sú nesprávne. Preto navrhujeme vypočuť odborníka na metodiku kontroly technického stavu brzdného systému - pracovníka STK Zemplínske Hradište D.. F.Á. X., ktorý je zároveň aj znalcom v odbore cestná doprava, ako aj I. D.. L. Q.. Podľa nášho názoru E. U. porušil povinnosti vodiča v zmysle zák. č. 8/2009 Z.z. o cestnej premávke a o zmene a doplnení niektorých zákonov, najmä povinnosti uložené mu v § 4 cit. zák. Zákonodarca týmito uloženými povinnosťami pre vodiča zabezpečil, aby auto bolo pred jazdou skontrolované. Túto povinnosť neuložil majiteľovi auta, ale vodičovi. My sme mali dobré vytvorené podmienky tým, že sme mali vlastnú dielňu s vybavením a neprichádza do úvahy, že by sme zanedbali údržbu a vodič E.. U. nám nehlásil závadu vozidla pred jazdou. Funkčnosť brzdového systému môže potvrdiť aj vodič, ktorý s autom jazdil pred E.. U.. Nebolo preukázané, že by vozidlo potrebovalo opravu pred jazdou. Vozidlo bolo pravidelne udržiavané podľa predpisu výrobcu a žiaden predpis neukladá viesť evidenciu o takýchto prácach - údržbe.“ III. Súd v konaní podľa druhej hlavy, piatej časti O. s. p. (§ 247 a nasl. O. s. p.) preskúmal rozhodnutie žalovaného z 25.08.2014 a obsah administratívneho konania, ktoré predchádzalo jeho vydaniu, v právnych medziach žaloby (§ 249 ods. 2 O. s. p.), oboznámil sa s obsahom administratívneho spisu správnych orgánov oboch stupňov a dospel k záveru, že žaloba je dôvodná. Podľa článku 2 ods. 2 Ústavy SR štátne orgány môžu konať iba na základe ústavy, v jej medziach a v rozsahu a spôsobom, ktorý ustanoví zákon. Slovenská republika uznáva a dodržiava všeobecné pravidlá medzinárodného práva, medzinárodné zmluvy, ktorými je viazaná, a svoje ďalšie medzinárodné záväzky (článok 1 ods. 2 Ústavy SR). Podľa článku 46 ods. 2 Ústavy SR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článku 152 ods. 4 Ústavy SR výklad a uplatňovanie ústavných zákonov, zákonov a ostatných všeobecne záväzných právnych predpisov musí byť v súlade s touto ústavou. Úlohou súdu pri preskúmaní zákonnosti rozhodnutia a postupu správneho orgánu podľa piatej časti druhej hlavy Občianskeho súdneho poriadku (§§ 247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ust. § 250i ods. 2 O.s.p. ak správny orgán podľa osobitného zákona rozhodol o spore alebo o inej právnej veci vyplývajúcej z občianskoprávnych, pracovných, rodinných a obchodných vzťahov (§ 7 ods. 1) alebo rozhodol o uložení sankcie, súd pri preskúmavaní tohto rozhodnutia nie je viazaný skutkovým stavom zisteným správnym orgánom. Súd môže vychádzať zo skutkových zistení správneho orgánu, opätovne vykonať dôkazy už vykonané správnym orgánom alebo vykonať dokazovanie podľa tretej časti druhej hlavy Občianskeho súdneho poriadku. Do uvedenej právnej normy bola transformovaná požiadavka tzv. „plnej jurisdikcie“ ako atribútu práva na spravodlivý proces, v zmysle ktorej súd pri svojom rozhodovaní nesmie byť obmedzený v skutkových otázkach len tým, čo vo veci zistil správny orgán, a to ani čo do rozsahu vykonaných dôkazov, ani ich obsahu a hodnotenia zo známych hľadísk závažnosti, zákonnosti a pravdivosti. Súd teda celkom samostatne a nezávisle hodnotí správnosť a úplnosť skutkových zistení zadovážených správnym orgánom a ak pritom zistí skutkové, či (procesné) právne pochybenia, môže v zrušujúcom rozhodnutí správnemu orgánu uložiť povinnosť na ich odstránenie, nahradenie alebo doplnenie, alebo tak urobí sám. Podľa ust. § 7 ods. 1 prvá až tretie veta zákona č. 125/2006 Z. z. o inšpekcii práce účinného v čase konania a rozhodovania správnych orgánov v danej veci (ďalej len „zákon č. 125/2006 Z. z.“), inšpektoráty práce sú orgány štátnej správy. Inšpektoráty práce sú rozpočtové organizácie. Sídla a územné obvody inšpektorátov práce sú zhodné so sídlami a územnými obvodmi krajov. Podľa ust. § 7 ods. 3 písm. i/, j/ zákona č. 125/2006 Z. z., Inšpektorát práce rozhoduje o uložení pokút podľa § 19, 20 a osobitného predpisu, prejednáva priestupky, rozhoduje o uložení pokút za priestupky a o zákaze činnosti podľa osobitných predpisov (Zákon Slovenskej národnej rady č. 372/1990 Zb. o priestupkoch v znení neskorších predpisov). Podľa ust. § 51 zákona č. 372/1990 Zb. ak nie je v tomto alebo v inom zákone ustanovené inak, vzťahujú sa na konanie o priestupkoch všeobecné predpisy o správnom konaní (Zákon č. 71/1967 o správnom konaní v znení neskorších predpisov, ďalej len „Správny poriadok“). Podľa ust. § 3 ods. 1 a 4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2, prvá veta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Podľa ust. § 32 ods. 1 Správneho poriadku, správny orgán je povinný zistiť presne a úplne skutočný stav veci a za tým účelom si obstarať potrebné podklady na rozhodnutie. Pritom nie je viazaný len návrhmi účastníkov konania. Podľa ust. § 46 Správneho poriadku, rozhodnutie musí byť v súlade so zákonmi a ostatnými právnymi predpismi, musí ho vydať orgán na to príslušný, musí vychádzať zo spoľahlivo zisteného stavu veci a musí obsahovať predpísané náležitosti. V preskúmavanej veci súd dospel k záveru, že Inšpektorát práce Košice príslušný na rozhodnutie podľa zákona č. 125/2006 Z. z. v prvom stupni a Národný inšpektorát práce ako odvolací správny orgán v predmetnej veci nepostupovali v intenciách citovaných právnych noriem, vo veci pred vydaním rozhodnutí nepostupovali v súčinnosti s účastníkom administratívneho konania (žalobcom), a preto ich rozhodnutia treba považovať za predčasné a súčasne správny orgán prvého stupňa sa v konaní dopustil vady konania majúcej vplyv na zákonnosť rozhodnutia, z ktorých dôvodov napadnuté rozhodnutia súd nepovažoval za súladné so zákonom. Súd dáva predovšetkým do pozornosti účastníkov konania, že v kontexte s úpravou právnej teórie, ktorá v rámci verejnoprávnej zodpovednosti za protispoločenské konanie rozoznáva trestné činy, priestupky, iné správne delikty, ďalšej špecifikácii podliehajú správne disciplinárne delikty a správne delikty poriadkové, sa za delikt považuje len také porušenie povinnosti (konanie alebo opomenutie), ktoré konkrétny zákon takto označuje, pričom rozlišovacím kritériom medzi jednotlivými druhmi deliktov podľa závažnosti je miera ich typovej spoločenskej nebezpečnosti vyjadrenej v znakoch skutkovej podstaty. U iných správnych deliktov a disciplinárnych deliktov je to ešte aj okruh subjektov, ktoré sa deliktu môžu dopustiť (výstižne to určuje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V konaniach zisťovania správneho deliktu, rozhodovania o vine páchateľa za spáchanie deliktu a ukladaní sankcie zaň na základe analógie legis teda treba postupovať v súlade so zásadami trestnoprávnej zodpovednosti v zmysle právnej úpravy v zákone č. 372/1990 Zb. o priestupkoch v znení neskorších predpisov alebo Trestného zákona. Keďže zákon č. 125/2006 Z. z. neustanovuje hmotnoprávnu a ani procesnoprávnu úpravu sankcionovania správnych deliktov, bolo potrebné v preskúmavanej veci vychádzať z právnej úpravy zákona č. 372/1990 Zb. o priestupkoch v znení neskorších predpisov, na ktorú zákonodarca aj pod čiarou znenia právnej normy ustanovenej v § 7 ods. 3 písm. j) zákona č. 125/2006 Z. z. priamo odkazuje. V predmetnej veci, keďže ide o preskúmavanie zákonnosti rozhodnutí a postupov správnych orgánov o postihu za správny delikt s uložením peňažnej pokuty, treba podľa názoru aplikovať na danú vec čl. 6 ods. 1 prvá časť Európskeho dohovoru o ochrane ľudských práv a základných slobôd dohovoru, v zmysle ktorého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Keďže Slovenská republika článkom 1 ods. 2 ústavy sa zaviazala, že uznáva a dodržiava všeobecné záväzné pravidlá medzinárodného práva, medzinárodné zmluvy, ktorými je viazaná a svoje ďalšie medzinárodné záväzky, uvedený Dohovor sa podľa článku 154c ústavy stal súčasťou právneho poriadku SR (publikovaný pod č. 209/1992 Zb.) a má prednosť pred zákonom, ak zabezpečuje väčší rozsah ústavných práv a slobôd. V zmysle judikatúry Európskeho súdu pre ľudské práva treba pojmy ,,trestné obvinenie“ a ,,práva a záväzky občianskej povahy“ pokiaľ ide o rozsah aplikovateľnosti čl. 6 ods. 1 dohovoru vykladať autonómne od ich definovania vo vnútroštátnom právnom poriadku členských štátov dohovoru (pozri napr. rozsudok Neumeister v. Rakúsko z júla 1976). Uvedený záver podporuje aj judikatúra Najvyššieho súdu Slovenskej republiky (pozri napr. sp. zn. 3 Sžn 68/2004, 3Sž 85/2007, 8Sžo 28/2007, 8Sžo 147/2008, 6 Sžo 51/2011), ktorá je jednotná v tom, že trestnoprávne princípy sa analogicky aplikujú i v správnom trestaní, a že trestanie za správne delikty (priestupky, správne delikty právnických osôb a správne delikty fyzických osôb - podnikateľov) podlieha obdobnému režimu ako trestný postih za trestné činy. Z tohto hľadiska treba vykladať aj všetky záruky, ktoré sa poskytujú obvinenému. Napokon aj Odporúčanie výboru ministrov č. R(91) pre členské štáty o správnych sankciách, ktoré bolo schválené Výborom ministrov 13. februára 1991 na 452. zasadnutí zástupcov ministrov odporúča vládam členských štátov, aby sa vo svojom práve aj praxi riadili zásadami, ktoré vyplývajú z tohto odporúčania. Pokiaľ ide o rozsah pôsobnosti tohto odporúčania, je v ňom uvedené, že sa vzťahuje na správne akty, ktorými sa ukladá postih za správanie, ktoré je v rozpore s uplatniteľnými pravidlami, či už ide o pokuty alebo iné opatrenia trestnej povahy bez ohľadu na to, či majú peňažnú alebo inú povahu. Tieto druhy postihu sa považujú za správne sankcie. V zmysle zásady č. 6 uvedeného Odporúčania vo vzťahu k ukladaniu správnych sankcií je potrebné aplikovať aj nasledovné zásady: každá osoba, ktorá čelí správnej sankcii má byť informovaná o obvinení proti nej, mal by jej byť daný dostatočný čas na prípravu prípadu, s tým, že do úvahy sa vezme zložitosť veci ako aj tvrdosť sankcie, ktorá by mohla byť uložená, osoba, prípadne jej zástupca, má byť informovaná o povahe dôkazov proti nej, má dostať možnosť vyjadriť sa (byť vypočutá) predtým ako sa prijme akékoľvek rozhodnutie, správny akt, ktorým sa ukladá sankcia, má obsahovať dôvody, na ktorých sa zakladá. Vychádzajúc zo stabilizovanej judikatúry Ústavného súdu SR, súd považuje za potrebné uviesť, že neoddeliteľnou súčasťou princípov právneho štátu zaručeného v článku 1 ústavy je aj princíp právnej istoty a spravodlivosti (princíp materiálneho právneho štátu), ktorý spočíva okrem iného v tom, že všetky subjekty práva môžu odôvodnene očakávať, že príslušné štátne orgány budú konať a rozhodovať podľa platných právnych predpisov, že ich budú správne vykladať a aplikovať (napr. II. ÚS 10/99, tiež II. ÚS 234/03).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k orgánom verejnej moci (IV.ÚS 92/09; ÚS 17/1999 Nález z 22. septembra 1999 Zbierka nálezov a uznesení Ústavného súdu SR 1999, s. 365; zhodne I.ÚS 44/1999 Nález z 13. októbra 1999 Zbierka nálezov a uznesení Ústavného súdu SR 1999, s. 382; I.ÚS 10/98; I.ÚS 54/02 Nález z 13. novembra 2002 Zbierka nálezov a uznesení Ústavného súdu SR 2002 - II. polrok, s. 750). Na základe právneho obsahu hore citovaných článkov 2 ods. 2 a 152 ods. 4 Ústavy SR súd konštatuje, že výklad a uplatňovanie všeobecne záväzných právnych predpisov musia byť v súlade s Ústavou SR. Pozitivistický právny prístup k aplikácii zákonov je preto v činnosti štátnych orgánov modifikovaný ústavne konformným výkladom, ktorý v závislosti od ústavou chránených hodnôt pôsobí reštriktívne alebo extenzívne na dikciu zákonných pojmov. Obsah zákonnej právnej normy nemôže byť interpretovaný izolovane, mimo zmyslu a účelu zákona, cieľa právnej regulácie, ktorý zákon sleduje. Požiadavka na ústavne konformnú aplikáciu a výklad zákona je teda podmienkou zákonnosti rozhodnutia ako individuálneho správneho aktu. Právne zdôrazňujúc právo účastníka správneho konania na spravodlivý administratívny proces súd v súvislosti s uvedenou argumentáciou poukazuje aj na nález Ústavného súdu Slovenskej republiky sp.zn. III.ÚS 231/2010-38 z 25.08.2010, v odôvodnení ktorého Ústavný súd Slovenskej republiky konštatoval povinnosť nariadiť v administratívnom konaní ústne pojednávanie nielen v priestupkových veciach, ale aj v konaniach o iných správnych deliktoch, osobitne za situácie, že účastník konania sa takéhoto procesného postupu správneho orgánu legitímne domáha. Ako to vyplýva z obsahu administratívneho spisu, žalobca sa v konaní domáhal za účelom úplného zistenia skutkového stavu veci, aby bol vypočutý ako účastník konania, pričom zároveň navrhol, aby v konaní boli vypočutí ako svedkovia F. A., P. A., U. A., P. A., F. Č., J. B.T., P. H. T. F. A., ktorí sa mali podľa žalobcu vyjadriť k ním označeným skutočnostiam vzťahujúcim sa na predmet administratívneho konania. Daná procesnoprávna požiadavka žalobcu vyplýva okrem iného aj z obsahu odvolania z 30.05.2014 proti prvostupňovému rozhodnutiu Inšpektorátu práce Košice z 25.04.2014 a ako žalobná námietka je aj súčasťou žaloby z 08.09.2014. Súd k danej námietke poukazuje na obsah hore uvedenej právnej argumentácie vyplývajúcej z Ústavy Slovenskej republiky a judikatúry Ústavného súdu Slovenskej republiky a právnu úpravu danú zákonom č. 372/1990 Zb. v platnom znení a správnym poriadkom. Vo vzťahu k argumentácii žalovaného poukazujúcej na dostatočne zistený skutkový stav vyplývajúci z jeho vlastných inšpekčných zistení a opierajúcej sa o právny princíp objektívnej zodpovednosti vo vzťahu k danému administratívnemu deliktu právne vymedzenému ustanovením § 6 ods. 1 písm. d) zákona č. 124/2006 Z.z. v platnom znení súd navyše k hore uvedenej argumentácii uvádza nasledovné: Podľa § 34 ods. 4 správneho poriadku vykonávanie dôkazov patrí správnemu orgánu. Pri aplikácii daného zákonného ustanovenia v právnom kontexte s inými dotknutými ustanoveniami správneho poriadku a v súladnom výklade s dotknutými článkami Ústavy Slovenskej republiky súd konštatuje, že je predovšetkým oprávnením správneho orgánu vymedziť rozsah vykonaného dokazovania a v rámci zásady hospodárnosti konania vymedzenej v § 3 ods. 3 správneho poriadku nevykonávať dôkazy, ktoré podľa názoru správneho orgánu nemajú zásadný právny význam pre administratívne rozhodnutie, avšak povinnosťou správneho orgánu v prípade odmietnutia vykonania dôkazov navrhnutých účastníkom konania je aj zákonom vymedzená ďalšia požiadavka obsiahnutá v ustanovení § 47 ods. 3 správneho poriadku, podľa ktorej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z ich vyjadreniami k podkladom rozhodnutia. Postup správnych orgánov oboch stupňov v preskúmavanej právnej veci, ako aj obsah ich rozhodnutí však takéto zákonné požiadavky nenaplnili. Dané konštatovanie súdu sa vzťahuje nielen na postoj správneho orgánu prvého stupňa a žalovaného k návrhu žalobcu na jeho vypočutie v administratívnom konaní (teda na nariadenie ústneho pojednávania) a na výsluch ním navrhnutých svedkov, ktorých výpovede žalobca považoval za významné pre dôsledné zistenie skutkového a právneho stavu veci, ale aj na požiadavku žalobcu na oboznámenie dôkazov vyplývajúcich z obsahu vyšetrovacieho spisu ČVS: ORP-698/OVK-KS-2013, ako aj ďalších listinných dôkazov, ktoré žalobca v administratívnom konaní predkladal správnemu orgánu alebo na ne poukazoval. Vykonávanie dôkazov správnym orgánom totiž nie je viazané iba na určité štádium správneho konania a podľa potreby sa dokazovanie vykonáva na prvom stupni aj po podaní odvolania alebo v štádiu prejednávania veci na odvolacom orgáne. Správny orgán je pritom oprávnený vykonať aj dôkazy, ktoré účastníci konania nenavrhli, a je taktiež oprávnený rozhodnúť ktoré dôkazy netreba vykonať (najmä v prípade, ak ide o preukazovanie skutočností zjavne nepotrebných alebo zbytočných). Ako však už súd uviedol, odmietnutie dôkazných návrhov, je správny orgán povinný zdôvodniť v odôvodnení svojho rozhodnutia. Ide jednoznačne o nevyhnutnú náležitosť rozhodnutia podľa § 47 ods. 3 správneho poriadku, zavedením ktorej v rámci novelizácie danej právnej procesnej normy sa posilnila ochrana procesných práv účastníka konania (§ 33) a pravidlo štandardne uplatňované v právnej praxi správnych súdov Slovenskej republiky, podľa ktorého odvolací orgán sa musí v rozhodnutí vysporiadať so všetkými námietkami uvedenými v odvolaní. Súd v priebehu súdneho preskúmavacieho konania pripojil do konania vyšetrovací spis Okresného riaditeľstva Policajného zboru Košice - okolie ČVS: ORP-698/OVK-KS-2013, s čím oboznámil aj účastníkov konania s poskytnutím primeranej lehoty na možné nahliadnutie do jeho obsahu. Súčasťou predmetného spisu je uznesenie vyšetrovateľa Okresného riaditeľstva PZ Košice - okolie, odboru kriminálnej polície z 10.01.2014 o zastavení trestného konania, ktoré v odôvodnení obsahuje závery vyšetrovateľa k ním zadováženým skutkovým zisteniam a dôkazom, vrátane znaleckých posudkov a ďalších dôkazov - výsluchov znalca a svedkov podľa pokynu Okresnej prokuratúry Košice - okolie č.k. 2 Pv 427/13-18 z 23.10.2013, okrem iného aj výsluchu znalca D.. I. B., o znalecký posudok ktorého v podstatnej miere oprel svoje závery správny orgán prvého stupňa a tiež žalovaný v preskúmavanej právnej veci. Žalobca poukazoval na dôkazný stav vyplývajúci z obsahu daného vyšetrovacieho spisu, ktorý má podľa názoru súdu bez ohľadu na princíp objektívnej právnej zodpovednosti za predmetný administratívny delikt dôkaznú výpovednú hodnotu aj pre dané administratívne konanie v priebehu administratívneho konania. Predovšetkým istá korekcia záverov znalca D.. B. daná jeho výpoveďami pred vyšetrovateľom, na ktorú poukazoval žalobca v odvolaní z 30.05.2014 mala byť pre žalovaného dôvodom pre zabezpečenie si komplexného skutkového a právneho „obrazu“ o predmete správneho konania. Výsluchom konateľa žalobcu, resp. jeho právneho zástupcu na ústnom pojednávaní, v prípade, že by žalovaný na základe odvolania žalobcu zrušil prvostupňové rozhodnutie Inšpektorátu práce Košice z 25.04.2014, malo byť v súčinnosti so žalobcom vo vzťahu ku všetkým ním navrhnutým dôkazom ujasnené a konkretizované, ktoré dôkazy a dôkazné prostriedky môžu mať dôkazný význam pre preskúmavanú právnu vec a ktoré naopak nie. Súd k obsahu dôkazov tvoriacich súčasť vyšetrovacieho spisu Okresného riaditeľstva PZ Košice - okolie pripojeného k preskúmavanej právnej veci poznamenáva, že uznesenie vyšetrovateľa o zastavení trestného konania bolo vydané 10.01.2014 a nadobudlo právoplatnosť 27.01.2014, teda ešte pred vydaním prvostupňového rozhodnutia Inšpektorátu práce Košice z 25.04.2014. Závery z tohto trestného konania tak boli definitívne a správny orgány sa s nimi mohli oboznámiť prostredníctvom zástupcu žalobcu v administratívnom konaní. K návrhom žalobcu na vykonanie dokazovania súdom v právnom režime tzv. plnej jurisdikcie, ktorý vyplýva z ustanovenia § 250i ods. 2 O. s. p. súd prioritne musí konštatovať, že napriek danému špeciálnemu právnemu režimu správny súd nie je súdom skutkovým. Podľa ustálenej judikatúry Najvyššieho súdu Slovenskej republiky k danej procesnoprávnej problematike, ak ide o preskúmanie zákonnosti rozhodnutia a postupu správneho orgánu, súd vychádza zo skutkových zistení správneho orgánu, môže opätovne vykonať dôkazy už vykonané správnym orgánom alebo vykonať dokazovanie podľa tretej časti druhej hlavy (§ 250i ods. 2 O. s. p.), avšak nemôže sa jednať o podstatné doplnenie dokazovania, keďže nedostatočne zistený skutkový stav je dôvodom, aby súd zrušil rozhodnutie ako nezákonné podľa § 250j ods. 2 písm. c) O. s. p. (Zbierka rozhodnutí a stanovísk NS SR č. 97/2012 - rozsudok Najvyššieho súdu Slovenskej republiky č.k. 8Szd/1/2010 z 28. júla 2011). Z uvedenej judikatúry zameranej na výklad ustanovenia § 250i ods. 2 O. s. p. vyplýva záver, že správny súd iba v rámci možného overovania si výsledkov a záverov administratívneho konania môže vykonať nevyhnutné dôkazy aj v prípadoch administratívneho trestania, avšak nemôže nahrádzať činnosť správnych orgánov, keďže súdne preskúmavacie konanie v rámci správneho súdnictva nie je pokračovaním administratívneho konania. Osobitne to nie je možné pri konštatovanom zistení o porušení procesných práv účastníka konania tak, ako to mu bolo v preskúmavanej právnej veci. Pokiaľ ide o dôvody zrušenia rozhodnutí správnych orgánov oboch stupňov, uvedené v ustanoveniach § 250j ods. 2 písm. c), d) O. s p. súd popri hore uvedenej argumentácii vzťahujúcej sa predovšetkým na zrušujúci dôvod uvedený v § 250j ods. 2 písm. e) O. s. p. poukazuje taktiež na nasledovné: Ako to vyplýva z obsahu výrokovej časti prvostupňového rozhodnutia Inšpektorátu práce Košice č. 46/14/ S z 25.04.2014, správny orgán vyvodil voči žalobcovi administratívno-právnu zodpovednosť podľa § 19 ods. 1 písm. a) zákona č. 125/2006 Z.z. o inšpekcii práce a o zmene a doplnení zákona č. 82/2005 Z. z. o nelegálnej práci a nelegálnom zamestnávaní a o zmene a doplnení niektorých zákonov v znení neskorších predpisov za porušenie povinností stavených predpismi uvedenými v § 2 ods. 1 písm. a) bod 3 uvedeného zákona, konkrétne porušením § 6 ods. 1 písm. d) zákona č. 124/2006 Z. z. o bezpečnosti a ochrane zdravia pri práci a o zmene a doplnení niektorých zákonov v znení neskorších predpisov. Skutkové vymedzenie administratívneho deliktu je obsiahnuté v článku I bod 2 odôvodnenia tohto rozsudku. Podľa § 6 ods. 1 písm. d) zákona č. 124/2006 Z. z. v platnom znení zamestnávateľ v záujme zaistenia bezpečnosti a ochrany zdravia pri práci je povinný zabezpečovať, aby pracoviská, komunikácie, pracovné prostriedky, materiáli, pracovné postupy, výrobné postupy, usporiadanie pracovných miest a organizácia práce neohrozovali bezpečnosť a zdravie pacientov a na tento účel zabezpečovať potrebnú údržbu a opravy. Ide o zákonné ustanovenie systematicky zaradené do druhej časti uvedeného zákona (povinnosti zamestnávateľa a práva a povinnosti zamestnancov) zaradené medzi všeobecné povinnosti zamestnávateľa. Podľa názoru súdu aj pri vyvodzovaní zodpovednosti za správny delikt v prípade objektívnej zodpovednosti je zo strany správnych orgánov nevyhnutné, aby aplikujúc dané všeobecné ustanovenie o povinnostiach zamestnávateľa v právnom prepojení naň dôkazne podrobne ustálili a právne špecifikovali všetky konkrétne porušenia právnych predpisov zo strany žalobcu ako zamestnávateľa a prevádzkovateľa motorového vozidla, ktoré po obsahovej stránke napĺňajú daný všeobecne vymedzený obsah ustanovenia § 6 ods. 1 písm. d) zákona č. 124/2006 Z. z. v znení neskorších predpisov. Závery vyplývajúce z výsledkov inšpekcie Inšpektorátu práce Košice o technickom stave nákladného motorového vozidla Tatra 815 ev.č. TV XXXCI v čase dopravnej nehody dňa 20.05.2013, ktoré boli navyše žalobcom v správnom konaní spochybňované a konštatovanie prvostupňového správneho orgánu, že žalobca „nezabezpečil, aby pracovný prostriedok - nákladné motorové vozidlo Tatra 815 s ev. č. K. XXXCI s rokom výroby 1994 neohrozovalo bezpečnosť a zdravie zamestnanca...“ nie sú podľa názoru súdu dostatočným skutkovým a právnym základom pre vyvodenie administratívnoprávnej zodpovednosti voči žalobcovi. Ako to totiž vyplýva aj z judikatúry Najvyššieho súdu Slovenskej republiky k predmetnej hmotnoprávnej úprave (napr. rozsudok NS SR č.k. 3 Sžo 41/2012 z 01.08.2013, pri takomto type administratívnoprávnej zodpovednosti je pre preskúmanie zákonnosti správneho rozhodnutia o uložení pokuty za správny delikt podstatné zistenie protiprávneho konania alebo stavu. V tejto súvislosti je povinnosťou správneho orgánu zistiť a konkretizovať v administratívnom rozhodnutí, v ktorých konkrétnych postupoch zamestnávateľa došlo k porušeniu predpisov na zabezpečenie bezpečnosti a zdravia zamestnancov, t.j. v nevykonaní ktorých príslušných opatrení daného obsahového zamerania, riadiacich aktov a pracovných postupov došlo k rozporu s konkrétnou právnou normou. Skutočnosť, že pri objektívnej zodpovednosti právnická osoba zodpovedá výlučne za spôsobený protiprávny stav bez ohľadu na zavinenie. dané závery súdu podľa jeho názoru nevyvracia (napr. rozsudok NS SR č.k. 10Sžso/49/2014 zo 17.06.2015). Už samotné skutkové vymedzenie administratívneho deliktu tak musí obsahovať popri všeobecnej formulácii obsiahnutej v ustanovení § 6 ods. 1 písm. d) zákona č. 124/2006 Z. z., vzťahujúcej sa na konečný skutkový stav zistený v danej veci po dopravnej nehode z 20.05.2013, ale aj konkrétne vymedzenie porušení právnych noriem zo strany žalobcu v procese prevádzky a údržby uvedeného nákladného motorového vozidla. Právne požiadavky na výrokovú časť administratívneho rozhodnutia a jeho odôvodnenie s danou právnou problematikou boli naplnené v konaní proti žalovanému napr. v právnej veci vedenej pred Krajským súdom v Prešove pod č.k. 3S/41/2012, v ktorej Najvyšší súd Slovenskej republiky rozsudkom č.k. 4Sžo/13/2014 zo 04.11.2014 potvrdil rozsudok Krajského súdu v Prešove z 29.10.2013 v právnej veci, v ktorej Inšpektorát práce pri uložení pokuty pre porušenie povinností vyplývajúcich z ustanovenia § 6 ods. 1 písm. d) zákona č. 124/2006 Z.z. vyvodil právnu zodpovednosť žalobcu vo vzťahu k porušeniu ustanovenia § 8 ods. 1 písm. a) Nariadenia vlády Slovenskej republiky č. 396/2006 Z.z. o minimálnych bezpečnostných a zdravotných požiadavkách na stavenisku v znení neskorších predpisov, podľa prílohy č. 3, oddiel II bod 4. Preskúmavaná právna vec teda podľa názoru súdu trpí vadami nedostatočne zisteného skutkového stavu a tým aj nedostatkami odôvodnenia napadnutého rozhodnutia, a to aj vo vzťahu k tvrdeniam žalobcu a predkladaným dôkazom o nich, podľa ktorých žalobca neporušil žiadne konkrétne právne povinnosti zamestnávateľa a prevádzkovateľa motorového vozidla, ktoré bolo v čase dopravnej nehody resp. pred jazdou nebohého zamestnanca E. U. dňa 20.05.2013 v technickom stave zodpovedajúcom požiadavkám na prevádzku motorového vozidla. Podľa žalobcu, ktorý sa opiera o závery policajného vyšetrovania k nehode malo dôjsť výlučne zavinením vodiča motorového vozidla nesprávnou technikou jazdy, použitím nevhodnej obuvi a ďalšími skutočnosťami uvedenými vo vyšetrovacom spise. Bude preto povinnosťou správnych orgánov sa s týmito tvrdeniami a dôkazmi o nich právne dôsledne, vyčerpávajúcim spôsobom vysporiadať. Skutkové zistenia a z nich vyplývajúce právne závery správneho orgánu majú totiž zásadný právny význam aj pre vyhodnotenie prípadnej existencie liberačných dôvodov pri danom zodpovednostnom právnom režime založenom na princípe objektívnej zodpovednosti. Vychádzajúc zo zisteného skutkového a právneho stavu veci vyplývajúceho z obsahu administratívneho spisu a pripojeného vyšetrovacieho spisu súd rozhodol o zrušení rozhodnutí správnych orgánov oboch stupňov z procesnoprávnych dôvodov uvedených v ustanoveniach § 250j ods. 2 písm. c), d), e) O. s. p. Podľa § 250j ods. 7 O.s.p. správne orgány sú viazané právnym názorom súdu. O trovách konania súd rozhodol tak ako je to uvedené vo výrokovej časti tohto rozsudku v súlade s ustanovením § 250k ods. 1 O. s. p. tak, že žalobcovi, ktorý mal v konaní úspech, priznal právo na náhradu trov konania v celkovej výške 739,50 €. Trovy konania pozostávajúce z trov právneho zastúpenia vyčíslil právny zástupca žalobcu v zmysle vyhlášky Ministerstva spravodlivosti SR č. 655/2004 Z. z. o odmenách a náhradách advokátov za poskytovanie právnych služieb v platnom znení (ďalej len „vyhláška“) nasledovne: 1.) Prevzatie a príprava zastúpenia zo dňa 27.05.2014 .......................134,00 € + 8,04 €, 2.) Odvolanie zo dňa 30.05.2014 ....................................................... 134,00 € + 8,04 €, 3.) Ďalšia porada s klientom dňa 15.06.2014 (2 hod.) ..................... 268,00 € + 16,08 €, 4.) Podanie zo dňa 16.06.2016 ........................................................... 134,00 € + 8,04 €, 5.) Ďalšia porada s klientom dňa 04.09.2014 .................................... 134,00 € + 8,04 €, 6.) Žaloba na súd zo dňa 08.09.2014 ................................................. 134,00 € + 8,04 €, 7.) Podanie zo dňa 05.02.2015 ........................................................... 139,83 € + 8,04 €, 8.) Nazretie do spisu dňa 03.05.2016 .................................................................... 0,00 € 9.) Účasť na pojednávaní dňa 19.05.2016 .......................................... 143,00 € + 8,58 € Právny zástupca žalobcu si uplatnil aj cestovné výdavky v zmysle ust. § 15 písm. a) a § 16 ods. 4 vyhlášky za použitie osobného motorového vozidla s evidenčným č. K.-XXXCB na cestu Trebišov - Košice a späť v dňoch 03.05.2016 a 19.05.2016 v nasledovnej výške: - náhrada pohonných hmôt: 100 km x 4,5 l priemerná spotreba na 100 km x 0,87416 Eur/l = 3,93 € (x 2) - náhrada za stratu času strávenú cestou z jeho sídla do miesta vykonania úkonu právnej služby a späť podľa ust. § 17 ods. 1 cit. vyhlášky: 4 x 14,30 € = 57,20 € (x 2) Právny zástupca žalobcu si vo vyčíslení trov konania uplatnil aj DPH z odmeny a náhrady hotových výdavkov v celkovej výške 281,66 € (zo sumy 1.408,30 €), zaplatený súdny poplatok vo výške 70,00 € a zaplatené znalečné vo výške 1.300 €. K úkonom právnej služby pod č. 1. až 4. uplatneným vo vyčíslení trov konania zo dňa 19.05.2016 súd uvádza, že tieto trovy sa týkajú administratívneho konania vedeného pred žalovaným správnym orgánom. Vzhľadom na to, že v tomto konaní súd rozhoduje o náhrade trov súdneho konania, tunajší súd žalobcovi za tieto úkony právnej služby odmenu nepriznal, pretože uvedené úkony nespadajú do súdneho preskúmavacieho konania v zmysle ust. § 247 a nasl. O.s.p., ale boli súčasťou administratívneho konania podľa zákona č. 125/2006 Z. z. o inšpekcii práce a o zmene a doplnení zákona č. 82/2005 Z. z. o nelegálnej práci a nelegálnom zamestnávaní a zákona č. 71/1967 Zb. o správnom konaní. Keďže k udeleniu plnej moci žalobcom na zastupovanie v predmetnom súdnom konaní došlo dňa 04.09.2014, súd priznal žalobcovi trovy právneho zastúpenia len za nasledovné 3 úkony právnej služby: - prevzatie a príprava zastúpenia dňa 04.09.2014 ..........................134,00 € + 8,04 €, - žaloba na súd zo dňa 08.09.2014 ..................................................134,00 € + 8,04 €, - účasť na pojednávaní súdu dňa 19.05.2016 ................................. 143,00 € + 8,58 €, t. j. spolu 435,66 €. Žalobca si vo vyčíslení trov konania uplatnil aj nárok na ďalší úkon právnej služby, ktorý právny zástupca špecifikoval ako Podanie zo dňa 05.02.2015 (č. 7) vo výške 139,83 € + 8,04 €, avšak súd mu za tento úkon právnej služby odmenu nepriznal, pretože podľa názoru súdu nešlo o náhradu trov potrebných na účelné uplatňovanie práva, keďže obsahom podania bolo len oznámenie nesúhlasu s rozhodnutím veci bez nariadenia pojednávania a vyjadrenie k písomnému vyjadreniu žalovaného, ktoré však bolo žalobcovi zaslané len na vedomie, čiže to nebol súdom vyžiadaný úkon. Právny zástupca žalobcu si vo vyčíslení trov konania uplatnil aj nárok na trovy dôkazu, a to vyhotovenie znaleckého posudku č. 10/2014 zo dňa 15.06.2014 vo výške 1.300,- €. Súd však žalobcovi trovy dôkazu za uvedený znalecký posudok nepriznal, nakoľko súd v priebehu súdneho preskúmavacieho konania vôbec nenariadil znalecké dokazovanie (znalecký posudok bol vyhotovený ešte pred začatím súdneho preskúmavacieho konania), keďže to nepovažoval za potrebné ani účelné, čiže nešlo o postup v zmysle ust. § 139 ods. 2 O.s.p.. Účelnosť trov pritom predstavuje nevyhnutnosť vynaloženia trov spojených s uplatňovaním ústavne zaručeného práva na právnu pomoc. Teda súd môže priznať len náhradu tých výdavkov, ktoré evidentne súvisia s uplatneným nárokom na súde a zároveň sú nevyhnutné na účelné uplatňovania práva. Vzhľadom na uvedené skutočnosti súd zastáva názor, že v tomto prípade nešlo o náhradu trov potrebných na účelné uplatňovanie práva, a preto je žalobca povinný znášať tieto trovy dôkazu sám. Ďalej súd priznal žalobcovi cestovné výdavky v zmysle ust. § 15 písm. a) a § 16 ods. 4 vyhlášky za použitie osobného motorového vozidla s evidenčným č. K.-XXXCB za cestu Trebišov - Košice a späť v dňoch 03.05.2016 (nazretie do spisu) a 19.05.2016 (účasť na pojednávaní) ako náhradu pohonných hmôt: 100 km x 4,5 l priemerná spotreba na 100 km x 0,87416 Eur/l = 3,93 € x 2 = 7,86 € a z toho vyplývajúcu náhradu za stratu času strávenú cestou zo sídla právneho zástupcu žalobcu do miesta vykonania úkonu právnej služby a späť podľa ust. § 17 ods. 1 cit. vyhlášky: 4 x 14,30 € = 57,20 € x 2 = 114,40 €. Keďže právny zástupca žalobcu je platiteľom dane z pridanej hodnoty, patrí mu podľa ust. § 18 vyhlášky k odmene a náhradám aj 20 % DPH vo výške 111,58 € (zo sumy 557,92 €). Súdom priznané trovy konania teda pozostávajú zo zaplateného súdneho poplatku vo výške 70 Eur, z trov právneho zastúpenia v celkovej výške 435,66 Eur, z cestovného vo výške 7,86 Eur, z náhrady za stratu času vo výške 114,40 Eur a z DPH vo výške 111,58 Eur, t. j. spolu predstavujú sumu 739,50 Eur, ktorú je žalovaný povinný zaplatiť na účet právneho zástupcu žalobcu (D.: Q. XXXXXXXXXXXXXXXXXXXXX, Q.: U., V.: XXXX), a to v lehote do 10 dní odo dňa právoplatnosti tohto rozsudku v súlade s ust. § 149 ods. 1 O.s.p. v spojení s ust. § 246c ods. 1 prvá veta O.s.p.. Súd v preskúmavanej právnej veci rozhodol v senáte jednohlasne (§ 3 ods.9, posledná veta zákona č. 757/2004 Z. z. v znení zákona č. 33/2011 Z. z.).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posúdenia veci.</w:t>
      </w:r>
    </w:p>
    <w:p/>
    <w:p>
      <w:r>
        <w:t>Zdroj: KAUZIS.SK – https://www.kauzis.sk/judikatura/r/ECLI:SK:KSKE:2016:7014201075.2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