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6S/117/2014 z 20. 1. 2016</w:t>
      </w:r>
    </w:p>
    <w:p>
      <w:r>
        <w:t>Uznesenie Krajského súdu Košice z 20. januára 2016, sp. zn. 6S/117/2014, ECLI:SK:KSKE:2016:7014201161.2</w:t>
      </w:r>
    </w:p>
    <w:p>
      <w:r>
        <w:t>Súd: Krajský súd Košice</w:t>
      </w:r>
    </w:p>
    <w:p>
      <w:r>
        <w:t>Spisová značka: 6S/117/2014</w:t>
      </w:r>
    </w:p>
    <w:p>
      <w:r>
        <w:t>ECLI: ECLI:SK:KSKE:2016:7014201161.2</w:t>
      </w:r>
    </w:p>
    <w:p>
      <w:r>
        <w:t>Dátum vydania: 20.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6S/117/2014 Identifikačné číslo súdneho spisu: 7014201161 Dátum vydania rozhodnutia: 21. 01. 2016 Meno a priezvisko sudcu, VSÚ: JUDr. Pavol Naď ECLI: ECLI:SK:KSKE:2016:7014201161.2 Uznesenie Krajský súd v Košiciach v právnej veci žalobkyne: A.. A. Z., E..: XX.XX.XXXX, I. G. XXX/XX, XXX XX G., právne zast.: Mgr. Alena Mikudová, advokátka, so sídlom Orlická 2698/16, 058 01 Poprad, proti žalovanému: Okresný úrad Spišská Nová Ves, Katastrálny odbor, so sídlom Markušovská cesta 1, 052 01 Spišská Nová Ves, v konaní o preskúmanie rozhodnutia žalovaného č. 224/2014 (zápis záznamom) zo dňa 28.07.2014, takto r o z h o d o l : Z r u š u j e uznesenie Krajského súdu v Košiciach č. k. 6S/117/2014-55 zo dňa 18.11.2015 o zastavení konania pre nezaplatenie súdneho poplatku. o d ô v o d n e n i e : Krajský súd v Košiciach uznesením č. k. 6S/117/2014-55 zo dňa 18.11.2015 podľa ust. § 10 ods. 1 zákona č. 71/1992 Zb. o súdnych poplatkoch a o poplatku za výpis z registra trestov v znení neskorších predpisov zastavil konanie z dôvodu, že žalobkyňa nezaplatila súdny poplatok z návrhu na preskúmanie zákonnosti rozhodnutia orgánu verejnej správy na základe žaloby v sume 70 Eur (ust. § 5 ods. 1 písm. a), § 6, § 8 ods. 1 zákona č. 71/1992 Zb., položka č. 10 písm. a) Sadzobníka súdnych poplatkov) ani v dodatočnej lehote 10 dní určenej súdom vo výzve na zaplatenie súdneho poplatku. Podľa ust. § 10 ods. 3 zákona č. 71/1992 Zb., príslušný súd zruší uznesenie o zastavení konania pre nezaplatenie súdneho poplatku, ak poplatník zaplatí súdny poplatok do konca lehoty na podanie odvolania. Uznesenie o zastavení konania právna zástupkyňa žalobkyne prevzala dňa 18.12.2015 a následne dňa 04.01.2016, teda v posledný deň 15-dňovej lehoty na podanie odvolania, žalobkyňa zaplatila súdny poplatok vo výške 70 Eur, čiže vyrubený súdny poplatok bol zaplatený v lehote na podanie odvolania proti uzneseniu o zastavení konania. Z uvedených dôvodov súd rozhodol podľa ust. § 10 ods. 3 zákona č. 71/1992 Zb. o zrušení uznesenia o zastavení konania pre nezaplatenie súdneho poplatku č. k. 6S/117/2014-55 zo dňa 18.11.2015. Poučenie: Proti tomuto uzneseniu možno podať odvolanie do 15 dní odo dňa jeho doručenia na Najvyšší súd Slovenskej republiky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https://www.kauzis.sk/judikatura/r/ECLI:SK:KSKE:2016:7014201161.2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