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6Sp/59/2014 z 30. 10. 2016</w:t>
      </w:r>
    </w:p>
    <w:p>
      <w:r>
        <w:t>Opravné uznesenie Krajského súdu Košice z 30. októbra 2016, sp. zn. 6Sp/59/2014, ECLI:SK:KSKE:2016:7014201472.4</w:t>
      </w:r>
    </w:p>
    <w:p>
      <w:r>
        <w:t>Súd: Krajský súd Košice</w:t>
      </w:r>
    </w:p>
    <w:p>
      <w:r>
        <w:t>Spisová značka: 6Sp/59/2014</w:t>
      </w:r>
    </w:p>
    <w:p>
      <w:r>
        <w:t>ECLI: ECLI:SK:KSKE:2016:7014201472.4</w:t>
      </w:r>
    </w:p>
    <w:p>
      <w:r>
        <w:t>Dátum vydania: 30. 10.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Košice Spisová značka: 6Sp/59/2014 Identifikačné číslo súdneho spisu: 7014201472 Dátum vydania rozhodnutia: 31. 10. 2016 Meno a priezvisko sudcu, VSÚ: JUDr. Judita Juráková ECLI: ECLI:SK:KSKE:2016:7014201472.4 Opravné uznesenie Krajský súd v Košiciach v právnej veci navrhovateľa: POHOTOVOSŤ, s.r.o., IČO: 35 807 598, Pribinova 25, Bratislava, proti odporcovi: Okresný úrad Sobrance, katastrálny odbor, Švermova 16, Sobrance, za účasti: K. F., D. XXX, v nástupníctve 1/ Š. F., D. XXX, 2/ K. Z., W.A. F., K., B.. S. H. Č.. XXX/XX, 3/ K. F., K., B.. J. Č..XXXX/XX, o preskúmanie rozhodnutia odporcu č. V 812/2014 zo dňa 31.10.2014, o oprave, takto r o z h o d o l : O p r a v u j e úvodnú časť rozsudku č.k.: 6Sp/59/2014-36 zo dňa 17.8.2016 tak, že za slová ... „za účasti: K. F., D. XXX, sa vkladajú: „v nástupníctve 1/ Š.T. F., D. XXX, 2/ K. Z., W. F., K., B.. S. H. Č.. XXX/XX, 3/ K. F., K., B.. J. Č..XXXX/XX“. V ostatnej časti ponecháva výrok uznesenia bez zmeny. o d ô v o d n e n i e : Dňa 17.8.2016 tunajší súd vydal rozsudok, v ktorom opomenul do úvodnej časti pri vyhotovení rozsudku uviesť právnych nástupcov - dedičov pôvodnej účastníčky konania, ktorá zomrela dňa X.X.XXXX. Súd konal s dedičmi na základe oznámenia Notárskeho úradu Michalovce zo dňa 20.10.2015 (č.l. 20 súdneho spisu). Podľa ust. § 167 ods. 2 O.s.p., ak nie je ďalej ustanovené inak, použijú sa na uznesenie primerane ustanovenia o rozsudku. Podľa ust.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rozhodnutia na čas, kým opravné uznesenie nenadobudne právoplatnosť. Podľa ust. § 246c O.s.p.,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republiky, opravný prostriedok nie je prípustný. V danom prípade sa oprava rozhodnutia týkala úvodnej časti rozsudku, preto súd vykonal opravu tak, ako je uvedené vo výroku tohto rozhodnutia. Poučenie: Proti tomuto uzneseniu nie je prípustné odvolanie.</w:t>
      </w:r>
    </w:p>
    <w:p/>
    <w:p>
      <w:r>
        <w:t>Zdroj: KAUZIS.SK – https://www.kauzis.sk/judikatura/r/ECLI:SK:KSKE:2016:7014201472.4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