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8Sd/85/2014 z 17. 3. 2016</w:t>
      </w:r>
    </w:p>
    <w:p>
      <w:r>
        <w:t>Uznesenie Krajského súdu Košice z 17. marca 2016, sp. zn. 8Sd/85/2014, ECLI:SK:KSKE:2016:7014201554.2</w:t>
      </w:r>
    </w:p>
    <w:p>
      <w:r>
        <w:t>Súd: Krajský súd Košice</w:t>
      </w:r>
    </w:p>
    <w:p>
      <w:r>
        <w:t>Spisová značka: 8Sd/85/2014</w:t>
      </w:r>
    </w:p>
    <w:p>
      <w:r>
        <w:t>ECLI: ECLI:SK:KSKE:2016:7014201554.2</w:t>
      </w:r>
    </w:p>
    <w:p>
      <w:r>
        <w:t>Dátum vydania: 17.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8Sd/85/2014 Identifikačné číslo súdneho spisu: 7014201554 Dátum vydania rozhodnutia: 18. 03. 2016 Meno a priezvisko sudcu, VSÚ: JUDr. Marek Kotora ECLI: ECLI:SK:KSKE:2016:7014201554.2 Uznesenie Krajský súd v Košiciach, v právnej veci navrhovateľa: P. W., nar. XX.XX.XXXX, bytom B. W. X, W., zastúpený Mgr. Andreou Vaškovou, advokátkou, Ružová 43, Košice, proti odporkyni: Sociálna poisťovňa, ústredie, Ul. 29. augusta č. 8, Bratislava, v konaní o invalidnom dôchodku, takto r o z h o d o l : I./ Konanie vo veci z a s t a v u j e. II./ Žiaden z účastníkov n e m á právo na náhradu trov konania. o d ô v o d n e n i e : Návrhom/opravným prostriedkom zo dňa 31.12.2014 sa navrhovateľ domáhal preskúmania rozhodnutia odporkyne č. XXX XXX XXXX X zo dňa 24.11.2014. Podaním zo dňa 15.02.2016 (č.l. 43 spisu) navrhovateľ, prostredníctvom svojej splnomocnenej zástupkyne, zobral návrh späť a žiadal konanie v celom rozsahu zastaviť.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 vzal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https://www.kauzis.sk/judikatura/r/ECLI:SK:KSKE:2016:7014201554.2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