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5Sd/11/2015 z 16. 6. 2016</w:t>
      </w:r>
    </w:p>
    <w:p>
      <w:r>
        <w:t>Uznesenie Krajského súdu Košice z 16. júna 2016, sp. zn. 5Sd/11/2015, ECLI:SK:KSKE:2016:7015200212.5</w:t>
      </w:r>
    </w:p>
    <w:p>
      <w:r>
        <w:t>Súd: Krajský súd Košice</w:t>
      </w:r>
    </w:p>
    <w:p>
      <w:r>
        <w:t>Spisová značka: 5Sd/11/2015</w:t>
      </w:r>
    </w:p>
    <w:p>
      <w:r>
        <w:t>ECLI: ECLI:SK:KSKE:2016:7015200212.5</w:t>
      </w:r>
    </w:p>
    <w:p>
      <w:r>
        <w:t>Dátum vydania: 16.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5Sd/11/2015 Identifikačné číslo súdneho spisu: 7015200212 Dátum vydania rozhodnutia: 17. 06. 2016 Meno a priezvisko sudcu, VSÚ: JUDr. Tamara Sklenárová ECLI: ECLI:SK:KSKE:2016:7015200212.5 Uznesenie Krajský súd v Košiciach v právnej veci navrhovateľa: L. Y., O..: XX. XX. XXXX, bytom R.. F. XX/XX, X., proti odporkyni: Sociálna poisťovňa, ústredie Bratislava, Ul. 29. augusta 8, Bratislava, v konaní o invalidnom dôchodku, takto r o z h o d o l : Konanie z a s t a v u j e. Žiaden z účastníkov n e m á právo na náhradu trov konania. o d ô v o d n e n i e : Návrhom zo dňa 10. 11. 2014 sa navrhovateľ domáhal preskúmania zákonnosti postupu a rozhodnutia odporkyne č. XXX XXX XXXX X zo dňa 06. 10. 2014, ktorým táto podľa ustanovenia § 70 ods. 1 zákona č. 461/2003 Z. z. o sociálnom poistení v znení neskorších predpisov zamietla žiadosť o invalidný dôchodok. Tunajší súd z písomného vyjadrenia odporkyne zo dňa 11. 03. 2015 zistil, že táto po preskúmaní námietok navrhovateľom vznesených v jeho opravnom prostriedku zo dňa 10. 11. 2014, vydala rozhodnutie dňa 17. 02. 2015 č. XXX XXX XXXX X, ktorým v zmysle ustanovenia § 70 ods. 1 a § 82 zákona č. 461/2003 Z. z. o sociálnom poistení v znení neskorších predpisov priznala navrhovateľovi od 11. 04. 2014 invalidný dôchodok v sume 98,80 eur mesačne. Podľa § 82 zákona č. 461/2003 Z. z. o sociálnom poistení v znení neskorších predpisov a § 1 opatrenia Ministerstva práce, sociálnych vecí rodiny Slovenskej republiky č. 295/2014 Z. z., ktorým sa ustanovuje pevná suma zvýšenia dôchodkovej dávky a percento zvýšenia úrazovej renty, mu bol od 01. 01. 2015 zvýšený invalidný dôchodok na sumu 101,50 eur mesačne. Podľa ustanovenia § 250o O. s. p. ak správny orgán, ktorého súd rozhodnutie preskúmava, vydá nové rozhodnutie, ktorým návrhu celkom vyhovie, súd uznesením konanie zastaví. Vzhľadom na to, že v danom prípade, vychádzajúc z vyššie uvedených skutočností, sú splnené všetky podmienky uvedené v citovanom zákonnom ustanovení, považoval súd za potrebné rozhodnúť tak, ako je to uvedené vo výrokovej časti tohto uznesenia. Súd rozhodol o trovách konania podľa ustanovenia § 146 ods.1 písm. c) O. s. p. s použitím ustanovení § 246c a § 250l ods. 2 O. s. p., v zmysle ktorých, žiadny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je potrebné popri všeobecných náležitostiach podľa § 42 ods. 3 O. s. p.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https://www.kauzis.sk/judikatura/r/ECLI:SK:KSKE:2016:7015200212.5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