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6S/20/2015 z 20. 4. 2016</w:t>
      </w:r>
    </w:p>
    <w:p>
      <w:r>
        <w:t>Uznesenie Krajského súdu Košice z 20. apríla 2016, sp. zn. 6S/20/2015, ECLI:SK:KSKE:2016:7015200213.1</w:t>
      </w:r>
    </w:p>
    <w:p>
      <w:r>
        <w:t>Súd: Krajský súd Košice</w:t>
      </w:r>
    </w:p>
    <w:p>
      <w:r>
        <w:t>Spisová značka: 6S/20/2015</w:t>
      </w:r>
    </w:p>
    <w:p>
      <w:r>
        <w:t>ECLI: ECLI:SK:KSKE:2016:7015200213.1</w:t>
      </w:r>
    </w:p>
    <w:p>
      <w:r>
        <w:t>Dátum vydania: 20.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6S/20/2015 Identifikačné číslo súdneho spisu: 7015200213 Dátum vydania rozhodnutia: 21. 04. 2016 Meno a priezvisko sudcu, VSÚ: JUDr. Eva Baranová ECLI: ECLI:SK:KSKE:2016:7015200213.1 Uznesenie Krajský súd v Košiciach, v právnej veci žalobcu Z. H., bytom E. X, proti žalovanému Ústredie práce, sociálnych vecí a rodiny SR, pracovisko Košice, v konaní o preskúmanie rozhodnutia žalovaného z 18.12.2014 č. UPS/US6/GRPRKEPPK/BEZ/2014/31261, takto r o z h o d o l : Z dôvodu miestnej príslušnosti p o s t u p u j e vec Krajskému súdu v Prešove. o d ô v o d n e n i e : Žalobou zo dňa 16.02.2015 sa navrhovateľ domáhal preskúmania rozhodnutia žalovaného z 18.12.2014 č. UPS/US6/GRPRKEPPK/BEZ/2014/31261, ktorým zamietol odvolanie žalobcu a potvrdil rozhodnutie Úradu práce, sociálnych vecí a rodiny Vranov nad Topľou zo dňa 22.09.2014 č. VT1/OPPNKAPČ/ SOC/2014/23427-0010 doplneného listom z 13.10.2014 č. VT1/OPPNKAPČ/SOC/2014/23427-12. Podľa ustanovenia § 103 O.s.p. súd kedykoľvek za konania prihliada na splnenie podmienok, za ktorých môže konať vo veci, pričom jednou z nich je miesta príslušnosť súdu. Po preskúmaní žaloby súd zistil svoju miestnu nepríslušnosť. Podľa § 246a ods.1 O.s.p. miestne príslušným je súd, v ktorého obvode má sídlo správny orgán, ktorého rozhodnutie a postup sa preskúmava, ak nie je ustanovené inak. Ak ide o rozhodnutie orgánu v pôsobnosti pre celé územie Slovenskej republiky, okrem ústredných orgánov štátnej správy, miestne príslušným je krajský súd, v ktorého obvode je všeobecný súd navrhovateľa. Predmetom súdneho prieskumu je rozhodnutie orgánu verejnej správy s pôsobnosťou pre celé územie Slovenskej republiky. Všeobecným súdom navrhovateľa je Okresný súd vo Vranove nad Topľou. Z uvedených dôvodov miestne príslušným na preskúmanie žalobou napadnutého rozhodnutia je Krajský súd v Prešove. Podľa § 250d ods.2 O.s.p. ak predseda senátu zistí, že súd nie je vecne alebo miestne príslušný, postúpi vec uznesením príslušnému súdu. Z uvedených dôvodov súd rozhodol tak, ako to vyplýva z výrokovej časti tohto uznesenia. Poučenie: Proti tomuto uzneseniu odvolanie nie je prípustné.</w:t>
      </w:r>
    </w:p>
    <w:p/>
    <w:p>
      <w:r>
        <w:t>Zdroj: KAUZIS.SK – https://www.kauzis.sk/judikatura/r/ECLI:SK:KSKE:2016:7015200213.1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