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6S/61/2015 z 3. 8. 2016</w:t>
      </w:r>
    </w:p>
    <w:p>
      <w:r>
        <w:t>Opravné uznesenie Krajského súdu Košice z 3. augusta 2016, sp. zn. 6S/61/2015, ECLI:SK:KSKE:2016:7015200629.2</w:t>
      </w:r>
    </w:p>
    <w:p>
      <w:r>
        <w:t>Súd: Krajský súd Košice</w:t>
      </w:r>
    </w:p>
    <w:p>
      <w:r>
        <w:t>Spisová značka: 6S/61/2015</w:t>
      </w:r>
    </w:p>
    <w:p>
      <w:r>
        <w:t>ECLI: ECLI:SK:KSKE:2016:7015200629.2</w:t>
      </w:r>
    </w:p>
    <w:p>
      <w:r>
        <w:t>Dátum vydania: 3. 8.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6S/61/2015 Identifikačné číslo súdneho spisu: 7015200629 Dátum vydania rozhodnutia: 04. 08. 2016 Meno a priezvisko sudcu, VSÚ: JUDr. Eva Baranová ECLI: ECLI:SK:KSKE:2016:7015200629.2 Opravné uznesenie Krajský súd v Košiciach sudkyňou JUDr. Evou Baranovou, v právnej veci žalobcu V.. V. L., bývajúceho v K., B. X, právne zastúpeného JUDr. Tatianou Jánošikovou, so sídlom v Košiciach, Rooseweltova 6, proti žalovanému Ústrediu práce, sociálnych vecí a rodiny Bratislava, Špitálska 8, v konaní o žalobe na preskúmanie zákonnosti rozhodnutia žalovaného z 10.04.2015 č. UPS/US1/SSVOPHNSSD/ SOC/2015/3467/0004-Km, takto r o z h o d o l : O p r a v u j e označenie rozhodnutia žalovaného v záhlaví rozsudku Krajského súdu v Košiciach z 25.02.2016 č.k. 6S/61/2015-61 tak, že správne má byť: „ ...rozhodnutie žalovaného z 10.04.2015 č. UPS/US1/SSVOPHNSSD/SOC/2015/3467/0004-Km“. o d ô v o d n e n i e : V rozsudku Krajského súdu v Košiciach zo dňa 25.02.2016 č.k. 6S/61/2015-61 v časti záhlavie došlo pri prepise nedopatrením k nesprávnemu označeniu rozhodnutia žalovaného, ktorého správne označenie je také, aké je uvedené vo výroku opravného uznesenia. Podľa § 143 zákona č. 162/2015 Z.z. Správny súdny poriadok správny súd kedykoľvek aj bez návrhu opraví v rozsudku chyby v písaní a počítaní, ako aj iné zrejmé nesprávnosti. O oprave vydá opravné uznesenie, ktoré doručí osobám uvedeným v § 142 ods.1. Pretože pri vyhotovovaní písomného rozsudku došlo k chybe v písaní, bolo potrebné vydať opravné uznesenie. Poučenie: Proti tomuto uzneseniu je prípustné odvolanie v lehote 15 dní na Krajský súd v Košiciach (§ 491 ods.2 Správneho súdneho poriadku).</w:t>
      </w:r>
    </w:p>
    <w:p/>
    <w:p>
      <w:r>
        <w:t>Zdroj: KAUZIS.SK – https://www.kauzis.sk/judikatura/r/ECLI:SK:KSKE:2016:7015200629.2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