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2Sd/36/2015 z 11. 7. 2016</w:t>
      </w:r>
    </w:p>
    <w:p>
      <w:r>
        <w:t>Rozsudok Krajského súdu Košice z 11. júla 2016, sp. zn. 2Sd/36/2015, ECLI:SK:KSKE:2016:7015200715.3</w:t>
      </w:r>
    </w:p>
    <w:p>
      <w:r>
        <w:t>Súd: Krajský súd Košice</w:t>
      </w:r>
    </w:p>
    <w:p>
      <w:r>
        <w:t>Spisová značka: 2Sd/36/2015</w:t>
      </w:r>
    </w:p>
    <w:p>
      <w:r>
        <w:t>ECLI: ECLI:SK:KSKE:2016:7015200715.3</w:t>
      </w:r>
    </w:p>
    <w:p>
      <w:r>
        <w:t>Dátum vydania: 11. 7. 2016</w:t>
      </w:r>
    </w:p>
    <w:p>
      <w:r>
        <w:t>Forma: Rozsudok</w:t>
      </w:r>
    </w:p>
    <w:p>
      <w:r>
        <w:t>Oblasť práva: Správne právo</w:t>
      </w:r>
    </w:p>
    <w:p>
      <w:pPr>
        <w:pStyle w:val="Heading2"/>
      </w:pPr>
      <w:r>
        <w:t>Text rozhodnutia</w:t>
      </w:r>
    </w:p>
    <w:p>
      <w:r>
        <w:t>Súd: Krajský súd Košice Spisová značka: 2Sd/36/2015 Identifikačné číslo súdneho spisu: 7015200715 Dátum vydania rozhodnutia: 12. 07. 2016 Meno a priezvisko sudcu, VSÚ: JUDr. Eva Baranová ECLI: ECLI:SK:KSKE:2016:7015200715.3 ROZSUDOK V MENE SLOVENSKEJ REPUBLIKY Krajský súd v Košiciach samosudkyňou JUDr. Evou Baranovou, v právnej veci navrhovateľa K. J., bývajúceho v K., S.. Š. XXXX/X, proti odporcovi Sociálnej poisťovni, ústredie, Bratislava, Ul. 29. augusta 8, o invalidný dôchodok, takto r o z h o d o l : P o t v r d z u j e rozhodnutie odporcu zo 06.03.2015 č. XXX XXX XXXX X. Náhradu trov konania účastníkom n e p r i z n á v a. o d ô v o d n e n i e : Odporca napadnutým rozhodnutím podľa § 70, § 112 ods.2 a 6 zákona č. 461/2003 Z.z. o sociálnom poistení v znení neskorších predpisov (ďalej iba „zákon o sociálnom poistení“) odňal navrhovateľovi invalidný dôchodok od 20.04.2015. Navrhovateľ podal návrh na preskúmanie rozhodnutia, v ktorom uviedol, že jeho zdravotný stav nie je priaznivý a dočasné zhoršenie nastalo z dôvodu predošlej kúpeľnej liečby. Pripustil, že sa jeho zdravotný stav čiastočne zlepšil, ale nie v takom rozsahu, aby mu bol odňatý invalidný dôchodok. Uviedol, že pri posúdení zdravotného stavu neboli vzaté do úvahy všetky jeho ťažkosti a konštatoval, že je ochotný podstúpiť opätovne vyšetrenia, ktoré mu budú nariadené. Uviedol, že má neustále problémy s dýchaním a trávením a v poslednej dobe sa mu v dôsledku rozhodnutia odporcu zhoršil psychický stav. Odporca navrhol napadnuté rozhodnutie potvrdiť ako vecne správne. Súd podľa § 250l a nasl. O.s.p. preskúmal napadnuté rozhodnutie odporcu, oboznámil sa s dávkovým a administratívnym spisom a po doplnení dokazovania dospel k záveru, že návrhu navrhovateľa nie je možné vyhovieť. Odporca rozhodol o odňatí invalidného dôchodku na podklade posudku posudkového lekára sociálneho poistenia Sociálnej poisťovne, pobočky Michalovce z 18.02.2015, kedy bol jeho zdravotný stav posudzovaný na základe kontrolnej lekárskej prehliadky a nebol naďalej uznaný invalidným, pretože miera poklesu schopností vykonávať zárobkovú činnosť je 25 % v porovnaní so zdravou fyzickou osobou. Pre účely súdneho konania bol zdravotný stav navrhovateľa posudzovaný posudkovým lekárom sociálneho poistenia Sociálnej poisťovne, pobočky Košice 11.06.2015. V posudku posudkový lekár konštatoval, že navrhovateľ bol uznaný invalidným s celkovou mierou poklesu schopností vykonávať zárobkovú činnosť 75 % pre rozhodujúce zdravotné postihnutie - chronickú obštrukčnú chorobu pľúc s obštrukčnou ventilačnou poruchou ťažkého stupňa s mierou poklesu schopností vykonávať zárobkovú činnosť 65 % s navýšením o 10 % pre chronickú pankreatitídu pri syndróme závislosti od alkoholu a organickú emočnú labilitu. Toho času na základe doložených kontrolných odborných vyšetrení posudkový lekár zistil, že došlo k výraznému zlepšeniu v zdravotnom stave navrhovateľa na základe zmeny životosprávy (abstinuje už viac rokov) a pri pravidelnej liečbe. Podľa kontrolného pľúcneho vyšetrenia funkčné vyšetrenie pľúc vykazuje normálne hodnoty pľúcnych funkcií v priebehu rokov 2012, 2013 a 2014. V priebehu 2014 bol 2-krát hospitalizovaný pre akútnu exacerbáciu chronickej pankreatitídy. Kompletné opakované gastro vyšetrenie dokumentuje chronickú pankreatitídu s prítomnou cystickou prestavbou hlavy pankreasu a chronickú hepatopatiu bez známok laboratórnej aktivity. V rámci opravného prostriedku navrhovateľ doložil dodatočne prepúšťaciu správu z chirurgického oddelenia z mája 2015, kde bol prijatý pre akútny zápal pankreasu a zhoršenie hepatopatie. Podľa kontrolného psychického vyšetrenia z mája 2015 v poslednom čase pije vkuse, ide o nárazové pitie až do bezvedomia, rozpil sa po dlhšej dobe až k hospitalizácii na chirurgickom oddelení. Navrhovateľ tiež doložil pľúcne vyšetrenie z mája 2015, ktoré taktiež dokumentuje zhoršenie pľúcnych funkcií. Aktuálne doložené odborné kontrolné vyšetrenia v rámci opravného prostriedku posudkový lekár nehodnotil, pretože ide o akútneho zhoršenie zdravotného stavu pri nedodržiavaní životosprávy a liečby v dôsledku nárazového pitia. Z dlhodobého posudkového hľadiska za rozhodujúce zdravotné postihnutia posudkový lekár stanovil chronickú pankreatitídu s dyspeptickými ťažkosťami, občasnými bolesťami a poruchou výživy so zaradením do kapitoly X., oddiel D, položka 9, písm.b/ s mierou poklesu schopností vykonávať zárobkovú činnosť 25 % naďalej. Chronická obštrukčná choroba pľúc ľahkého stupňa s normálnymi hodnotami pľúc za trojročné obdobie a emočná labilita stredného stupňa sú posudkovo nevýznamné ochorenia. Navrhovateľ v priebehu konania doložil nové odborné lekárske vyšetrenia, a to gastroenterologické, pľúcne, prepúšťaciu správu z hospitalizácie na Chirurgickej klinike UN LP Košice a prepúšťaciu správu z kúpeľnej liečby v Bardejove. Tieto odborné nálezy boli vyhodnotené posudkovým lekárom v posudku z 27.01.2016, v ktorom posudkový lekár uviedol, že nové odborné lekárske vyšetrenia nedokumentujú zhoršenie zdravotného stavu. Navrhovateľ bol v auguste 2015 hospitalizovaný na chirurgickej klinike pre nález pokročilého zápalového zúženia vrátnika a zúženie časti dvanástnika, pre ktorý bol operovaný. Histologické vyšetrenie bolo bez nálezu malígnych zmien. Kontrolné gastroenterologické vyšetrenie dokumentuje po operácii stabilizovaný stav, navrhovateľ pokračuje v diéte. Následne absolvoval kúpeľnú liečbu v Bardejove za účelom doliečenia a po zlepšení stavu bol prepustený domov. Doložené pľúcne vyšetrenie verifikuje naďalej chronickú obštrukčnú chorobu pľúc so zlepšením spirometrických hodnôt od mája 2015 po úprave liečby. Posudkový lekár svoj záver ohľadom rozhodujúce zdravotného postihnutia, rozsahu miery poklesu schopností vykonávať zárobkovú činnosť, nezmenil. Navrhovateľ v priebehu konania na súde doložil ďalšie aktuálne odborné lekárske vyšetrenia, a to z hospitalizácie na akútnom psychiatrickom oddelení Psychiatrickej nemocnice v Michalovciach od 10.03. do 16.03.2016, psychiatrické vyšetrenie z 19.04.2016, gastroenterologické vyšetrenie z 30.03. a 31.03.2016, laboratórne vyšetrenia a pľúcne vyšetrenie z 01.04. a 13.04.2016. Tieto lekárske nálezy boli vyhodnotené posudkovým lekárom v posudku z 12.04.2016. Aj v tomto posudku posudkový lekár konštatoval, že aktuálne doložené nové odborné lekárske vyšetrenia nedokumentujú zhoršenie zdravotného stavu. Navrhovateľ bol v marci 2016 hospitalizovaný na psychiatrickom oddelení, kde v objektívnom psychiatrickom náleze je posudzovaný orientovaný správne, odpovede sú adekvátne, v popredí je syndróm závislosti na alkohole, ale menovaný je bez porúch vnímania a myslenia, bez porúch nálady, prítomné je primerané psychomotorické tempo. Doplnené psychologické vyšetrenie v rámci hospitalizácie potvrdzuje emočne nestabilitu, iritabilitu, myslenie je bez obsahových a štrukturálnych porúch, nie je prítomné organické poškodenie. Emočne nestabilná osobnosť psychiatrom hodnotená ako stredne ťažká dokumentovaná aj v kontrolnom psychiatrickom vyšetrení z apríla 2016 je posudkovo nevýznamná. Vo vyšetrení laboratórnych parametrov je zaznamenaná mierne zvýšená hodnota pečeňových testov, novo doložené USG brucha je bez patologického nálezu. Pľúcne vyšetrenia z chronologickým záznamom opakovaných spirometrických vyšetrení dokumentujú v priebehu trojročného obdobia normálne hodnoty pľúcnych funkcií. V máji 2015 a v apríli 2016 je zaznamenané zhoršenie ventilometrických parametrov, ktoré je však prechodné. Ide o akútne zhoršenie pri nedodržiavaní životosprávy a liečby. Z dlhodobého posudkového hľadiska za rozhodujúce zdravotné postihnutia posudkový lekár stanovil chronickú pankreatitídu s dyspeptickými ťažkosťami, občasnými bolesťami a poruchou výživy so zaradením do kapitoly X., oddiel D, položka 9, písm.b/ s mierou poklesu schopností vykonávať zárobkovú činnosť 25 %. Chronická obštrukčná choroba pľúc s normálnymi spirometrickými hodnotami za trojročné obdobie (2012 - 2015) je posudkovo nevýznamná. Podľa § 70 ods.1 zákona č. 461/2003 Z.z. o sociálnom poistení v znení neskorších predpisov (ďalej iba „zákon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poistenec je invalidný, ak pre dlhodobo nepriaznivý zdravotný stav má pokles schopností vykonávať zárobkovú činnosť o viac ako 40 % v porovnaní so zdravou fyzickou osobou.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 71 ods.4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Podľa § 112 ods.2 citovaného zákona dávka sa odníme, ak zanikol nárok na dávku, alebo ak sa zistí, že sa dávka priznala neprávom. Vykonaným dokazovaním bolo zistené, že navrhovateľ nepreukázal splnenie zákonných podmienok pre ďalšie trvanie nároku na invalidný dôchodok. Zdravotný stav navrhovateľa bol opakovane posudzovaný príslušným posudkovým lekárom sociálneho poistenia Sociálnej poisťovne, ústredie, pracovisko Košice, ktorý ho hodnotil na podklade aktuálnych odborných nálezov, pričom konštatoval rovnako ako posudkový lekár Sociálnej poisťovne, pobočky, že zdravotný stav navrhovateľa sa zlepšil a v súčasnosti nie je zhoršený na úroveň invalidity podľa § 71 zákona o sociálnom poistení. Posudkový lekár, ktorý hodnotil zdravotný stav navrhovateľa v súdnom konaní, sa zaoberal všetkými zdravotnými postihnutiami a svoj posudkový záver týkajúci sa zlepšenia zdravotného stavu riadne zdôvodnil. Navrhovateľ neuviedol na súde žiadne skutočnosti, ktoré by mohli vyvrátiť alebo spochybniť záver posudkového lekára. Z uvedených dôvodov súd považuje rozhodnutie odporcu o odňatí invalidného dôchodku za zákonné, a preto ho podľa § 250q ods.3 O.s.p. potvrdil. Navrhovateľ nebol v konaní úspešný, súd mu preto nepriznal právo na náhradu trov konania, odporcovi toto právo zo zákona nepatrí. Podľa § 492 ods.1 zákona č. 162/2015 Z.z. (Správny súdny poriadok) konania podľa tretej hlavy piatej časti Občianskeho súdneho poriadku začaté predo dňom nadobudnutia účinnosti tohto zákona, sa dokončia podľa doterajších predpisov. Poučenie: Proti tomuto rozsudku je prípustné odvolanie v lehote 15 dní odo dňa jeho doručenia na Najvyšší súd Slovenskej republiky v Bratislave, prostredníctvom Krajského súdu v Košiciach, a to písomne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https://www.kauzis.sk/judikatura/r/ECLI:SK:KSKE:2016:7015200715.3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