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10Sd/55/2015 z 16. 10. 2016</w:t>
      </w:r>
    </w:p>
    <w:p>
      <w:r>
        <w:t>Rozsudok Krajského súdu Košice z 16. októbra 2016, sp. zn. 10Sd/55/2015, ECLI:SK:KSKE:2016:7015200716.4</w:t>
      </w:r>
    </w:p>
    <w:p>
      <w:r>
        <w:t>Súd: Krajský súd Košice</w:t>
      </w:r>
    </w:p>
    <w:p>
      <w:r>
        <w:t>Spisová značka: 10Sd/55/2015</w:t>
      </w:r>
    </w:p>
    <w:p>
      <w:r>
        <w:t>ECLI: ECLI:SK:KSKE:2016:7015200716.4</w:t>
      </w:r>
    </w:p>
    <w:p>
      <w:r>
        <w:t>Dátum vydania: 16. 10. 2016</w:t>
      </w:r>
    </w:p>
    <w:p>
      <w:r>
        <w:t>Forma: Rozsudok</w:t>
      </w:r>
    </w:p>
    <w:p>
      <w:r>
        <w:t>Oblasť práva: Správne právo</w:t>
      </w:r>
    </w:p>
    <w:p>
      <w:pPr>
        <w:pStyle w:val="Heading2"/>
      </w:pPr>
      <w:r>
        <w:t>Text rozhodnutia</w:t>
      </w:r>
    </w:p>
    <w:p>
      <w:r>
        <w:t>Súd: Krajský súd Košice Spisová značka: 10Sd/55/2015 Identifikačné číslo súdneho spisu: 7015200716 Dátum vydania rozhodnutia: 17. 10. 2016 Meno a priezvisko sudcu, VSÚ: JUDr. Pavol Tkáč ECLI: ECLI:SK:KSKE:2016:7015200716.4 ROZSUDOK V MENE SLOVENSKEJ REPUBLIKY Krajský súd v Košiciach sudcom JUDr. Pavlom Tkáčom v právnej veci navrhovateľa Y.. Ľ. W. G. C. T. L. Á. W. H. , X. O. XXX/X, U. proti odporkyni Sociálnej poisťovni, ústredie, Ul.29.augusta 8, Bratislava, o invalidný dôchodok takto r o z h o d o l : P o t v r d z u j e rozhodnutie odporkyne zo dňa 03.02.2015 č. XXX XXX XXXX X. Účastníkom náhradu trov konania n e p r i z n á v a . o d ô v o d n e n i e : 1. Napadnutým rozhodnutím zo dňa 03.02.2015 č. XXX XXX XXXX X odporkyňa podľa § 73, § 112 ods. 4 a 6 a § 82 zákona č. 461/2003 Z.z. o sociálnom poistení v znení neskorších predpisov (v ďalšom texte aj: „zákon o sociálnom poistení“) znížila navrhovateľovi od 08.03.2015 invalidný dôchodok na sumu 238,30 eur mesačne. Rozhodnutie o znížení dôchodkovej dávky odôvodnila zmenou v posúdení miery poklesu schopnosti vykonávať zárobkovú činnosť, pretože miera poklesu schopnosti vykonávať zárobkovú činnosť oproti zdravej fyzickej osobe bola u navrhovateľa od 15.01.2015 stanovená na 60 %, tak ako to vyplýva zo záverov posudkového lekára sociálneho poistenia Sociálnej poisťovne, pobočka Michalovce, ktoré sú uvedené v lekárskej správe zo dňa 15.01.2015. Suma invalidného dôchodku bola navrhovateľovi určená podľa § 73 ods.2 zákona o sociálnom poistení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Navrhovateľovi vznikol nárok na invalidný dôchodok od 01.03.2012. Spôsob výpočtu hodnoty priemerného osobného mzdového bodu a rokov obdobia dôchodkového poistenia spolu s pripočítaným obdobím odporkyňa navrhovateľovi podrobne vysvetlila v rozhodnutí o priznaní invalidného dôchodku zo dňa 12.10.2012 č. XXX XXX XXXX. Hodnota priemerného osobného mzdového bodu u navrhovateľa je 0,7958. Počet rokov obdobia dôchodkového poistenia spolu s pripočítaným obdobím sa vypočíta zo 16.714 dní, ktoré sú uvedené v rozhodnutí o priznaní dôchodku. Aktuálna dôchodková hodnota platná k 15.01.2015 predstavuje 10,6865 eur a je určená v súlade s ustanovením § 64 ods.3 zákona o sociálnom poistení ako súčin dôchodkovej hodnoty na rok 2014 - 10,2524 eur a index 1,04234122, ktorý bol určený ako podiel priemernej mzdy v hospodárstve Slovenskej republiky zistenej Štatistickým úradom SR za III. štvrťrok kalendárneho roka 2014, t.j. 837,- eur a priemernej mzdy v hospodárstve SR zistenej Štatistickým úradom SR za III. štvrťrok kalendárneho roka 2013, t.j. 803,00 eur, zaokrúhlená na štyri desatinné miesta. Suma invalidného dôchodku navrhovateľa bola určená vo výške 233,70 eur mesačne (priemerný osobný mzdový bod 0,7958 krát 45,7918 rokov obdobia dôchodkového poistenia spolu s pripočítaným obdobím krát aktuálna dôchodková hodnota 10,6865 krát 60 %), a k tejto sume patrí zvýšenie o 4,60 eur mesačne, ktoré patrilo aj k doteraz vyplácanému invalidnému dôchodku podľa § 82 zákona o sociálnom poistení. V závere odporkyňa konštatovala, že súčasťou odôvodnenia rozhodnutia je posudok posudkového lekára sociálneho poistenia Sociálnej poisťovne, pobočky Michalovce, ktorý tvorí druhú časť lekárskej správy z 15.01.2015. 2. Navrhovateľ sa včas podaným opravným prostriedkom domáhal preskúmania zákonnosti označeného rozhodnutia odporkyne. Namietal nesprávne posúdenie svojho zdravotného stavu, pretože pri sebamenšej fyzickej, ale aj psychickej záťaži pociťuje tlak a bolesti na hrudníku, rýchlo sa zadýcha, unaví, nevládze kráčať po schodoch a chôdza mu pôsobí ťažkosti. Často preto používa nitroglycerín alebo nitromint. Podľa navrhovateľa bolo jeho zdravotné postihnutie príslušným posudkovým lekárom nesprávne klasifikované ako stav po srdcovej operácii so zaradením do kapitoly IX., položka 8, písm. b/ prílohy č. 4 zákona o sociálnom poistení a stanovením miery poklesu schopnosti vykonávať zárobkovú činnosť v rozsahu 50 %, keď jeho rozhodujúce zdravotné postihnutie malo byť klasifikované ako angína pectoris so zaradením do kapitoly IX, oddiel A, položka 4, písm. c/ prílohy č. 4 zákona o sociálnom poistení s mierou poklesu schopnosti vykonávať zárobkovú činnosť v rozsahu 60 - 80 %. Na základe týchto skutočností žiadal, aby Krajský súd v Košiciach rozhodnutie odporkyne zrušil a vec jej vrátil na nové prejednanie a rozhodnutie. 3. V priebehu konania o opravnom prostriedku bola Sociálnou poisťovňou ústredie, vysunuté pracovisko v Košiciach prostredníctvom posudkového lekára sociálneho poistenia MUDr. Gizely Tóthovej dňa 09.06.2015 vypracovaná lekárska správa, súčasťou ktorej je aj posudok o posúdení aktuálneho zdravotného stavu navrhovateľa, z obsahu ktorého vyplýva, že invalidita u navrhovateľa naďalej trvá a miera poklesu schopnosti vykonávať zárobkovú činnosť oproti zdravej fyzickej osobe predstavuje 60 %. Z obsahu ďalej vyplýva, že navrhovateľ bol pôvodne uznaný invalidným s celkovou mierou poklesu schopnosti vykonávať zárobkovú činnosť (v ďalšom texte aj : „MPSVZČ“) 75 % od marca 2012 pre rozhodujúce zdravotné postihnutie - stav po prekonanom IM s následnou revaskularizačnou liečbou a pre subjektívne udávané pretrvávajúce bolesti na hrudníku s MPSVZČ 65 % s navýšením o 10 % pre iné posudkovo menej závažné ochorenia - psoriázu, sarkoidózu a chronickú žilovú nedostatočnosť. Od roku 2012 bol navrhovateľ sledovaný ambulantným kardiológom, opakovane bez známok kardiálneho zlyhania, opakovane kardiálny nález bol stabilizovaný, plne kompenzovaný bez kontraindikácií k plánovanému operačnému výkonu, bez potreby hospitalizačného preliečenia pre zhoršenie kardiálneho nálezu - nebolo indikované ani kontrolné koronarografické vyšetrenie a taktiež nebolo indikované Holter Ekg vyšetrenie pri subjektívne udávanom búšení srdca doporučené v januári 2014 a v októbri 2014 pri subjektívne udávanom búšení srdca. Pri porovnaní Echokg vyšetrenia v roku 2014 s rokom 2011 bolo zistené zlepšenie funkcie srdca EFĽK v roku 2011 - 38 %, kým v roku 2013 - 2014 - EFĽK 58 %. Podľa kontrolného kardiologického vyšetrenia bola konštatovaná zachovaná dobrá systolická a diastolická funkcia ľavej komory. Na základe uvedeného bol posudkovo kardiálny stav u navrhovateľa hodnotený ako zlepšený, stabilizovaný a ako rozhodujúce zdravotné postihnutie posudkový lekár stanovil stav po revaskularizačnej operácii srdca po prekonanom IM s poklesom výkonu pri stredne ťažkom zaťažení so zaradením do kapitoly IX., položka 8, písm. b/ s mierou poklesu schopnosti vykonávať zárobkovú činnosť 50 %. U navrhovateľa neboli posudzované subjektívne ťažkosti, ale objektívny funkčný stav srdca. Navrhovateľ je zároveň evidovaný kožnou ambulanciou pre chronickú psoriázu - lokalizovaná forma, pľúcnou ambulanciou pre sarkoidózu pľúc - podľa kontrolného pľúcneho vyšetrenia so zlepšením stavu oproti predchádzajúcim rokom, funkčné vyšetrenie pľúc nevykazuje známky ventilačnej poruchy. Cievne vyšetrenie dokumentuje mierne aterosklerotické zmeny na tepnách dolných končatín a chronickú žilovú nedostatočnosť. Rozhodujúce zdravotné postihnutie bolo preto navýšené o 10 % pre vyššie uvedené zdravotné postihnutia a celková MPSVZČ tak u navrhovateľa bola stanovená v rozsahu 60 %. 4. Odporkyňa v písomnom vyjadrení k podanému opravnému prostriedku zo dňa 17.06.2015 žiadala napadnuté rozhodnutie ako vecne správne potvrdiť. Vo vyjadrení zotrvala na dôvodoch preskúmavaného rozhodnutia správneho orgánu a ďalej uviedla, že na základe opravného prostriedku bol opätovne posúdený zdravotný stav navrhovateľa posudkovým lekárom sociálneho poistenia Sociálnej poisťovne, pobočky Michalovce dňa 12.05.2015 a posudkovým lekárom sociálneho poistenia Sociálnej poisťovne, ústredie, dňa 09.06.2015. Posudkoví lekári sociálneho poistenia zotrvali na pôvodnom posudku, že navrhovateľ je od 15.01.2015 invalidný podľa ustanovenia § 71 ods.1 zákona o sociálnom poistení s MPSVZČ v rozsahu 60 %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navrhovateľov zdravotný stav je zhoršený na úroveň invalidity od 15.01.2015 došlo k zmene v stanovení MPSVZČ oproti prechádzajúcemu stavu.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dátumu vzniku invalidity. Z dôvodu, že navrhovateľovi sa nepodarilo spochybniť správnosť rozhodnutia o znížení sumy invalidného dôchodku, odporkyňa mala za to, že o jeho žiadosti o invalidný dôchodok bolo rozhodnuté správne a v súlade s objektívne zisteným skutkovým stavom. 5. Podľa § 492 ods. 1 zákona č. 162/2015 Z.z. Správneho súdneho poriadku (SSP) účinného od 01.07.2016 konania podľa tretej hlavy piatej časti O.s.p. začaté predo dňom nadobudnutia účinnosti tohto zákona sa dokončia podľa doterajších predpisov. 6. V danej veci ide nesporne o konanie podľa tretej hlavy piatej časti O.s.p., t.j. o konanie o opravnom prostriedku proti neprávoplatnému rozhodnutiu správneho orgánu (podľa § 250l a nasl. O.s.p.) začaté predo dňom nadobudnutia účinnosti SSP, a to podaním opravného prostriedku, ktorý bol doručený odporkyni dňa 26.03.2015, preto toto konanie sa dokončí podľa procesných ustanovení O.s.p. 7. Súd v konaní podľa § 250l a nasl. O.s.p. po preskúmaní napadnutého rozhodnutia a po oboznámení sa s posudkovým ako aj dávkovým spisom odporkyne dospel k záveru, že opravný prostriedok navrhovateľa zo dňa 24.03.2015 doručený odporkyni dňa 26.03.2015 nie je dôvodný. 8. Preskúmavaným rozhodnutím odporkyňa podľa § 73, § 112 ods.4 a 6 a § 82 zákona č. 461/2003 Z.z. o sociálnom poistení v znení neskorších predpisov znížila navrhovateľovi sumu invalidného dôchodku od 08.03.2015 na 238,30 eur mesačne, a to na tom skutkovom základe, že MPSVZČ u navrhovateľa je od 15.01.2015 60 % (oproti pôvodnej MPSVZČ v rozsahu 75%). Pri svojom rozhodovaní vychádzala zo záveru posudkového lekára sociálneho poistenia Sociálnej poisťovne, pobočka Michalovce, ktorého výsledok je uvedený v lekárskej správe z 15.01.2015. Z uvedenej lekárskej správy vyplýva, že navrhovateľ je invalidný od roku 2012 s MPSVZČ 75 % pre angínu pectoris. Naďalej je v starostlivosti kardiológa a pneumológa, kožného a cievneho lekára. Pri opakovaných kardiologických vyšetreniach nález bez dynamiky stabilizovaný a plne obehovo kompenzovaný. EF ĽK 55 %, ergometria: test vykonaný pri neprerušenej komplexnej liečbe. Dosiahol nízku záťaž - ukončenú iba prvý stupeň zaťaženia 25 W, v úvode druhej minúty pri záťaži 50 W test bol prerušený pre objektivizovanú dýchavicu. Test svedčí pre výrazné zníženie K-P výkonnosti. Z pneumologického hľadiska stav zlepšený oproti predchádzajúcim vyšetreniam (viď epikríza z prepúšťacej správy z Vyšných Hágov 3/2014). Kožný nález stabilizovaný a cievne vyšetrenie uzavreté ako AS DK Fontaine I. Rozhodujúcim zdravotným postihnutím tak u navrhovateľa bol stanovený stav po srdcových operáciách so zaradením do kapitoly IX, položka 8, písm. b/ prílohy č. 4 zákona o sociálnom s mierou poklesu schopnosti vykonávať zárobkovú činnosť 50 % (t.j. v hornej hranici percentuálneho rozpätia 40 % - 50 %) a za iné zdravotné postihnutia (sarkoidóza pľúc II. štádia, papuloskvamózne ochorenie, tepnové uzávery, funkčne cirkulačné poruchy, uzávery ART DK) bolo priznané zvýšenie o 10 %, spolu 60 %. Na základe tohto odborného posudku o invalidite tak došlo k zníženiu miery poklesu schopnosti vykonávať zárobkovú činnosť z pôvodných 75 % na 60 % po stabilizácii kardiologického nálezu. 9. Na tomto závere, pokiaľ ide o mieru poklesu schopnosti vykonávať zárobkovú činnosť u navrhovateľa, ako aj dátumu tejto zmeny posudkový lekár Sociálnej poisťovne, pobočky Michalovce zotrval aj po podaní opravného prostriedku vo svojej lekárskej správe a odbornom posudku zo dňa 12.05.2015. Druhostupňový orgán odporkyne Sociálnej poisťovne, ústredie, vysunuté pracovisko v Košiciach prostredníctvom posudkového lekára sociálneho poistenia MUDr. Gabriely Tóthovej vo svojom posudku zo dňa 09.06.2015 potvrdil závery predchádzajúcich posudkov, keď dospel k záveru, že navrhovateľ je naďalej invalidný, a to s mierou poklesu schopnosti vykonávať zárobkovú činnosť v rozsahu 60 % (50 % pre rozhodujúce zdravotné postihnutie - choroby obehovej sústavy zaradení do kapitoly IX., položka 8 písm.b/, a 10 % za iné zdravotné postihnutia - sarkoidóza pľúc II. štádia, papuloskvamózne ochorenie, tepnové uzávery, funkčné cirkulačné poruchy, uzávery ART DK - 10 %). Zo záverov posudkovej lekárky sociálneho poistenia vyplýva, že na základe doterajšieho klinického priebehu (vzhľadom na výsledky lekárskych vyšetrení ako aj stanovené diagnózy jednotlivých ochorení) kardiálny stav u navrhovateľa hodnotí ako zlepšený a stabilizovaný. 10. Navrhovateľ na pojednávaní pred súdom, ktoré sa uskutočnilo dňa 30.11.2015 vo svojej účastníckej výpovedi uviedol, že nesúhlasí so záverom Sociálnej poisťovne o stanovení miery poklesu schopnosti vykonávať zárobkovú činnosť iba v rozsahu 60 %. Zdôraznil, že pred štyrmi rokmi utrpel infarkt a následne sa v rámci hospitalizácie podrobil veľmi vážnej liečbe, ktorá pretrváva aj v súčasnosti. Pravidelne sa podrobuje lekárskym kontrolám a na preukázanie tejto skutočnosti predložil aktuálnu lekársku správu MUDr. Mariána Ivanka, kardiológa z Neštátnej kardiologickej ambulancie v Sobranciach zo dňa 24.11.2015, z obsahu ktorej vyplýva, že má postihnuté aj iné cievy obehovej sústavy a je potrebné podstúpiť ďalšiu závažnú liečbu. Navrhovateľ zdôraznil, že sa podrobuje liečbe vo Výskumnom ústave srdcovo-cievnych chorôb v Košiciach. Podľa jeho subjektívneho názoru posudkový lekár sociálneho poistenia Sociálnej poisťovne v Michalovciach MUDr. Kasinec pri vypracovaní posudkového záveru bol zaujatý, pretože navrhovateľ ako advokát v minulosti (asi pred 20 rokmi) zastupoval jeho manželku v spore o výživné. Z toho navrhovateľ usudzoval, že posudkový lekár dospel k takému záveru, aby mu bol znížený invalidný dôchodok, čo sa nemohlo stať ináč, než stanoviť inú mieru poklesu schopnosti vykonávať zárobkovú činnosť, a teda v konečnom dôsledku aj nesprávne zhodnotiť jeho zdravotný stav. Navrhovateľ žiadal, aby bol opätovne posúdený jeho zdravotný stav a ten bol ustálený takým spôsobom, že rozhodujúce zdravotné postihnutie u neho predstavuje angína pectoris zaradená do kapitoly IX., oddiel A, položka 4 písm. c/ prílohy č. 4 zákona o sociálnom poistení, kde je rozpätie miery poklesu schopnosti vykonávať zárobkovú činnosť v rozsahu 60 % až 80 %. Zdôraznil, že oproti minulosti sa jeho zdravotný stav nezlepšil takým spôsobom, aby naďalej netrpel pôvodným ochorením a bolo potrebné u neho meniť rozhodujúce zdravotné postihnutie. Práve naopak, jeho zdravotný stav sa zhoršil, o čom svedčí aj ním predložená lekárska správa. K samotným subjektívnym ťažkostiam uviedol, že u neho stále pretrvávajú veľmi vážne problémy s dýchaním, čo vyplýva z prepojenia obehovej a dýchacej sústavy. Nemôže vykonávať žiadnu fyzickú prácu, pretože pri akejkoľvek fyzickej námahe sa mu veľmi zvýši tep, takisto aj krvný tlak a vôbec nestačí s dychom. V závere výpovede zdôraznil, že na Sociálnej poisťovni priamo nenamietal zaujatosť MUDr. Kasinca a oficiálne takúto námietku nevzniesol, nemôže sa však zbaviť svojho dojmu, že MUDr. Kasinec pri posudzovaní jeho zdravotného stavu neposudzoval nezaujato, a to vzhľadom na skutočnosti, ktoré súvisia s výkonom jeho povolania advokáta. Navrhol, aby na objektívne posúdenie jeho zdravotného stavu bolo nariadené znalecké dokazovanie znalcom z odboru medicíny. 11. V doplnení lekárskej správy Sociálnej poisťovne, ústredie zo dňa 28.06.2016 vykonanej na dožiadanie súdu vzhľadom na navrhovateľom predložený lekársky nález MUDr. Mariána Ivanka, kardiológa, posudkový lekár sociálneho poistenia MUDr. Gabriela Zátrochová konštatovala, že dňa 16.05.2016 bola navrhovateľovi zaslaná výzva na predloženie kardiologického vyšetrenia z Výskumného ústavu srdcovo-cievnych chorôb Košice, ktoré mal absolvovať na doporučenie kardiológa podľa odborného vyšetrenia zo dňa 24.11.2015. Posudzované kontrolné kardiologické vyšetrenie navrhovateľ doručil dňa 24.06.2016 spolu s prepúšťacími správami z Národného ústavu tuberkulózy, pľúcnych chorôb a hrudníkovej chirurgie vo Vyšných Hágoch od 08.02.2016 do 24.02.2016 a od 11.03.2016 do 16.03.2016. Ďalej posudkový lekár konštatoval, že aktuálne doložené kardiologické vyšetrenia nedokumentujú zhoršenie zdravotného stavu. V kardiologickom vyšetrení zo dňa 24.11.2015 je v objektívnom klinickom náleze posudzovaný plne kardiopulmonálne kompenzovaný, EKG záznam je bez dynamiky oproti predchádzajúcim záznamom, na ECHOKG pretrváva zlepšená funkcia srdca, ejekčná frakcia ľavej komory bola v roku 2011 bola 38 %, toho času je 50 % až 55 %. Kardiológ verifikuje stabilizáciu zdravotného stavu s odporúčaním, že ak by v budúcnosti došlo u posudzovaného k zhoršeniu, bude vykonaná revaskularizácia. Zdravotný stav menovaného bol dňa 24.06.2015 prešetrený aj kardiológom z Výskumného ústavu srdcovo-cievnych chorôb Košice (najvyššie klinické pracovisko), ktorý jednoznačne dokumentuje, že posudzovaný je bez známok hrudníkovej angíny (angíny pectoris), stav je dlhodobo kardiopulmonálne kompenzovaný, nevyžaduje si hospitalizáciu, či iný odborný zákrok, postačujúce sú pravidelné kontroly jeden krát za polroka. Navrhovateľ bol vo februári 2016 hospitalizovaný v Národnom ústave tuberkulózy, pľúcnych chorôb a hrudníkovej chirurgie vo Vyšných Hágoch, kde bol zistený infiltrát v pravom dolnom pľúcnom poli, pri zachovaní dobrých hodnôt ventiometrických parametrov. V marci 2016 bol pre tento nález operovaný, histologickým vyšetrením nebolo zistené malígne postihnutie, bolo potvrdené iba abscesové ložisko (dutinka vyplnená hnisom) v teréne základného ochorenia sarkoidózy. Pooperačný priebeh bol bez komplikácií. Navrhovateľ pokračuje v dispenzárnej starostlivosti a liečbe pľúcneho lekára pre sarkoidózu pľúc naďalej hodnotenú ako II. štádium. Na základe týchto skutočností posudkový lekár uzavrel, že rozhodujúcim zdravotným postihnutím u navrhovateľa je stav po revaskularizačnej operácii srdca po prekonanom IM s poklesom výkonu pri stredne ťažkom zaťažení so zaradením do kapitoly IX., položka 8, písm. b/ prílohy č. 4 zákona o sociálnom poistení, s mierou poklesu schopnosti vykonávať zárobkovú činnosť 50 %, čo je horná hranica percentuálneho rozpätia s prihliadnutím na kardiologický nález z Výskumného ústavu srdcovo- cievnych chorôb, kde je zdokumentované, že posudzovaný je bez angíny pectoris. Ostatné vyššie uvedené zdravotné postihnutia spĺňajú kritéria navýšenia o 10 %, avšak z posudkového hľadiska ani jedno z nich hodnotené samostatne nedosahuje podľa zákona o sociálnom poistení vyššiu percentuálnu hodnotu ako rozhodujúce zdravotné postihnutie. Navrhovateľ bol preto uznaný invalidným s celkovou mierou poklesu schopnosti vykonávať zárobkovú činnosť 60 % naďalej. 12. Podľa § 70 ods.1 zákona č. 461/2003 Z.z. o sociálnom poistení v znení neskorších predpisov poistenec má nárok na invalidný dôchodok, ak sa stal invalidným, získal počet rokov dôchodkového poistenia uvedený v § 72 a ku dňu vzniku invalidity nespĺňa podmienky nároku na starobný dôchodok alebo mu nebol priznaný predčasný starobný dôchodok. 13. Podľa § 71 ods.1 zákona o sociálnom poistení poistenec je invalidný, ak pre dlhodobo nepriaznivý zdravotný stav má pokles schopnosti vykonávať zárobkovú činnosť o viac ako 40 % v porovnaní so zdravou fyzickou osobou. 14. Podľa § 73 ods. 2 zákona o sociálnom poistení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 ku ktorému sa pripočíta obdobie od vzniku nároku na invalidný dôchodok do dovŕšenia dôchodkového veku, a aktuálnej dôchodkovej hodnoty; § 63 ods. 1 tretia veta a štvrtá veta platia rovnako. 15. Podľa § 112 ods. 4 zákona o sociálnom poistení výplata dávky sa zastaví, uvoľní alebo sa dávka vypláca v nižšej sume alebo vo vyššej sume, ak sa zmenia skutočnosti rozhodujúce na nárok na výplatu dávky. 16. Podľa § 112 ods. 6 zákona o sociálnom poistení dávka sa odníme, zníži alebo jej výplata sa zastaví odo dňa nasledujúceho po dni, ktorým uplynulo obdobie, za ktoré sa dávka už vyplatila. 17. Z obsahu navrhovateľom podaného opravného prostriedku vyplýva, že podstatou jeho námietky v rámci súdneho prieskumu zákonnosti rozhodnutia správneho orgánu je nesúhlas s hodnotením jeho dlhodobo nepriaznivého zdravotného stavu, keď podľa navrhovateľa vzhľadom na podstatu, závažnosť a charakter jeho viacerých ochorení, pri ich komplexnom posúdení rozhodujúce zdravotné postihnutie malo byť klasifikované ako angína pectoris, zaradené do kapitoly IX, odd. A., položka 4 písm. c/ prílohy č. 4 zákona o sociálnom poistení pri percentuálnom rozpätí MPSVZČ v rozsahu 60 až 80 %, a nie tak ako bolo neprávne stanovené - stav po srdcovej operácii so zaradením do kapitoly IX, položka 8 písm. b/ prílohy č. 4 zákona o sociálnom poistení, kde percentuálne rozpätie je na nižšej úrovni, čo malo za následok zníženie jeho invalidného dôchodku. V priebehu konania pred súdom doplnil, že k neprávnej klasifikácii rozhodujúceho zdravotného postihnutia došlo podľa jeho názoru tým, že posudkový lekár sociálneho poistenia pobočky Sociálnej poisťovne v Michalovciach bol voči nemu zaujatý a to z dôvodu okolností súvisiacich s výkonom jeho povolania ako advokáta. Túto skutočnosť však v konaní pred posudkovým lekárom pri posudzovaní jeho zdravotného stavu na pobočke v Michalovciach dňa 15.01.2015 a ani neskôr na správnom orgáne nenamietal, a takúto výhradu vyslovil až v konaní pred súdom, preto súd na takúto námietku pri svojom rozhodovaní ani nemohol prihliadať. V tej súvislosti je potrebné poukázať na závery posudkovej lekárky sociálneho poistenia sociálnej poisťovne, ústredie MUDr. Gabriely Tóthovej v lekárskej správe, ktorej súčasťou je posudok zo dňa 09.06.2015, ktorá pred druhostupňovým posudkovým orgánom potvrdila správnosť záverov posudkového lekára sociálneho poistenia pobočky v Michalovciach čo do klasifikácie rozhodujúceho zdravotného postihnutia ako aj stanovenia MPSVZČ a správnosť dátumu tejto zmeny. V závere posudku výslovne uviedla, že na základe doterajšieho klinického priebehu kardiálny stav navrhovateľa hodnotí ako zlepšený a stabilizovaný, pričom v navrhovateľ v priebehu konania nezaujatosť tejto posudkovej lekárky žiadnym spôsobom nespochybňoval. 18. Navrhovateľ v priebehu konania žiadal, aby súd vzhľadom na jeho subjektívne hodnotenie zdravotného stavu, a to aj vo väzbe na namietanú neobjektívnosť, resp. zaujatosť posudkového lekára sociálnej poisťovne pobočky Michalovce, ako aj ním predloženú lekársku správu MUDr. Mariána Ivanka , kardiológa zo dňa 24.11.2015 vo veci nariadil znalecké dokazovanie znalcom z odboru medicíny, predmetom ktorého by bolo stanovenie rozhodujúceho zdravotného postihnutia a jeho zaradenia podľa prílohy č. 4 zákona o sociálnom poistení. 19. K procesnému návrhu navrhovateľa na nariadenie znaleckého dokazovania na stanovenie rozhodujúceho zdravotného postihnutia u navrhovateľa je potrebné zdôrazniť, že v konaní o preskúmanie rozhodnutí správnych orgánov sa má vykonávať dokazovanie v miere nevyhnutnej na preskúmanie napadnutého rozhodnutia, čo sa týka i vecí dôchodkového poistenia (zabezpečenia). Keď ide o nárok odvodený zo zistenia dlhodobo nepriaznivého zdravotného stavu a poklesu zárobkovej schopnosti občana, zákonom o sociálnom poistení je predpísané vykonanie dôkazu posudkom posudkového lekára. Súd tak isto rozhoduje, ktorý z navrhnutých dôkazov je potrebné vykonať. Za dôkazy nevyhnutné na preskúmanie napadnutého rozhodnutia možno považovať také dôkazy, ktoré vedú k zisteniu, či skutkový stav, ktorý tu bol v čase rozhodnutia správneho orgánu bol pre rozhodnutie správneho orgánu postačujúci. Vzhľadom na výsledky administratívneho konania , zistenie zdravotného stavu navrhovateľa jednotlivými posudkami posudkových lekárov sociálneho poistenia a to v súlade s príslušnými ustanoveniami zákona o sociálnom postení, so zohľadnením toho, že podľa nálezu kardiológa z Výskumného ústavu srdcovo cievnych chorôb v Košiciach zo dňa 24.06.2016 predloženého navrhovateľom je tento bez známok hrudníkovej angíny (angíny pectoris), v konaní nebol spochybnený záver o rozhodujúcom zdravotnom postihnutí u navrhovateľa v zmysle jeho námietky v opravnom prostriedku a preto ani nebol v konaní pred súdom dôvod na ustanovenie znalca na odborné posúdenie rozhodujúcich skutočností. 20. Vzhľadom na tieto skutočnosti súd námietku navrhovateľa o nesprávnej klasifikácii rozhodujúceho zdravotného postihnutia hodnotí ako nedôvodnú, pretože zo záverov posudkových lekárov sociálneho poistenia nesporne vyplýva, že u navrhovateľa je rozhodujúcim zdravotným postihnutím pre stanovenie jeho invalidity - choroby obehovej sústavy zaradené do kapitoly IX., položka 8 písm. b/ prílohy č. 4 zákona o sociálnom poistení kde pri rozsahu MPSVZČ od 40% do 50 % bola MPSVZČ u navrhovateľa stanovená v hornej hranici, t.j. 50 %, s tým, že za iné zdravotné postihnutia, ktoré sú uvedené vyššie v odôvodnení tohto rozhodnutia bola MPSVZČ zvýšená o 10 %, t.j. spolu 60%. Tu je potrebné zdôrazniť, že posudková lekárka sociálneho poistenia Sociálnej poisťovne, ústredie v Košiciach pri vypracovaní doplneného posudku zo dňa 28.06.2016 vychádzala aj z výsledkov vyššie označeného vyšetrenia kardiológom Výskumného ústavu srdcovo cievnych chorôb v Košiciach (najvyššie klinické pracovisko) zo dňa 24.06.2015, ktorý jednoznačne dokumentuje, že posudzovaný je bez známok hrudníkovej angíny (angíny pektoris), stav je dlhodobo kardiopulmonálne kompenzovaný, nevyžaduje si hospitalizáciu, či iný odborný zákrok, postačujú pravidelné kontroly a to jeden krát za pol roka. Za takéhoto stavu neprichádza preto do úvahy iné klasifikovanie rozhodujúceho zdravotného postihnutia u navrhovateľa. 21. V konaní predchádzajúcom vydaniu napadnutého rozhodnutia ako aj v konaní o opravnom prostriedku posudkoví lekári sociálneho poistenia na základe odborných lekárskych nálezov a vlastného vyšetrenia vyhodnotili, že navrhovateľov zdravotný stav je naďalej zhoršený na úroveň invalidity, so stanovením miery poklesu schopnosti vykonávať zárobkovú činnosť od 15.01.2015 v rozsahu 60 %. Navrhovateľ v správnom konaní a ani v konaní pred súdom objektívnymi lekárskymi správami a nálezmi nepreukázal, že jeho aktuálny zdravotný stav odôvodňuje vyššiu mieru poklesu schopnosti vykonávať zárobkovú činnosť v porovnaní so zdravou fyzickou osobou. O objektívnosti, odbornej úrovni a úplnosti záverov posudkov posudkových orgánov, ktoré boli v zásade zhodné, a to aj napriek výhrade vznesenej navrhovateľom súd nemal dôvod pochybovať. 22. Súd zvážil všetky uvedené skutočnosti a na ich základe a v súlade s citovanými zákonnými ustanoveniami podľa § 250q ods. 3 O.s.p. napadnuté rozhodnutie odporkyne zo dňa 03.02.2015, ktorým bol znížený invalidný dôchodok navrhovateľovi od 08.03.2015 na sumu 238,30 eur mesačne ako vecne správne potvrdil. 23. Náhradu trov konania súd v súlade s ustanovením § 250k ods.1 O.s.p. s použitím § 250l ods.2 O.s.p. účastníkom nepriznal, pretože navrhovateľ v tomto konaní nebol úspešný a odporkyni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https://www.kauzis.sk/judikatura/r/ECLI:SK:KSKE:2016:7015200716.4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