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8Sd/41/2015 z 18. 1. 2016</w:t>
      </w:r>
    </w:p>
    <w:p>
      <w:r>
        <w:t>Uznesenie Krajského súdu Košice z 18. januára 2016, sp. zn. 8Sd/41/2015, ECLI:SK:KSKE:2016:7015200824.2</w:t>
      </w:r>
    </w:p>
    <w:p>
      <w:r>
        <w:t>Súd: Krajský súd Košice</w:t>
      </w:r>
    </w:p>
    <w:p>
      <w:r>
        <w:t>Spisová značka: 8Sd/41/2015</w:t>
      </w:r>
    </w:p>
    <w:p>
      <w:r>
        <w:t>ECLI: ECLI:SK:KSKE:2016:7015200824.2</w:t>
      </w:r>
    </w:p>
    <w:p>
      <w:r>
        <w:t>Dátum vydania: 18.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8Sd/41/2015 Identifikačné číslo súdneho spisu: 7015200824 Dátum vydania rozhodnutia: 19. 01. 2016 Meno a priezvisko sudcu, VSÚ: JUDr. Marek Kotora ECLI: ECLI:SK:KSKE:2016:7015200824.2</w:t>
      </w:r>
    </w:p>
    <w:p>
      <w:r>
        <w:t>Uznesenie Krajský súd v Košiciach, v právnej veci navrhovateľa: U. P., nar. XX.XX.XXXX, bytom X. G. XXX, proti odporkyni: Sociálna poisťovňa, ústredie, Ul. 29. augusta č. 8, Bratislava, v konaní o invalidnom dôchodku, takto</w:t>
      </w:r>
    </w:p>
    <w:p>
      <w:r>
        <w:t>r o z h o d o l :</w:t>
      </w:r>
    </w:p>
    <w:p>
      <w:r>
        <w:t>I./ Konanie vo veci z a s t a v u j e.</w:t>
      </w:r>
    </w:p>
    <w:p>
      <w:r>
        <w:t>II./ Účastníkom konania náhradu trov konania n e p r i z n á v a.</w:t>
      </w:r>
    </w:p>
    <w:p>
      <w:r>
        <w:t>o d ô v o d n e n i e :</w:t>
      </w:r>
    </w:p>
    <w:p>
      <w:r>
        <w:t>Návrhom/opravným prostriedkom zo dňa 05.06.2015 sa navrhovateľ domáhal preskúmania rozhodnutia odporkyne č. XXX XXX XXXX X zo dňa 15.05.2015, ktorým odporkyňa podľa § 70 zákona č. 461/2003 Z.z. o sociálnom poistení (ďalej len „zákon o sociálnom poistení“) zamietla jeho žiadosť o invalidný dôchodok. V opravnom prostriedku uviedol, že žiada, aby bol zmenený dátum priznania invalidity z 01.08.2004 na 01.07.2011.</w:t>
      </w:r>
    </w:p>
    <w:p>
      <w:r>
        <w:t>Z Lekárskej správy zo dňa 07.07.2015 (č.l. 8-9 spisu) vypracovanej MUDr. G. X. súd z výroku posudku zistil, že miera poklesu schopnosti vykonávať zárobkovú činnosť u navrhovateľa bola určená na 60% s tým, že ako deň dátumu vzniku invalidity bol určený deň 01.07.2011.</w:t>
      </w:r>
    </w:p>
    <w:p>
      <w:r>
        <w:t>Odporkyňa vo svojom vyjadrení zo dňa 01.12.2015 (č.l. 26 spisu) uviedla, že na základe dodatočného zaplatenia poistného na dôchodkové poistenie bol opätovne posúdený nárok navrhovateľa na invalidný dôchodok, pričom v zmysle § 112 ods. 1 zákona o sociálnom poistení rozhodnutím č. XXX XXX XXXX X zo dňa 14.10.2015 (č.l. 29 spisu) zrušila napadnuté rozhodnutie č. XXX XXX XXXX X zo dňa 15.05.2015. Rozhodnutím č. XXX XXX XXXX X zo dňa 08.10.2015 (č.l. 27 spisu) podľa § 70 ods. 1, § 82 a § 114 ods. 1 zákona o sociálnom poistení priznala navrhovateľovi invalidný dôchodok v sume 120,60 EUR mesačne od 14.04.2012 a zároveň v zmysle § 82 a § 293ce zákona o sociálnom poistení a § 1 Opatrenia Ministerstva práce, sociálnych vecí a rodiny SR (č. 329/2012 Z.z., č. 329/2013 Z.z. a č. 295/2014 Z.z.) ustálila výšku invalidného dôchodku po zvýšení na sumu 133,70 EUR mesačne. V odôvodnení rozhodnutia uviedla, že podkladom pre vydanie daného rozhodnutia bola Lekárska správa - odborný posudok o invalidite zo dňa 07.07.2015, pričom splnenie podmienok vzniku nároku na invalidný dôchodok bolo posudzované pred vznikom invalidity, t.j. 01.07.2015.</w:t>
      </w:r>
    </w:p>
    <w:p>
      <w:r>
        <w:t>V danej veci ide o konanie podľa tretej hlavy piatej časti zákona č. 99/1963 Zb. Občiansky súdny poriadok (ďalej len „O.s.p.“) - (§ 250l a nasl. O.s.p. - Rozhodovanie o opravných prostriedkoch proti rozhodnutiam správnych orgánov).</w:t>
      </w:r>
    </w:p>
    <w:p>
      <w:r>
        <w:t>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</w:t>
      </w:r>
    </w:p>
    <w:p>
      <w:r>
        <w:t>Podľa ustanovenia § 250o O.s.p. ak správny orgán, ktorého rozhodnutie súd preskúmava vydá nové rozhodnutie, ktorým návrhu celkom vyhovie, súd uznesením konanie zastaví.</w:t>
      </w:r>
    </w:p>
    <w:p>
      <w:r>
        <w:t>V súlade s vyššie citovanými právnymi ustanoveniami a vzhľadom k tomu, že po vydaní napadnutého rozhodnutia došlo zo strany odporkyne k vydaniu nového rozhodnutia, ktorým návrhu celkom vyhovela, keďže priznala navrhovateľovi invalidný dôchodok, súd konanie zastavil.</w:t>
      </w:r>
    </w:p>
    <w:p>
      <w:r>
        <w:t>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Košiciach, a to písomne v dvoch vyhotoveniach.</w:t>
      </w:r>
    </w:p>
    <w:p>
      <w:r>
        <w:t>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https://www.kauzis.sk/judikatura/r/ECLI:SK:KSKE:2016:7015200824.2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