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2Sd/48/2015 z 29. 2. 2016</w:t>
      </w:r>
    </w:p>
    <w:p>
      <w:r>
        <w:t>Uznesenie Krajského súdu Košice z 29. februára 2016, sp. zn. 2Sd/48/2015, ECLI:SK:KSKE:2016:7015200969.2</w:t>
      </w:r>
    </w:p>
    <w:p>
      <w:r>
        <w:t>Súd: Krajský súd Košice</w:t>
      </w:r>
    </w:p>
    <w:p>
      <w:r>
        <w:t>Spisová značka: 2Sd/48/2015</w:t>
      </w:r>
    </w:p>
    <w:p>
      <w:r>
        <w:t>ECLI: ECLI:SK:KSKE:2016:7015200969.2</w:t>
      </w:r>
    </w:p>
    <w:p>
      <w:r>
        <w:t>Dátum vydania: 29.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2Sd/48/2015 Identifikačné číslo súdneho spisu: 7015200969 Dátum vydania rozhodnutia: 01. 03. 2016 Meno a priezvisko sudcu, VSÚ: JUDr. Eva Baranová ECLI: ECLI:SK:KSKE:2016:7015200969.2 Uznesenie Krajský súd v Košiciach v právnej veci navrhovateľky Q.. X. Y., bývajúcej vo B., Ľ.. Š. XXX/XX, proti odporcovi Sociálnej poisťovni, ústredie, Bratislava, Ul. 29. augusta 8, o invalidný dôchodok, takto r o z h o d o l : Konanie z a s t a v u j e . Žiaden z účastníkov nemá právo na náhradu trov konania. o d ô v o d n e n i e : Navrhovateľka podala návrh na preskúmanie rozhodnutia odporcu z 24.04.2015 č. XXX XXX XXXX X a žiadala prehodnotiť dátum vzniku invalidity pred rok 2015. Po podaní opravného prostriedku bol opätovne prehodnotený zdravotný stav navrhovateľky a posudkový lekár Sociálnej poisťovne, ústredie, pracovisko Košice v posudku zo 14.01.2016 stanovil dátum vzniku invalidity u navrhovateľky deň 21.02.2011. Navrhovateľka po oboznámení sa s týmto posudkom vzala návrh na preskúmanie rozhodnutia odporcu späť. Podľa § 250h ods.2 O.s.p. až do rozhodnutia súdu môže žalobca vziať žalobu späť. Podľa § 250d ods.3 O.s.p. súd uznesením konanie zastaví, ak žaloba bola vzatá späť (§ 250h ods.2 O.s.p.). Podľa § 250l ods.2 O.s.p. pokiaľ v tejto hlave nie je ustanovené inak, použije sa primerane ustanovenie druhej hlavy s výnimkou § 250a. Pretože navrhovateľka vzala svoj návrh späť, bolo potrebné v zmysle citovaných ustanovení Občianskeho súdneho poriadku konanie zastaviť. Výrok o trovách konania sa opiera o ustanovenie § 148 ods.1 písm.c) O.s.p. s použitím § 246c ods.1 a § 250l ods.2 O.s.p. Poučenie: Proti tomuto uzneseniu je prípustné odvolanie v lehote 15 dní odo dňa jeho doručenia na Najvyšší súd Slovenskej republiky v Bratislave, prostredníctvom Krajského súdu v Košiciach, a to písomne v dvoch vyhotoveniach. V odvolaní sa má popri všeobecných náležitostiach (§ 42 ods.3) uviesť, proti ktorému rozhodnutiu smeruje, v akom rozsahu sa napáda, v čom sa toto rozhodnutie alebo postup súdu považuje za nesprávny, a čoho sa odvolateľ domáha.</w:t>
      </w:r>
    </w:p>
    <w:p/>
    <w:p>
      <w:r>
        <w:t>Zdroj: KAUZIS.SK – https://www.kauzis.sk/judikatura/r/ECLI:SK:KSKE:2016:7015200969.2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