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3Sd/49/2015 z 1. 3. 2016</w:t>
      </w:r>
    </w:p>
    <w:p>
      <w:r>
        <w:t>Rozsudok Krajského súdu Košice z 1. marca 2016, sp. zn. 3Sd/49/2015, ECLI:SK:KSKE:2016:7015201005.3</w:t>
      </w:r>
    </w:p>
    <w:p>
      <w:r>
        <w:t>Súd: Krajský súd Košice</w:t>
      </w:r>
    </w:p>
    <w:p>
      <w:r>
        <w:t>Spisová značka: 3Sd/49/2015</w:t>
      </w:r>
    </w:p>
    <w:p>
      <w:r>
        <w:t>ECLI: ECLI:SK:KSKE:2016:7015201005.3</w:t>
      </w:r>
    </w:p>
    <w:p>
      <w:r>
        <w:t>Dátum vydania: 1. 3. 2016</w:t>
      </w:r>
    </w:p>
    <w:p>
      <w:r>
        <w:t>Forma: Rozsudok</w:t>
      </w:r>
    </w:p>
    <w:p>
      <w:r>
        <w:t>Oblasť práva: Správne právo</w:t>
      </w:r>
    </w:p>
    <w:p>
      <w:pPr>
        <w:pStyle w:val="Heading2"/>
      </w:pPr>
      <w:r>
        <w:t>Text rozhodnutia</w:t>
      </w:r>
    </w:p>
    <w:p>
      <w:r>
        <w:t>Súd: Krajský súd Košice Spisová značka: 3Sd/49/2015 Identifikačné číslo súdneho spisu: 7015201005 Dátum vydania rozhodnutia: 02. 03. 2016 Meno a priezvisko sudcu, VSÚ: JUDr. Valéria Mihalčínová ECLI: ECLI:SK:KSKE:2016:7015201005.3 ROZSUDOK V MENE SLOVENSKEJ REPUBLIKY Krajský súd v Košiciach, samosudkyňou JUDr. Valériou Mihalčinovou, v právnej veci navrhovateľa: Q. S. B. Q. P. T. G. E., bytom Ž. XXX/XX, E. - Š., korešpondenčná adresa: Ú. - C.R. XX, XXX XX K., Česká republika, proti odporkyni: Sociálna poisťovňa, ústredie, ul. 29. augusta č. 8, Bratislava, o invalidný dôchodok, takto r o z h o d o l : P o t v r d z u j e rozhodnutie odporkyne zo dňa 03. júla 2015 č. XXX XXX XXXX X. Účastníkom náhradu trov konania n e p r i z n á v a. o d ô v o d n e n i e : Preskúmavaným rozhodnutím odporkyňa podľa § 73, § 112 ods. 4 a 6 a § 82 zákona č. 461/2003 Z. z. o sociálnom poistení v znení neskorších predpisov (ďalej len „zákon o sociálnom poistení“) znížila navrhovateľovi sumu invalidného dôchodku od 01. augusta 2015 na 72,90 Eur mesačne, pretože podľa záveru posudkového lekára sociálneho poistenia Sociálnej poisťovne, pobočka Košice z 22.06.2015 navrhovateľ má pokles schopnosti vykonávať zárobkovú činnosť na 45 %. Proti tomuto rozhodnutiu podal včas opravný prostriedok navrhovateľ. Žiadal, aby invalidný dôchodok mu bol vypočítaný správne a poukázal na to, že v roku 2012 mu bol vypočítaný invalidný dôchodok 240,07085483 Eur mesačne a z tejto sumy mu bol skrátený na 143,00 Eur mesačne. Preto, ak mu bol invalidný dôchodok vypočítaný zo sumy 240,07085483 Eur mesačne a následne skrátený na 143,00 Eur mesačne, potom nie je možné, že v rozhodnutí z 03.07.2015 sa používa ako vychádzajúca suma pre výpočet invalidného dôchodku len 117,58598679 Eur mesačne a z tejto sumy je krátený na 70,10 Eur mesačne. Takto znížený dôchodok je veľmi drastický, nepostačuje pre jeho existenciu, pretože síce pracuje na polovičný úväzok, ale čistý príjem po odpočítaní nákladov na dopravu do práce je len 2.900,00 Kč. Po roku 1989 bola infraštruktúra dopravy ľudí prostredníctvom verejných dopravných prostriedkov zničená, je nútený do práce používať osobné motorové vozidlo, pretože pracovné príležitosti v blízkosti jeho bydliska po roku 1989 boli zničené a nemá možnosť nájsť si inú prácu, iba za prácou dochádzať. V podaní z 12.11.2015 uviedol, aby súd rozhodol tak, že môže vykonávať zárobkovú činnosť iba v rozsahu 70 % a invalidný dôchodok má mu byť vyplácaný v pôvodnej výške. Odporkyňa v písomnom vyjadrení, ako aj na pojednávaní navrhla preskúmavané rozhodnutie ako vecne správne potvrdiť. Uviedla, že navrhovateľovi právoplatným rozhodnutím č. XXX XXX XXXX X zo 16.08.2013 bol podľa § 70 ods. 1 a § 82 zákona o sociálnom poistení a podľa článku 52 ods. 1 písm. b) nariadenia (ES) Európskeho parlamentu a Rady č. 883/2004 o koordinácii systémov sociálneho zabezpečenia od 24.10.2012 priznaný invalidný dôchodok v sume 147,80 Eur mesačne. Podľa posudku posudkového lekára z 15.01.2013 bol navrhovateľ uznaný za invalidného z dôvodu, že mal pokles schopnosti vykonávať zárobkovú činnosť o viac ako 70 % v porovnaní so zdravou fyzickou osobou. Podľa posudku posudkového lekára z 22.06.2015, ktorý bol vypracovaný na základe kontrolnej lekárskej prehliadky navrhovateľ už nie je invalidný podľa § 71 ods. 1 zákona o sociálnom poistení s mierou poklesu schopnosti vykonávať zárobkovú činnosť 75 % v porovnaní so zdravou fyzickou osobou, ale od 22.06.2015 je invalidný s mierou poklesu schopnosti vykonávať zárobkovú činnosť 45 % v porovnaní so zdravou fyzickou osobou. Keďže došlo u navrhovateľa k zmene rozhodujúcich skutočnosti pre nárok na výplatu invalidného dôchodku tým, že došlo k zníženiu miery poklesu schopnosti vykonávať zárobkovú činnosť, bol mu aj invalidný dôchodok znížený. Suma invalidného dôchodku bola určená ako súčin priemerného osobného mzdového bodu 0,7266 x 33,6521 rokov obdobia dôchodkového poistenia, spolu s pripočítaným obdobím x aktuálna dôchodková hodnota 10,6865 x 45 %, percentuálny pokles schopnosti vykonávať zárobkovú činnosť = 117,58598675 Eur mesačne. Z tejto sumy je čiastkový invalidný dôchodok podiel, ktorý zodpovedá pomeru obdobia dôchodkového poistenia získaného podľa právnych predpisov Slovenskej republiky k úhrnu dôb zhodnotených na nárok na teoretickú sumu invalidného dôchodku. Z celkovej doby 8 059 dní (na účely výpočtu dôchodku je 22 rokov 0795 rokov obdobia dôchodkového poistenia) zhodnotenej na nárok na teoretickú sumu dôchodku, navrhovateľ podľa právnych predpisov Slovenskej republiky získal 4 799 dní (na účely výpočtu dôchodku je to 13,1480 rokov obdobia dôchodkového poistenia). Koeficient na určenie sumy čiastkového invalidného dôchodku v hodnote 0,59548449 sa určí ako podiel dôb obdobia získaného podľa právnych predpisov Slovenskej republiky a úhrnom dôb zhodnotených na nárok na teoretickú sumu invalidného dôchodku. Invalidný dôchodok v sume 117,58598679 Eur sa kráti v pomere 13,1480 rokov v Slovenskej republike 22,0795 rokov úhrnom = 0,59548449 na sumu 70,10 Eur mesačne. K sume invalidného dôchodku navrhovateľovi patrí zvýšenie o pevnú sumu 2,80 Eur mesačne, ktorá patrila k doteraz vyplácanému invalidnému dôchodku podľa § 82 zákona o sociálnom poistení, takže suma invalidného dôchodku je 70,10 Eur + 2,80 Eur = 77,90 Eur mesačne. Súd v konaní podľa § 250l a nasl. O. s. p. na nariadenom pojednávaní preskúmal napadnuté rozhodnutie odporkyne, oboznámil sa s opravným prostriedkom navrhovateľa, jeho ďalšími písomnými podaniami, písomným vyjadrením aj doplňujúcim odporkyne, pripojeným posudkovým spisom (zdravotná dokumentácia navrhovateľa), dávkovým spisom odporkyne, lekárskou správou posudkovej lekárky Sociálnej poisťovne, ústredie, vysunuté pracovisko Košice z 15.10.2015 a 18.01.2016 a dospel k záveru, že opravný prostriedok navrhovateľa nie je dôvodný. Z pripojených administratívnych spisov súd zistil, že navrhovateľ od 17.09.2012 bol uznaný invalidným s mierou poklesu schopnosti vykonávať zárobkovú činnosť 75 % pre rozhodujúce zdravotné postihnutie choroby dýchacej sústavy. Kontrolná lekárska prehliadka bola určená na január 2015. Na základe určenej kontrolnej lekárskej prehliadky zdravotný stav navrhovateľa dňa 22.06.2015 posúdil posudkový lekár Sociálnej poisťovne, pobočka Košice a na základe pľúcnych vyšetrení dospel k záveru, že navrhovateľ je naďalej invalidný pre rozhodujúce zdravotné postihnutie choroby dýchacej sústavy s mierou poklesu schopnosti vykonávať zárobkovú činnosť podľa kapitoly VIII, oddiel B, položka 5, písm. c) v rozsahu 45 % a uviedol, že navrhovateľ po operácii absolvoval dva cykly chemoterapie. Podľa kontrol z pľúcneho vyšetrenia v mesačných intervaloch vyplýva, že je bez známok recidívy, nález na skiagrame stacionárny, bez známok progresie a bez nových ložísk, z ktorého dôvodu došlo aj k zmene miery poklesu schopnosti vykonávať zárobkovú činnosť zo 75 % na 45 % od 22.06.2015. Kontrolnú lekársku prehliadku neurčil. Na tomto závere posudkový lekár zotrval aj dňa 05.10.2015. Po podaní opravného prostriedku v súdnom konaní zdravotný stav navrhovateľa na základe nariadenej kontrolnej lekárskej prehliadky posudzovala aj posudková lekárka Sociálnej poisťovne, ústredie, vysunuté pracovisko Košice a v lekárskej správe z 15.10.2015 konštatuje, že aktuálne doložené kontrolné pľúcne vyšetrenia v priebehu roku 2014 a 2015 dokumentujú stabilizáciu onkologického ochorenia bez známok recidívy. Na základe dlhodobej stabilizácie zdravotného stavu rozhodujúce zdravotné postihnutie choroby dýchacej sústavy (zhubný nádor pľúc) zaradila zhodne ako posudkový lekár v správnom konaní do kapitoly VIII, oddiel B, položka 5, písm. c) s mierou poklesu schopnosti vykonávať zárobkovú činnosť 45 %. Táto posudková lekárka dňa 18.01.2016 ešte zhodnotila aj lekárske vyšetrenia odborné z pľúcneho vyšetrenia z 21.09.2015, kontrolné onkologické vyšetrenia z 21.09.2015, 26.11.2015, 17.12.2015 a 07.01.2016. V celkovom posudku uviedla, že aktuálne doložené odborné onkologické vyšetrenia nedokumentujú zhoršenie zdravotného stavu oproti jej posúdeniu z 15.10.2015, naďalej svedčia o kompletnej remísii onkologického ochorenia a zotrvala na tom, že u rozhodujúceho zdravotného postihnutia navrhovateľa podľa prílohy č. 4 k zákonu o sociálnom poistení je miera poklesu schopnosti vykonávať zárobkovú činnosť 45 %. Ani pri tomto posúdení zdravotného stavu navrhovateľa nebola určená kontrolná lekárska prehliadka. Podľa § 71 ods. 10 zákona o sociálnom poistení dlhodobo nepriaznivý zdravotný stav na účely invalidity sa posúdi opätovne, ak sa predpokladá zmena vo vývoji zdravotného stavu a zmena schopnosti vykonávať zárobkovú činnosť. Podľa § 153 ods. 6 zákona o sociálnom poistení posudkový lekár posudzuje na účely sociálneho poistenia pri kontrolných lekárskych prehliadkach zdravotný stav, schopnosť vykonávať zárobkovú činnosť a pracovnú schopnosť poistenca a poškodeného a) v lehote určenej pri predchádzajúcom posúdení alebo aj skôr, ak zistí posudkovo významné skutočnosti, ktoré odôvodňujú vykonanie kontrolnej lekárskej prehliadky, b) na podnet inej fyzickej osoby alebo právnickej osoby Ako v danom prípade bolo zistené, navrhovateľ bol uznaný invalidným od 17.09.2012 s mierou poklesu schopnosti vykonávať zárobkovú činnosť pre rozhodujúce zdravotné postihnutie v rozsahu 75 %. Na základe tohto posúdenia zdravotného stavu na účely invalidity odporkyňa rozhodnutím zo 16.08.2013 č. XXX XXX XXXX X priznala navrhovateľovi invalidný dôchodok v sume 147,80 Eur mesačne a po zvýšení podľa § 82 a § 293ce zákona o sociálnom poistení na 153,90 Eur mesačne. V odôvodnení rozhodnutia bolo uvedené, že navrhovateľovi nárok na invalidný dôchodok vznikol len s prihliadnutím na doby poistenia získané podľa právnych predpisov Českej republiky v rozsahu 3 260 dní, sumu invalidného dôchodku je potrebné podľa článku 52 ods. 1 nariadenia (ES) Európskeho parlamentu a Rady č. 883/2004 určiť ako časť teoretickej sumy dôchodku, ktorá zodpovedá pomeru medzi dĺžkou obdobia dôchodkového poistenia získaného podľa právnych predpisov Slovenskej republiky a celkovou dobou poistenia získanou aj podľa právnych predpisov Českej republiky. Teoretická suma invalidného dôchodku je súčin priemerného osobného mzdového bodu obdobia dôchodkového poistenia vyjadreného v rokoch, vrátane pripočítaného obdobia a aktuálnej dôchodkovej hodnoty. Po vykonaní kontrolnej lekárskej prehliadky posudkovými lekármi a záverov posudkových lekárov, ktorí zhodne dospeli k záveru, že u navrhovateľa od 22.06.2015 došlo k zmene miery poklesu schopnosti vykonávať zárobkovú činnosť v dôsledku stabilizácie onkologického ochorenia bez známok recidívy a to zo 75 % na 45 %. Pretože u navrhovateľa došlo k zníženiu miery poklesu schopnosti vykonávať zárobkovú činnosť, bolo potrebné nanovo vypočítať výšku invalidného dôchodku. Suma invalidného dôchodku bola určená ako súčin priemerného osobného mzdového bodu obdobia dôchodkového poistenia spolu s pripočítaným obdobím tak, ako to bolo uvedené už v rozhodnutí zo dňa 16.08.2013 č.XXX XXX XXXX X, kedy navrhovateľ bol uznaný invalidný a bol mu určený invalidný dôchodok od 17.09.2012 a aktuálnej dôchodkovej hodnoty a percentuálneho poklesu schopnosti vykonávať zárobkovú činnosť. Priemerný osobný mzdový bod u navrhovateľa bol určený 0,7266 x 33,6521 rokov obdobia dôchodkového poistenia, spolu s pripočítaným obdobím x aktuálna dôchodková hodnota ku dňu zníženia invalidného dôchodku, t. j. 22. júna 2015 = 10,6865 x 45 % miera poklesu schopnosti vykonávať zárobkovú činnosť = 117,58598679 Eur mesačne. Z tejto sumy je však potrebné vypočítať čiastkový invalidný dôchodok, ktorý zodpovedá pomeru obdobia dôchodkového poistenia získaného podľa právnych predpisov Slovenskej republiky, k úhrnu dôb zhodnotených na nárok a teoretickú sumu invalidného dôchodku. Z celkovej doby 8 059 dní na účely výpočtu dôchodku je to 22,0795 rokov obdobia dôchodkového poistenia a teoretickú sumu dôchodku podľa právnych predpisov Slovenskej republiky získal 4 799 dní (na účely výpočtu dôchodku je to 13,1480 rokov obdobia dôchodkového poistenia). Koeficient na určenie sumy čiastkového invalidného dôchodku v hodnote 0,59548449 sa určil ako podiel dôb obdobia získaného podľa právnych predpisov Slovenskej republiky a úhrnu dôb zhodnotených na nárok a teoretickú sumu invalidného dôchodku. Preto invalidný dôchodok vypočítaný v sume 117,58598675 sa kráti v pomere 13,1480 rokov Slovenskej republiky/22,0795 rokov úhrnom = 0,59548449 na sumu 70,10 Eur mesačne. K takto vypočítanému zníženému invalidnému dôchodku od 22.06.2015 navrhovateľovi patrí zvýšenie o 2,80 Eur mesačne, ktorá patrila k doteraz vyplácanému invalidnému dôchodku podľa § 82 zákona o sociálnom poistení, takže suma invalidného dôchodku ku dňu zníženia miery poklesu schopnosti vykonávať zárobkovú činnosť je 70,10 Eur + 2,80 Eur = 72,90 Eur mesačne. K námietke navrhovateľa ohľadne posúdenia zdravotného stavu na účely invalidity treba uviesť, že zdravotný stav navrhovateľa ako v správnom, tak aj v súdnom konaní posudzovali posudkoví lekári sociálnej poisťovne na základe ním absolvovaných a predložených odborných lekárskych nálezov. Súd má za to, že podané lekárske posudky posudkových lekárov sú úplné, objektívne a presvedčivo zdôvodňujúce záver, že zdravotný stav navrhovateľa od 22. júna 2015 nespôsobuje viac ako 45 % -tný pokles schopnosti vykonávať zárobkovú činnosť. Námietky navrhovateľa ohľadne určenej sumy invalidného dôchodku nie sú opodstatnené, pretože navrhovateľ na základe právoplatného rozhodnutia odporkyne zo 16.08.2013 č. XXX XXX XXXX X mal priznaný invalidný dôchodok od 24.10.2012 v sume 147,80 Eur mesačne pri stanovenej miere poklesu schopnosti vykonávať zárobkovú činnosť 75 %. Takto priznaný invalidný dôchodok v nasledujúcich rokoch sa mu zvyšoval v súlade s ustanovením § 82 zákona o sociálnom poistení. Preto nie je pravdou, že v roku 2012 bol navrhovateľovi vypočítaný invalidný dôchodok vo výške 240,07085483 Eur mesačne a bol mu vyplácaný v sume 143,00 Eur mesačne. Je pravdou, že podľa preskúmavaného rozhodnutia invalidný dôchodok navrhovateľovi bol vypočítaný na sumu 117,58598679 Eur mesačne. Navrhovateľovi však patrí čiastkový invalidný dôchodok, ktorý sa mu kráti v pomere 13,1480 rokov dôchodkového poistenia v Slovenskej republike/22,0795 celkových rokov dôchodkového poistenia = 0,59548449, a preto sa suma vypočítaného invalidného dôchodku znížila na sumu 70,10 Eur mesačne. K tejto sume navrhovateľovi patrí zvýšenie aké mu patrilo v roku 2015 k invalidnému dôchodku, t. j. 2,80 Eur mesačne, preto celková suma invalidného dôchodku je 72,90 Eur mesačne. Zo žiadneho predpisu, ale predovšetkým zo zákona o sociálnom poistení nevyplýva, aby pri určovaní sumy invalidného dôchodku sa má prihliadať na iné skutočnosti ako sú stanovené v zákone, a preto ani nie je možné u navrhovateľa zohľadniť to, že pracuje na čiastočný úväzok, do práce dochádza s čím má výdavky. Na základe uvedených skutočností súd dospel k záveru, že rozhodnutie odporkyne bolo vydané v súlade so zákonom o sociálnom poistení, ako aj jej postup pri výpočte invalidného dôchodku bol v súlade so zákonom o sociálnom poistení, a preto súd preskúmavané rozhodnutie podľa § 250q ods. 2 O. s. p. potvrdil. O trovách konania súd rozhodol podľa § 250l ods. 2 v spojení s § 250k ods. 1 O. s. p. a účastníkom náhradu trov konania nepriznal, lebo navrhovateľ v konaní úspešný nebol a odporkyňa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https://www.kauzis.sk/judikatura/r/ECLI:SK:KSKE:2016:7015201005.3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