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8Sd/50/2015 z 22. 2. 2016</w:t>
      </w:r>
    </w:p>
    <w:p>
      <w:r>
        <w:t>Rozsudok Krajského súdu Košice z 22. februára 2016, sp. zn. 8Sd/50/2015, ECLI:SK:KSKE:2016:7015201023.2</w:t>
      </w:r>
    </w:p>
    <w:p>
      <w:r>
        <w:t>Súd: Krajský súd Košice</w:t>
      </w:r>
    </w:p>
    <w:p>
      <w:r>
        <w:t>Spisová značka: 8Sd/50/2015</w:t>
      </w:r>
    </w:p>
    <w:p>
      <w:r>
        <w:t>ECLI: ECLI:SK:KSKE:2016:7015201023.2</w:t>
      </w:r>
    </w:p>
    <w:p>
      <w:r>
        <w:t>Dátum vydania: 22. 2. 2016</w:t>
      </w:r>
    </w:p>
    <w:p>
      <w:r>
        <w:t>Forma: Rozsudok</w:t>
      </w:r>
    </w:p>
    <w:p>
      <w:r>
        <w:t>Oblasť práva: Správne právo</w:t>
      </w:r>
    </w:p>
    <w:p>
      <w:pPr>
        <w:pStyle w:val="Heading2"/>
      </w:pPr>
      <w:r>
        <w:t>Text rozhodnutia</w:t>
      </w:r>
    </w:p>
    <w:p>
      <w:r>
        <w:t>Súd: Krajský súd Košice Spisová značka: 8Sd/50/2015 Identifikačné číslo súdneho spisu: 7015201023 Dátum vydania rozhodnutia: 23. 02. 2016 Meno a priezvisko sudcu, VSÚ: JUDr. Marek Kotora ECLI: ECLI:SK:KSKE:2016:7015201023.2 ROZSUDOK V MENE SLOVENSKEJ REPUBLIKY Krajský súd v Košiciach, samosudcom JUDr. Marekom Kotorom, v právnej veci navrhovateľa: X. S., nar. XX.XX.XXXX, bytom D. XX, Q., proti odporkyni: Sociálna poisťovňa, ústredie, Ul. 29. augusta 8, Bratislava, v konaní o invalidnom dôchodku, takto r o z h o d o l : I./ P o t v r d z u j e rozhodnutie odporkyne č. XXX XXX XXXX X zo dňa 15.04.2015. II./ Účastníkom konania náhradu trov konania n e p r i z n á v a. o d ô v o d n e n i e : Navrhovateľ sa návrhom zo dňa 19.05.2015 (č.l. 1 spisu) domáhal preskúmania rozhodnutia odporkyne č. XXX XXX XXXX X zo dňa 15.04.2015. Uviedol, že nesúhlasí s rozhodnutím odporkyne o znížení jeho invalidného dôchodku, nakoľko má za to, že jeho zdravotný stav sa od priznania invalidity nezmenil, nedošlo k jeho zlepšeniu a preto žiadal o priznanie invalidného dôchodku nad 70%. Rozhodnutím č. XXX XXX XXXX X zo dňa 15.04.2015 (č.l. 3 spisu) odporkyňa podľa § 73, § 112 ods. 4 a 6 a § 82 zákona č. 461/2003 Z. z. o sociálnom poistení v znení neskorších predpisov (ďalej len „zákon o sociálnom poistení“ resp. „ZoSP“) znížila navrhovateľovi sumu invalidného dôchodku od 12.05.2015 na 135,30 Eur mesačne. V odôvodnení svojho rozhodnutia uviedla, že navrhovateľ má pokles schopnosti vykonávať zárobkovú činnosť od 11.02.2015 vo výške 60%, ktoré bolo stanovené na základe posudku vypracovaného posudkovým lekárom sociálneho poistenia Sociálnej poisťovne, pobočka Q. v lekárskej správe zo dňa 11.02.2015. Dodala, že záver posudkového lekára sociálneho poistenia vychádzal zo skutočností, ktoré boli preukázané počas konania o zmene sumy invalidného dôchodku. Ak by v budúcnosti došlo k zhoršeniu jeho zdravotného stavu, ktoré by odôvodňovalo stanovenie vyššej miery poklesu schopnosti vykonávať zárobkovú činnosť alebo zmenu rozhodujúceho zdravotného postihnutia, môže požiadať o opätovné posúdenie svojej invalidity a zvýšenie sumy invalidného dôchodku. V ďalšom poukazovala na výpočet sumy invalidného dôchodku určenej podľa § 73 ods. 2 zákona o sociálnom poistení. Rovnako uviedla, že nárok na invalidný dôchodok mu vznikol dňa 05.06.2012 a spôsob výpočtu hodnoty priemerného osobného mzdového bodu a rokov obdobia dôchodkového poistenia spolu s pripočítaným obdobím bol podrobne vysvetlený v ich rozhodnutí o priznaní invalidného dôchodku č. XXX XXX XXXX z 15.01.2013. V ďalšom uviedla, ako dospela k výpočtu výšky invalidného dôchodky na sumu 135,30 Eur mesačne. Rozhodnutím č. XXX XXX XXXX X zo dňa 15.04.2013 (nachádzajúcom sa v administratívnom spise odporkyne) odporkyňa podľa § 71 ods. 1 a § 82 zákona č. 461/2003 Z. z. o sociálnom poistení v znení neskorších predpisov priznala navrhovateľovi invalidný dôchodok od 05.06.2012 v sume 206,80 Eur mesačne, ktorý po zvýšení v zmysle § 82 a § 293ce zákona o sociálnom poistení a § 1 Opatrenia Ministerstva práce, sociálnych vecí a rodiny Slovenskej republiky č. 320/2012 bol určený od 01.01.2013 na sumu 216,90 Eur mesačne. Z Lekárskej správy zo dňa 11.02.2015 (nachádzajúcej sa v administratívnom spise odporkyne), vypracovanej posudkovým lekárom sociálneho poistenia pobočka Q., MUDr. N. M., ktorá bola podkladom napadnutého rozhodnutia, súd z výroku posudku zistil, že navrhovateľ je naďalej invalidný podľa § 71 ods. 1 zákona č. 461/2003 Z. z. o sociálnom poistení, lebo pre dlhodobo nepriaznivý zdravotný stav má pokles schopnosti vykonávať zárobkovú činnosť o viac ako 40% v porovnaní so zdravou fyzickou osobou. Miera poklesu schopnosti vykonávať zárobkovú činnosť (ďalej len „MPSVZČ“) v percentách nie je už 75%, ale je 60%. Miera poklesu schopnosti vykonávať zárobkovú činnosť v percentách bola určená na 60% s dátumom zmeny miery poklesu schopnosti vykonávať zárobkovú činnosť dňom 11.02.2015. Za Rozhodujúce zdravotné postihnutie vo výške 60% bola určená Transplantácia obličky s mierne redukovanou funkciou vštepu počas imuno-supresívnej liečby - Kapitola XI, oddiel A, položka 8, písmeno b) v rozmedzí od 30 do 60%, pričom zvýšenie percentuálnej miery, vzhľadom na iné zdravotné postihnutia, určené nebolo. Posudkový lekár pri vypracovaní posudku vychádzal z chorôb - Transplantácia obličky s mierne redukovanou funkciou vštepu počas imuno-supresívnej liečby (diagnóza Z94), Chronickej glomenulonefritídy histologicky nešpecifikovanej, Sekundárnej hypertenzie a Sekundárneho hyperurikemického syndrómu. Z posudkovej časti súd zistil, že posudkový lekár informoval navrhovateľa o dátume zmeny stupňa invalidity, ktorý určil na deň 11.02.2015 a dátum kontrolnej lekárskej prehliadky na január 2017, kedy je reálny predpoklad zmeny zdravotného stavu a z tohto vyplývajúcej možnej zmeny stupňa invalidity. V posudkovej časti uviedol, že 51-ročný stredoškolák bol v minulosti invalidizovaný pre závažné poškodenie obličiek, pričom v roku 2013 sa podrobil transplantácii obličky. V pooperačnom období pretrváva mierne redukovaná funkcia vštepu a pri zhodnotení veku funkcie obličiek, ako aj priaznivú odozvu vštepu, je MPSVZČ na hornej hranici rozpätia, t.j. 60%. Z Lekárskej správy zo dňa 01.07.2015 (č.l. 4-5 spisu), vypracovanej posudkovým lekárom sociálneho poistenia pobočka Q., MUDr. N. M., po podaní opravného prostriedku, súd z výroku posudku zistil, že navrhovateľ je invalidný podľa § 71 ods. 1 zákona č. 461/2003 Z. z. o sociálnom poistení, lebo pre dlhodobo nepriaznivý zdravotný stav má pokles schopnosti vykonávať zárobkovú činnosť o viac ako 40% v porovnaní so zdravou fyzickou osobou. Miera poklesu schopnosti vykonávať zárobkovú činnosť v percentách bola určená na 60% s tým, že invalidita trvá naďalej. Za Rozhodujúce zdravotné postihnutie vo výške 60% bola určená Transplantácia obličky s mierne redukovanou funkciou vštepu počas imuno-supresívnej liečby - Kapitola XI, oddiel A, položka 8, písmeno b) v rozmedzí od 30 do 60% vzhľadom na chorobu Transplantácia obličky s mierne redukovanou funkciou vštepu počas imuno-supresívnej liečby (diagnóza Z94). Zvýšenie percentuálnej miery vzhľadom na iné zdravotné postihnutia (Chronická glomenulonefritída histologicky nešpecifikovaná, Sekundárna hypertenzia, Sekundárny hyperurikemický syndróm), určené nebolo. Z celkového posudku súd zistil, že navrhovateľ bol v minulosti invalidizovaný pre závažné poškodenie obličiek, pričom v roku 2013 sa podrobil transplantácii obličky. V pooperačnom období pretrváva mierne redukovaná funkcia vštepu a pri zhodnotení veku funkcií obličiek, ako aj priaznivú odozvu vštepu, je miera poklesu schopnosti vykonávať zárobkovú činnosť na hornej hranici rozpätia, t.j. 60%. * Zo spisového materiálu, konkrétne z listiny datovanej v Q. dňa 25.08.2015 adresovanej navrhovateľom odporkyni (č.l. 8 spisu), ktorá bola odporkyni doručená dňa 28.08.2015 vyplýva, že navrhovateľ považuje svoju žiadosť o ústne prejednanie posúdenia svojej invalidity za bezpredmetné. Odporkyňa takisto podaním zo dňa 25.09.2015 (č.l. 12 spisu) oznámila súdu, že z posudku posudkového lekára zo dňa 19.08.2015 vyplýva, že navrhovateľ telefonicky oznámil, že na predvolanie sa nedostaví a na opravnom prostriedku netrvá, pričom odporkyňa proti späťvzatiu návrhu na preskúmanie rozhodnutia nemá námietky. Vzhľadom na dané podanie navrhovateľa (adresované nie súdu, ale odporkyni), súd vyzval navrhovateľa podaním zo dňa 19.10.2015, ako aj podaním zo dňa 10.11.2015 a podaním zo dňa 21.01.2016, aby sa vyjadril, či zotrváva na podanom opravnom prostriedku, respektíve či tento berie späť, nakoľko oznámil Sociálnej poisťovni, ústredie, že na podanom opravnom prostriedku netrvá, avšak daná skutočnosť musí byť z hľadiska procesno-právneho oznámená súdu. Keďže navrhovateľ na výzvy súdu nereagoval, súd vo veci nariadil pojednávanie na deň 23.02.2016, na ktorom vzhľadom na neprítomnosť navrhovateľa vec prejednal v súlade s § 250g ods. 2 O. s. p. v jeho neprítomnosti. § Súd v konaní podľa § 250l a nasl. O. s. p. po preskúmaní napadnutého rozhodnutia, oboznámení sa s dávkovým spisom odporkyne dospel k záveru, že opravný prostriedok navrhovateľa zo dňa 19.05.2015 nie je dôvodný.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v porovnaní so zdravou fyzickou osobou. Podľa § 73 ods. 2 zákona o sociálnom poistení,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V zmysle Prílohy č. 4 (Percentuálna miera poklesu zárobkovej činnosti podľa druhu zdravotného postihnutia orgánov a systémov) zákona č. 461/2003 Z.z. o sociálnom poistení - Kapitola XI. (CHOROBY MOČOVEJ SÚSTAVY), oddiel A (Postihnutia obličiek), položka 8 (Stav po transplantácii obličky), písmeno b) (Po stabilizácii zdravotného stavu s prihliadnutím na pretrvávajúcu funkčnú poruchu a prípadné komplikácie) je uvedené percentuálne rozpätie 30 - 60%.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 71 ods. 4, 5, 6 a 7 zákona č. 461/2003 Z.z. o sociálnom poistení). Lekársku posudkovú činnosť pri výkone dôchodkového poistenia vykonáva s účinnosťou od 01.01.2004 posudkový lekár sociálneho poistenia príslušnej pobočky a posudkový lekár sociálneho poistenia ústredia. Posudkový lekár posudzuje na účely sociálneho poistenia pri kontrolných lekárskych prehliadkach zdravotný stav, schopnosť vykonávať zárobkovú činnosť a pracovnú schopnosť poistenca (§ 153 ods. 5 a 6 citovaného zákona). Podľa § 112 ods. 4 zákona o sociálnom poistení, dávka sa vypláca v nižšej sume, ak sa zmenia skutočnosti rozhodujúce na výplatu dávky. Podľa § 112 ods. 6 zákona o sociálnom poistení, dávka sa zníži odo dňa nasledujúceho po dni, ktorým uplynulo obdobie, za ktoré sa dávka už vyplatila. Súd na základe vykonaného dokazovania v súdnom preskúmavacom konaní dospel k záveru, že skutkové okolnosti týkajúce sa rozsahu zdravotného poškodenia navrhovateľa boli dostatočne ozrejmené príslušnými posudkovými lekármi sociálneho poistenia Sociálnej poisťovne, ktorí vo svojich posudkoch vyhodnotili zdravotné postihnutie navrhovateľa na základe odborných lekárskych vyšetrení, pričom posudkový lekár uviedol, že navrhovateľ sa v roku 2013 podrobil transplantácii obličky, pričom v pooperačnom období pretrváva mierne redukovaná funkcia vštepu a pri zhodnotení veku, funkcie obličiek ako aj priaznivú odozvu vštepu je MPSV ZČ u navrhovateľa na hornej hranici rozpätia, t.j. 60%. Celková miera poklesu schopnosti vykonávať zárobkovú činnosť u navrhovateľa už nie je 75%, ale je 60% v porovnaní so zdravou fyzickou osobou s tým, že zmena miery poklesu schopnosti vykonávať zárobkovú činnosť nastala dňom 11.02.2015. Navrhovateľ v konaní neuviedol žiadne nové skutočnosti, ktoré by neboli známe príslušným posudkovým lekárom pri vypracovaní vyššie uvedených posudkov a ktoré by mohli ich jednoznačné závery spochybniť. Navrhovateľ v konaní nepreukázal, že jeho zdravotný stav odôvodňuje vyššiu mieru poklesu schopnosti vykonávať zárobkovú činnosť ako bolo ustálené príslušnými posudkovými lekármi v podaných posudkoch. Podľa týchto posudkov pre dlhodobo nepriaznivý zdravotný stav má navrhovateľ stanovenú mieru poklesu schopnosti vykonávať zárobkovú činnosť vo výške 60% v porovnaní so zdravou fyzickou osobou. Z vykonaného dokazovania jednoznačne vyplývajú skutočnosti, ktoré odôvodňujú záver, že navrhovateľ je naďalej invalidný podľa § 71 ods. 1 zákona o sociálnom poistení a tým aj výpočet invalidného dôchodku v zmysle § 73 ods. 2 zákona o sociálnom poistení. Je nepochybné, že u navrhovateľa sa od poslednej kontrolnej lekárskej prehliadky zmenili natoľko skutočnosti rozhodujúce na výplatu už priznaného invalidného dôchodku, že odôvodňovali zníženie jeho výplaty v zmysle § 112 ods. 4 ZoSP, pričom v súlade s ustanovením § 112 ods. 6 ZoSP odporkyňa tak urobila až od 12.05.2015. Súd vyporiadajúc sa s odvolacou námietkou navrhovateľa, ktorý nesúhlasil so znížením jeho miery schopnosti vykonávať zárobkovú činnosť, zvážil všetky vyššie uvedené skutočnosti a na ich základe a v súlade s citovanými zákonnými ustanoveniami, podľa § 250q ods. 3 O.s.p. napadnuté rozhodnutie odporkyne zo dňa 15.04.2015 ako vecne správne potvrdil. O trovách konania bolo rozhodnuté v zmysle ustanovenia § 250k ods. 1 O.s.p. v spojení s ustanovením § 250l ods. 2 O.s.p.. Navrhovateľ bol v konaní neúspešný a nemá preto právo na náhradu trov konania, odporkyni náhrada trov konania nepatrí, preto súd účastníkom konania náhradu trov konania nepriznal. Poučenie: Proti rozsudku je prípustné odvolanie do 15 dní odo dňa jeho doručenia na Najvyšší súd SR v Bratislave prostredníctvom Krajského súdu v Košiciach. Odvolanie musí obsahovať všeobecné náležitosti podania podľa § 42 ods. 3 O.s.p., to znamená musí byť z odvolania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Ďalej z odvolania musí byť zjavné,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https://www.kauzis.sk/judikatura/r/ECLI:SK:KSKE:2016:7015201023.2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