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4Sd/11/2015 z 3. 4. 2016</w:t>
      </w:r>
    </w:p>
    <w:p>
      <w:r>
        <w:t>Uznesenie Krajského súdu Košice z 3. apríla 2016, sp. zn. 4Sd/11/2015, ECLI:SK:KSKE:2016:7015201042.1</w:t>
      </w:r>
    </w:p>
    <w:p>
      <w:r>
        <w:t>Súd: Krajský súd Košice</w:t>
      </w:r>
    </w:p>
    <w:p>
      <w:r>
        <w:t>Spisová značka: 4Sd/11/2015</w:t>
      </w:r>
    </w:p>
    <w:p>
      <w:r>
        <w:t>ECLI: ECLI:SK:KSKE:2016:7015201042.1</w:t>
      </w:r>
    </w:p>
    <w:p>
      <w:r>
        <w:t>Dátum vydania: 3. 4. 2016</w:t>
      </w:r>
    </w:p>
    <w:p>
      <w:r>
        <w:t>Forma: Uznesenie</w:t>
      </w:r>
    </w:p>
    <w:p>
      <w:pPr>
        <w:pStyle w:val="Heading2"/>
      </w:pPr>
      <w:r>
        <w:t>Text rozhodnutia</w:t>
      </w:r>
    </w:p>
    <w:p>
      <w:r>
        <w:t>Súd: Krajský súd Košice Spisová značka: 4Sd/11/2015 Identifikačné číslo súdneho spisu: 7015201042 Dátum vydania rozhodnutia: 04. 04. 2016 Meno a priezvisko sudcu, VSÚ: JUDr. Jozef Kuruc ECLI: ECLI:SK:KSKE:2016:7015201042.1 Uznesenie Krajský súd v Košiciach v právnej veci navrhovateľky J. J. S. J. D. I. G. F. V. T. , Q. U., G. XX, zast. advokátom JUDr. Jurajom Ferenčíkom, ml., Krivá 23, Košice, proti odporkyni Sociálna poisťovňa, ústredie, Ul.29.augusta 8, Bratislava, o invalidný dôchodok, takto r o z h o d o l : Konanie z a s t a v u j e . Odporkyňa je povinná zaplatiť navrhovateľke titulom trov právneho zastúpenia sumu 448,02 eur do rúk advokáta JUDr. Juraja Ferenčíka, ml., Krivá 23, Košice do troch dní od právoplatnosti tohto uznesenia. o d ô v o d n e n i e : Návrhom zo dňa 03.09.2015 sa navrhovateľka domáhala zrušenia rozhodnutia odporkyne zo dňa 04.08.2015 č. XXX XXX XXXX X, ktorým odporkyňa podľa § 70 a § 71 zákona č. 461/2003 Z.z. o sociálnom poistení v znení neskorších predpisov zamietla žiadosť navrhovateľky o invalidný dôchodok zo dňa 21.07.2015 z dôvodu, že navrhovateľka podľa posudku posudkového lekára sociálneho poistenia pobočky Sociálnej poisťovne v Košiciach zo dňa 21.07.2015 nie je invalidná podľa § 71 ods.1 zákona o sociálnom poistení. V návrhu navrhovateľka namietala, že posudkový lekár sociálneho poistenia pobočky Sociálnej poisťovne v Košiciach v posudku zo dňa 21.07.2015 nezohľadnil nález z neurologickej klinike Fakultnej nemocnice L.Pasteura v Košiciach - ambulancie zo dňa 08.07.2015 vystavený MUDr. Matúšom Džuganom, podľa ktorého u navrhovateľky bolo konštatované ťažké poškodenie statodynamiky LS chrbtice s trvalými poruchami chôdze. Odporkyňa rozhodnutím zo dňa 16.02.2016 č. XXX XXX XXXX X - I.. podľa § 112 zákona o sociálnom poistení zrušila svoje rozhodnutie zo dňa 04.08.2015. Ďalším rozhodnutím z toho istého dňa č. XXX XXX XXXX X podľa § 70 ods.1 a § 82 zákona o sociálnom poistení priznala navrhovateľke od 08.07.2015 invalidný dôchodok v sume 108,60 eur mesačne, ktorý od 01.01.2016 zvýšila na sumu 109,60 eur mesačne. Podaním zo dňa 21.03.2016 navrhovateľka svoj opravný prostriedok zobrala späť a uplatnila si trovy konania - trovy právneho zastúpenia podľa § 146 ods.2 veta druhá O.s.p. Podľa § 250d ods.3 O.s.p. súd konanie zastaví, ak žaloba bola vzatá späť. Žalobca môže žalobu vziať späť až do rozhodnutia súdu (§ 250h ods.2 O.s.p.). Podľa § 250l ods.2 O.s.p. pokiaľ v tretej hlave piatej časti O.s.p. nie je ustanovené inak, použijú sa pre konanie o opravných prostriedkoch proti rozhodnutiam správnych orgánov primerane ustanovenia druhej hlavy s výnimkou § 250a O.s.p. Pretože navrhovateľka zobrala návrh na preskúmanie späť, bolo potrebné konanie podľa citovaných ustanovení O.s.p. zastaviť. Podľa § 146 ods.2 O.s.p. ak niektorý z účastníkov zavinil, že konanie sa muselo zastaviť, je povinný uhradiť jeho trovy. Ak sa však pre správanie odporcu vzal späť návrh, ktorý bol podaný dôvodne, je povinný uhradiť trovy konania odporca. V súlade s ustanovením § 146 ods.2 veta druhá O.s.p. súd priznal navrhovateľke náhradu trov konania pozostávajúcu z trov právneho zastúpenia v sume 448,02 eur. Navrhovateľka podala svoj návrh dôvodne, pretože navrhovateľka bola posudkom posudkového lekára sociálneho poistenia ústredia Sociálnej poisťovne zo dňa 01.02.2016 uznaná invalidnou podľa § 71 ods.1 zákona o sociálnom poistení s mierou poklesu schopnosti vykonávať zárobkovú činnosť v rozsahu 45 % od 08.07.2015 (pravdepodobne na základe neurochirurgického vyšetrenia zo dňa 08.07.2015, ktoré posudkový lekár sociálneho poistenia pobočky Sociálnej poisťovne v Košiciach mal k dispozícii už v čase podania svojho posudku zo dňa 21.07.2015). Trovy právneho zastúpenia pozostávajú zo sumy 422,66 eur ako odmeny advokáta za úkony právnej služby (§ 13a vyhl.č. 655/2004 Z.z.) a sumy 25,36 eur predstavujúcich tzv. režijný paušál (§ 16 ods.3 citovanej vyhlášky). Základná sadzba tarifnej odmeny advokáta za jeden úkon právnej služby bola určená podľa ustanovenia § 11 ods.4 prvá veta citovanej vyhlášky vo výške 1/6 výpočtového základu v roku 2015 v sume 139,83 eur a v roku 2016 v sume 143,- eur. Odmena advokátovi bola určená za nasledujúce úkony právnej služby: - prevzatie a príprava právneho zastúpenia (§ 13a ods.1 písm.a/ vyhl.)......... 139,83 eur - podanie návrhu zo dňa 03.09.2015 (§ 13a ods.1 písm.c/ vyhl.) .................. 139,83 eur - podanie vo veci zo dňa 21.03.2016 - späťvzatie návrhu ..............................143,00 eur. Režijný paušál v sume 8,39 eur bol priznaný za dva úkony a v sume 8,58 eur za jeden úkon.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https://www.kauzis.sk/judikatura/r/ECLI:SK:KSKE:2016:7015201042.1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