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8Sd/54/2015 z 5. 9. 2016</w:t>
      </w:r>
    </w:p>
    <w:p>
      <w:r>
        <w:t>Rozsudok Krajského súdu Košice z 5. septembra 2016, sp. zn. 8Sd/54/2015, ECLI:SK:KSKE:2016:7015201105.2</w:t>
      </w:r>
    </w:p>
    <w:p>
      <w:r>
        <w:t>Súd: Krajský súd Košice</w:t>
      </w:r>
    </w:p>
    <w:p>
      <w:r>
        <w:t>Spisová značka: 8Sd/54/2015</w:t>
      </w:r>
    </w:p>
    <w:p>
      <w:r>
        <w:t>ECLI: ECLI:SK:KSKE:2016:7015201105.2</w:t>
      </w:r>
    </w:p>
    <w:p>
      <w:r>
        <w:t>Dátum vydania: 5. 9. 2016</w:t>
      </w:r>
    </w:p>
    <w:p>
      <w:r>
        <w:t>Forma: Rozsudok</w:t>
      </w:r>
    </w:p>
    <w:p>
      <w:r>
        <w:t>Oblasť práva: Správne právo</w:t>
      </w:r>
    </w:p>
    <w:p>
      <w:pPr>
        <w:pStyle w:val="Heading2"/>
      </w:pPr>
      <w:r>
        <w:t>Text rozhodnutia</w:t>
      </w:r>
    </w:p>
    <w:p>
      <w:r>
        <w:t>Súd: Krajský súd Košice Spisová značka: 8Sd/54/2015 Identifikačné číslo súdneho spisu: 7015201105 Dátum vydania rozhodnutia: 06. 09. 2016 Meno a priezvisko sudcu, VSÚ: JUDr. Marek Kotora ECLI: ECLI:SK:KSKE:2016:7015201105.2 ROZSUDOK V MENE SLOVENSKEJ REPUBLIKY Krajský súd v Košiciach, sudcom JUDr. Marekom Kotorom, v právnej veci navrhovateľky: F. T., nar. XX.XX.XXXX, bytom W. XXX, XXX XX M. L., proti odporkyni: Sociálna poisťovňa, ústredie, Ul. 29. augusta 8, Bratislava, v konaní o invalidnom dôchodku, takto r o z h o d o l : I./ P o t v r d z u j e rozhodnutie odporkyne č. XXX XXX XXXX X zo dňa 29.05.2015. II./ Účastníkom konania náhradu trov konania n e p r i z n á v a. o d ô v o d n e n i e : Navrhovateľka sa návrhom zo dňa 09.07.2015 (č.l. 1 spisu) odvolala voči rozhodnutiu odporkyne zo dňa 11.05.2015, ktorým bola zamietnutá jej žiadosť o invalidný dôchodok. Uviedla, že nesúhlasí s daným rozhodnutím a žiada o opätovné prehodnotenie svojho zdravotného stavu. Rozhodnutím č. XXX XXX XXXX X zo dňa 29.05.2015 (č.l. 2 spisu) odporkyňa podľa § 70 a § 71 zákona č. 461/2003 Z. z. o sociálnom poistení v znení neskorších predpisov (ďalej len „zákon o sociálnom poistení“ resp. „ZoSP“) zamietla jej žiadosť o invalidný dôchodok zo dňa 11.05.2015. V odôvodnení rozhodnutia poukazovala na ustanovenie § 70 ods. 1, § 71 ods. 1 zákona o sociálnom poistení a uviedla, že podľa posudku posudkového lekára sociálneho poistenia, pobočky B. zo dňa 11.05.2015 nie je invalidná podľa § 71 ods. 1 zákona o sociálnom poistení, lebo pre dlhodobo nepriaznivý zdravotný stav nemá pokles schopnosti vykonávať zárobkovú činnosť o viac ako 40 % v porovnaní so zdravou fyzickou osobou. Posúdenie jej zdravotného stavu, ktorému zodpovedá percentuálne vyjadrenie poklesu schopnosti vykonávať zárobkovú činnosť je obsahom pripojeného odborného posudku o invalidite, ktorý tvorí neoddeliteľnú súčasť odôvodnenia tohto rozhodnutia a sú v ňom uvedené všetky rozhodujúce skutočnosti, ktoré boli podkladom na vyhotovenie posudkového záveru o tom, že nie je invalidná podľa § 71 ods. 1 zákona o sociálnom poistení. Odporkyňa vo vyjadrení zo dňa 02.10.2015 (č.l. 10 spisu) navrhla napadnuté rozhodnutie ako vecne správne potvrdiť. Uviedla, že námietkam navrhovateľky nie je možné vyhovieť, keďže zhoršenie jej zdravotného stavu podľa záverov posudkových lekárov sociálneho poistenia nie je na takej úrovni, ktorá by podľa § 71 ods. 1 zákona o sociálnom poistení zakladala vznik invalidity. Doplnila, že navrhovateľka žiadosťou, spísanou dňa 11.05.2015, požiadala odporkyňu o priznanie invalidného dôchodku, ktorý žiadala priznať od 01.12.2014. Podľa posudku posudkového lekára sociálneho poistenia, Sociálnej poisťovne, pobočky B. zo dňa 11.05.2015, ktorý bol vypracovaný na základe podanej žiadosti o invalidný dôchodok, nie je navrhovateľka invalidná podľa ustanovenia § 71 ods. 1 zákona, lebo má mieru poklesu schopnosti vykonávať zárobkovú činnosť 20 % v porovnaní so zdravou fyzickou osobou. Na základe podaného opravného prostriedku bol zdravotný stav navrhovateľky opätovne posúdený posudkovým lekárom sociálneho poistenia, Sociálnej poisťovne, pobočky B. dňa 03.08.2015 a posudkovým lekárom sociálneho poistenia, ústredie dňa 24.09.2015, pričom posudkoví lekári sociálneho poistenia zotrvali na pôvodnom posudku, že navrhovateľka nie je invalidná podľa ustanovenia § 71 ods. 1 zákona, lebo má mieru poklesu schopnosti vykonávať zárobkovú činnosť 20 %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mieru poklesu schopnosti vykonávať zárobkovú činnosť 20 % v porovnaní so zdravou fyzickou osobou, pričom navrhovateľka v konaní o opravnom prostriedku predloženými listinnými dôkazmi (najmä odbornými lekárskymi nálezmi) nepreukázala, že jej zdravotný stav odôvodňuje vznik invalidity. Z Lekárskej správy zo dňa 11.05.2015, nachádzajúcej sa v administratívnom spise odporkyne, ktorá bola podkladom pre vydanie napadnutého rozhodnutia, vypracovanej posudkovým lekárom sociálneho poistenia, pobočky B., MUDr. L. B., súd z výroku posudku zistil, že navrhovateľka nie je invalidná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(ďalej len „MPSVZČ“) v percentách je 20 % s tým, že invalidita nevznikla. Za rozhodujúce zdravotné postihnutie vo výške 20 % boli určené Duševné choroby a poruchy správania (vzhľadom na chorobu Adaptačná porucha /diagnóza F43.2/ so zaradením do Kapitoly V, položka 4, písmeno a/). Zvýšenie percentuálnej miery, vzhľadom na iné zdravotné postihnutia (Arteriová hypertenzia I. stupňa, Epilepsia, Hepatopatia), určené nebolo. Z posudkovej časti súd zistil, že posudzovaná je v liečbe psychiatra od roku 2008 a opakovane hospitalizovaná na psychiatrickej klinike (rok 2008, 2011). Naposledy hospitalizovaná na psychiatrickej klinike od 18.09.2013 do 27.09.2013. Prepustená so záverom Adaptačná porucha. Dôvodom hospitalizácie bola dekompenzácia zdravotného stavu a suicidálne tendencie. Postupne stav upravený, bez suicidálnych tendencií, bez psychotických prejavov a bez porúch správania. Na základe doterajšieho priebehu a objektívneho nálezu je MPSVZČ 20 %. Z Lekárskej správy zo dňa 24.09.2015 (č.l. 4-5 spisu) vypracovanej posudkovým lekárom sociálneho poistenia, ústredie MUDr. T. B., pre potreby súdneho konania, súd z výroku posudku zistil, že navrhovateľka nie je invalidná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u navrhovateľky bola určená vo výške 20 % s tým, že invalidita nevznikla. Za Rozhodujúce zdravotné postihnutie vo výške 20 % boli určené - Duševné choroby a poruchy správania vzhľadom na chorobu Adaptačná porucha (diagnóza F43.2) so zaradením do Kapitoly V, položka 4, písmeno a). Zvýšenie percentuálnej miery vzhľadom na iné zdravotné postihnutia určené nebolo. Z posudkovej časti súd zistil, že navrhovateľkin zdravotný stav bol posudzovaný v roku 2011 a v roku 2014 bola stanovená 20 % miera poklesu schopnosti vykonávať zárobkovú činnosť pre Duševné choroby a poruchy správania podľa kapitoly V, položka 4, písmeno a). Posudzovaná je v psychiatrickej liečbe a bola opakovane hospitalizovaná, naposledy v roku 2013 so záverom: Adaptačná porucha F43.2. Takémuto funkčnému postihnutiu pri tomto diagnostikom závere zodpovedá maximálne 20 % MPSVZČ. Posudzovaná bola opakovane hospitalizovaná aj na neurológii pre epiparoxizmy hodnotené ako susp. psychogénne neepileptické paroxizmy, ktoré z posudkového hľadiska nie sú významnejšie a nezdôvodňujú vyššie percento MPSVZČ. V konaní navrhovateľka predložila nové lekárske správy, na základe ktorých bol vo veci vypracovaný nový lekársky posudok zo dňa 27.06.2016. Z Lekárskej správy zo dňa 27.06.2016 (č.l. 42-43 spisu), vypracovanej posudkovým lekárom sociálneho poistenia, ústredie MUDr. Y. A. pre potreby súdneho konania, súd z výroku posudku zistil, že navrhovateľka nie je invalidná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u navrhovateľky bola určená vo výške 20 % s tým, že invalidita nevznikla. Za Rozhodujúce zdravotné postihnutie vo výške 20 % boli určené - Duševné choroby a poruchy správania vzhľadom na chorobu Adaptačná porucha (diagnóza F43.2) so zaradením do kapitoly V, položka 4, písmeno a). Zvýšenie percentuálnej miery, vzhľadom na iné zdravotné postihnutia, určené nebolo. Z posudkovej časti súd zistil, že aktuálne doložené odborné vyšetrenia nedokumentujú zhoršenie zdravotného stavu posudzovanej oproti predchádzajúcim posudkom. V máji 2016 bola opakovane hospitalizovaná na psychiatrickej klinike pre neurotické - konverzné poruchy. Podľa objektívneho psychiatrického nálezu pri prijatí prítomné agravačné hospitalizačné tendencie. Po krátkej dobe počas hospitalizácie liečbe a správnej životospráve dochádza k ústupu úzkostnej poruchy. Po preštudovaní doložených odborných vyšetrení konštatoval, že sa jedná o simplexnú osobnosť s účelovým správaním bez závažnejšej psychotickej poruchy. Uvedený zdravotný stav naďalej zaradil ako rozhodujúce zdravotné postihnutie do Kapitoly V, položky 4, písmeno a) s MPSVZČ 20 %. § Súd v konaní podľa § 250l a nasl. O. s. p. po preskúmaní napadnutého rozhodnutia, oboznámení sa s dávkovým spisom odporkyne dospel k záveru, že opravný prostriedok navrhovateľky zo dňa 09.07.2015 nie je dôvodný.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V zmysle Prílohy č. 4 (Percentuálna miera poklesu zárobkovej činnosti podľa druhu zdravotného postihnutia orgánov a systémov) zákona č. 461/2003 Z.z. o sociálnom poistení - Kapitola V. (DUŠEVNÉ CHOROBY A PORUCHY SPRÁVANIA), položka 4 (Neurotické, stresové a somatomorfné poruchy), písmeno a/ (stredne ťažké formy) je uvedené percentuálne rozpätie 15 - 20%.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 71 ods. 4, 5, 6 a 7 zákona č. 461/2003 Z.z. o sociálnom poistení). Mieru poklesu schopnosti vykonávať zárobkovú činnosť určenú možno zvýšiť najviac o 10 %, ak závažnosť ostatných zdravotných postihnutí ovplyvňuje pokles schopnosti vykonávať zárobkovú činnosť, pričom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o sociálnom poistení). Lekársku posudkovú činnosť pri výkone dôchodkového poistenia vykonáva s účinnosťou od 01.01.2004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citovaného zákona). Súd na základe vykonaného dokazovania v súdnom preskúmavacom konaní dospel k záveru, že skutkové okolnosti týkajúce sa rozsahu zdravotného poškodenia navrhovateľky boli dostatočne ozrejmené príslušnými posudkovými lekármi sociálneho poistenia Sociálnej poisťovne, ktorí vo svojich posudkoch zo dňa 11.05.2015, 24.09.2015 a 27.06.2016 vyhodnotili zdravotné postihnutie navrhovateľky na základe odborných lekárskych vyšetrení. Posudkoví lekári v predmetných posudkoch konštatovali, že diagnostickému záveru zodpovedá maximálne 20 % MPSVZČ a aj keď navrhovateľka bola opakovane hospitalizovaná aj na neurológii pre epiparoxizmy hodnotené ako susp. psychogénne neepileptické paroxizmy, tak tieto nie sú významnejšie a nezdôvodňujú z posudkového hľadiska vyššie percento MPSVZČ. Rovnako v posudkoch vypracovaných vo veci posudkoví lekári uviedli, že novo doložené odborné vyšetrenia nedokumentujú zhoršenie zdravotného stavu posudzovanej oproti predchádzajúcim posudkom. Pokiaľ sa týka jej prechádzajúcich hospitalizácii na psychiatrickej klinike (r. 2008, 2011, 2013), tak táto bola po hospitalizácii v roku 2013 prepustená so záverom Adaptačná porucha, pričom dôvodom jej hospitalizácie bola dekompenzácia zdravotného stavu a suicidálne tendencie, avšak tento stav bol postupne upravený, bez suicidálnych tendencií, bez psychotických prejavov a bez porúch správania. Navrhovateľka bola hospitalizovaná aj v máji 2016 na psychiatrickej klinike pre neurotické - konverzné poruchy, pričom podľa objektívneho psychiatrického nálezu pri prijatí boli prítomné agravačné hospitalizačné tendencie, avšak po krátkej dobe došlo k ústupu úzkostnej poruchy vďaka liečbe a správnej životospráve. Z doložených odborných vyšetrení vypláva, že u navrhovateľky sa jedná o simplexnú osobnosť s účelovým správaním bez závažnejšej psychotickej poruchy. Súd má za to, že posudkoví lekári náležitým spôsobom zdôvodnili, prečo vzhľadom na zdravotné postihnutie navrhovateľky je za Rozhodujúce zdravotné postihnutie potrebné považovať - Duševné choroby a poruchy správania vzhľadom na chorobu Adaptačná porucha (diagnóza F43.2) so zaradením do Kapitoly V, položka 4, písmeno a) s určením výšky MPSV ZČ v rozmedzí od 15-20 % v hornej zákonnej hranici vo výške 20 %, ktoré bolo určené v zmysle doložených lekárskych nálezov. Navrhovateľka v konaní neuviedla žiadne nové skutočnosti, ktoré by neboli známe príslušným posudkovým lekárom pri vypracovaní posudkov a ktoré by mohli ich jednoznačné závery spochybniť. Navrhovateľka v konaní nepreukázala, že jej zdravotný stav odôvodňuje vyššiu mieru poklesu schopnosti vykonávať zárobkovú činnosť ako bolo ustálené príslušnými posudkovými lekármi v podaných posudkoch. Podľa týchto posudkov pre dlhodobo nepriaznivý zdravotný stav má navrhovateľka stanovenú mieru poklesu schopnosti vykonávať zárobkovú činnosť vo výške 20 % v porovnaní so zdravou fyzickou osobou. Z podaných posudkov posudkových lekárov sociálneho poistenia nesporne a jednoznačne vyplývajú skutočnosti, ktoré neodôvodňujú uznanie navrhovateľky za invalidnú v zmysle citovaných právnych predpisov. Súd zvážil všetky uvedené skutočnosti, na ich základe a v súlade s citovanými zákonnými ustanoveniami podľa § 250q ods. 3 O.s.p. napadnuté rozhodnutie odporkyne zo dňa 29.05.2015 ako vecne správne potvrdil. O trovách konania bolo rozhodnuté v zmysle ustanovenia § 250k ods. 1 O.s.p. v spojení s ustanovením § 250l ods. 2 O.s.p.. Navrhovateľka bola v konaní neúspešná a nemá preto právo na náhradu trov konania, odporkyni náhrada trov konania nepatrí, preto súd účastníkom konania náhradu trov konania nepriznal. Poučenie: Proti rozsudku je prípustné odvolanie do 15 dní odo dňa jeho doručenia na Najvyšší súd SR v Bratislave prostredníctvom Krajského súdu v Košiciach. Odvolanie musí obsahovať všeobecné náležitosti podania podľa § 42 ods. 3 O.s.p., to znamená musí byť z odvolania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Ďalej z odvolania musí byť zjavné,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https://www.kauzis.sk/judikatura/r/ECLI:SK:KSKE:2016:7015201105.2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