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7Sd/30/2015 z 26. 5. 2016</w:t>
      </w:r>
    </w:p>
    <w:p>
      <w:r>
        <w:t>Rozsudok Krajského súdu Košice z 26. mája 2016, sp. zn. 7Sd/30/2015, ECLI:SK:KSKE:2016:7015201185.2</w:t>
      </w:r>
    </w:p>
    <w:p>
      <w:r>
        <w:t>Súd: Krajský súd Košice</w:t>
      </w:r>
    </w:p>
    <w:p>
      <w:r>
        <w:t>Spisová značka: 7Sd/30/2015</w:t>
      </w:r>
    </w:p>
    <w:p>
      <w:r>
        <w:t>ECLI: ECLI:SK:KSKE:2016:7015201185.2</w:t>
      </w:r>
    </w:p>
    <w:p>
      <w:r>
        <w:t>Dátum vydania: 26. 5. 2016</w:t>
      </w:r>
    </w:p>
    <w:p>
      <w:r>
        <w:t>Forma: Rozsudok</w:t>
      </w:r>
    </w:p>
    <w:p>
      <w:r>
        <w:t>Oblasť práva: Správne právo</w:t>
      </w:r>
    </w:p>
    <w:p>
      <w:pPr>
        <w:pStyle w:val="Heading2"/>
      </w:pPr>
      <w:r>
        <w:t>Text rozhodnutia</w:t>
      </w:r>
    </w:p>
    <w:p>
      <w:r>
        <w:t>Súd: Krajský súd Košice Spisová značka: 7Sd/30/2015 Identifikačné číslo súdneho spisu: 7015201185 Dátum vydania rozhodnutia: 27. 05. 2016 Meno a priezvisko sudcu, VSÚ: JUDr. Pavol Naď ECLI: ECLI:SK:KSKE:2016:7015201185.2 ROZSUDOK V MENE SLOVENSKEJ REPUBLIKY Krajský súd v Košiciach samosudcom JUDr. Pavlom Naďom v právnej veci navrhovateľky: W. Z., D.. XX.XX.XXXX, N. R.Á. XX, XXX XX, O. D. N., proti odporkyni: Sociálna poisťovňa, ústredie, so sídlom Ul. 29. augusta 8-10, 813 63 Bratislava, v konaní o invalidný dôchodok, takto r o z h o d o l : P o t v r d z u j e rozhodnutie odporkyne č. XXX XXX XXXX X z 02.07.2015. Navrhovateľke n e p r i z n á v a právo na náhradu trov konania. o d ô v o d n e n i e : Rozhodnutím č. XXX XXX XXXX X zo dňa 02.07.2015 odporkyňa podľa ust. § 70 a § 71 zákona č. 461/2003 Z. z. o sociálnom poistení v znení neskorších predpisov (ďalej len „zákon o sociálnom poistení“) zamietla žiadosť navrhovateľky o invalidný dôchodok zo dňa 03.06.2015. Svoje rozhodnutie oprela o posudok posudkového lekára sociálneho poistenia, pobočky Sociálnej poisťovne Košice zo dňa 03.06.2015, v zmysle ktorého navrhovateľka nie je invalidná podľa ust. § 71 ods. 1 zákona o sociálnom poistení, lebo pre dlhodobo nepriaznivý zdravotný stav nemá pokles schopnosti vykonávať zárobkovú činnosť o viac ako 40 % v porovnaní so zdravou fyzickou osobou. Navrhovateľka sa včas podaným odvolaním doručeným odporkyni dňa 17.07.2015 domáhala preskúmania rozhodnutia odporkyne č. XXX XXX XXXX X a prehodnotenia svojho zdravotného stavu. Poukázala na opakujúce sa zdravotné problémy, ktoré jej znepríjemňujú život a spôsobujú ťažkosti so zaradením sa do spoločnosti. Keďže navrhovateľka nesúhlasila s predchádzajúcim posúdením svojho zdravotného stavu, bola znovu posúdená posudkovým lekárom Sociálnej poisťovne, pobočky Košice dňa 12.08.2015, ako aj posudkovými lekármi Sociálnej poisťovne, ústredia, vysunutého pracoviska v Košiciach dňa 15.10.2015 a dňa 08.03.2016 (doplňujúci posudok). Z obsahu uvedených posudkov vyplýva, že rozhodujúce zdravotné postihnutie navrhovateľky, ktoré je uvedené v kapitole VII, v oddiele A, v položke č. 11.2, pod písmenom a/, zdôvodňuje 30 % mieru poklesu schopnosti vykonávať zárobkovú činnosť v porovnaní so zdravou fyzickou osobou. Rovnakú mieru poklesu schopnosti vykonávať zárobkovú činnosť v porovnaní so zdravou fyzickou osobou, t. j. 30 % konštatoval aj posudok Sociálnej poisťovne, pobočky Košice zo dňa 03.06.2015, z obsahu a záverov ktorého vychádzala odporkyňa v preskúmavanom rozhodnutí zo dňa 02.07.2015, ktorým zamietla žiadosť navrhovateľky o invalidný dôchodok. V písomnom vyjadrení zo dňa 19.10.2015 odporkyňa uviedla, že posudkoví lekári sociálneho poistenia v konaní predchádzajúcom vydaniu napadnutého rozhodnutia, ako aj v konaní o opravnom prostriedku na základe predložených odborných lekárskych nálezov a vlastného vyšetrenia vyhodnotili, že zdravotný stav navrhovateľky nie je zhoršený na úroveň invalidity, pretože má mieru poklesu schopnosti vykonávať zárobkovú činnosť 30 % v porovnaní so zdravou fyzickou osobou. Navrhovateľka v konaní o opravnom prostriedku ani predloženými listinnými dôkazmi (najmä odbornými lekárskymi nálezmi) nepreukázala, že jej zdravotný stav odôvodňuje vznik invalidity. Na pojednávaní súdu, ktoré sa konalo dňa 27.05.2016, navrhovateľka poukázala na lekárske správy, ktoré predložila súdu v prílohe podania zo dňa 18.04.2016 s tým, že i naďalej trvá na podanom opravnom prostriedku. Poverená zástupkyňa odporkyne vzhľadom na zhodné závery posudkových lekárov o miere invalidity navrhovateľky, z ktorých vyplýva, že navrhovateľka nedosiahla mieru poruchy zdravia u rozhodujúceho zdravotného postihnutia v takom rozsahu, aby jej mohol byť priznaný invalidný dôchodok, navrhla, aby súd potvrdil preskúmavané rozhodnutie ako vecne správne. Súd v konaní podľa tretej hlavy piatej časti O.s.p. (§ 250l a nasl. O.s.p.) preskúmal rozhodnutie odporkyne napadnuté opravným prostriedkom a rozhodnutie s ním súvisiace, ako aj obsah posudkového a dávkového spisu odporkyne a dospel k záveru, že opravný prostriedok navrhovateľky nie je dôvodný. Podľa ust. § 70 ods. 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ust. § 71 ods. 1 zákona o sociálnom poistení, poistenec je invalidný, ak pre dlhodobo nepriaznivý zdravotný stav má pokles schopnosti vykonávať zárobkovú činnosť o viac ako 40 % v porovnaní so zdravou fyzickou osobou. Podľa ust. § 71 ods. 6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V zmysle ust. § 153 ods. 5 zákona o sociálnom poistení, lekársku posudkovú činnosť podľa ods. 1 vykonáva posudkový lekár sociálneho poistenia príslušnej pobočky a posudkový lekár sociálneho poistenia ústredia. Rozhodujúce zdravotné postihnutie navrhovateľky je označené v prílohe č. 4 k zákonu o sociálnom poistení - kapitola VII, oddiel A, položka č. 11.2, písmeno a/, so zákonom stanovenou mierou poklesu schopnosti zárobkovej činnosti v rozpätí od 20 do 30 %, pričom posudkoví lekári vo všetkých posudkoch konštatovali u navrhovateľky mieru poklesu schopnosti vykonávať zárobkovú činnosť v rozsahu 30 % v porovnaní so zdravou fyzickou osobou, čo je na hornej hranici uvedeného rozpätia pre daný stupeň ochorenia. Navrhovateľka teda ani predloženými listinnými dôkazmi nepreukázala, že jej zdravotný stav odôvodňuje zhoršenie v porovnaní s lekárskym posudkom zo dňa 03.06.2015. Posudkový lekár Sociálnej poisťovne, ústredia, vysunutého pracoviska v Košiciach v odbornom posudku zo dňa 08.03.2016 potvrdil predchádzajúce závery posudkového lekára o miere invalidity navrhovateľky a svoje stanovisko náležitým, odborným a vyčerpávajúcim spôsobom aj odôvodnil. Uviedol, že kontrolné očné vyšetrenia dokumentujú skôr zlepšenie stavu, ako aj zrakovej funkcie na pravom oku (oproti posúdeniu zdravotného stavu v 10/2015) a predloženie gastroenterologického vyšetrenia od 12/2015 nespĺňa posudkové kritéria dlhodobo nepriaznivého zdravotného stavu, keďže uvedený stav ešte nie je doriešený a vyžaduje si ďalšie sledovanie a liečbu. Čiže stanovenie 30 %-nej miery poklesu schopnosti vykonávať zárobkovú činnosť podľa prílohy č. 4 k zákonu o sociálnom poistení je maximálne zhodnotenie, ktoré pri súčasnom vyhodnotení zdravotného stavu odbornými lekármi môže byť navrhovateľke priznané. Z obsahu dokazovania vykonaného v konaní o žiadosti navrhovateľky o invalidný dôchodok preto vyplýva, že navrhovateľka nespĺňa jednu zo základných podmienok pre priznanie nároku na invalidný dôchodok spočívajúcu vo viac ako 40 % miere poklesu schopnosti vykonávať zárobkovú činnosť v porovnaní so zdravou fyzickou osobou. Rozhodnutie č. XXX XXX XXXX X zo dňa 02.07.2015, ktorým odporkyňa zamietla žiadosť navrhovateľky o invalidný dôchodok, je preto v súlade so zákonom a zisteným skutkovým stavom veci. K obsahu vykonaného dokazovania týkajúceho sa posúdenia miery poškodenia zdravotného stavu u navrhovateľky súd poznamenáva, že zhodné závery posudkových lekárov o zdravotnom stave navrhovateľky sú pre súd v konaní podľa ust. § 250l a nasl. O.s.p. dôkazmi vykonanými v konaní pred správnym orgánom, ktorých obsah súd nemôže pri hodnotení dôkazov jednotlivo, ako aj v ich vzájomnej súvislosti obísť, alebo znižovať ich dôkazný význam, ak v konaní nezistí iné skutočnosti, vyvracajúce závery podaných posudkov. Súd vychádzajúc z obsahu podaného opravného prostriedku a po oboznámení sa s obsahom všetkých lekárskych posudkov nezistil žiadne relevantné dôvody spochybňujúce zhodné závery posudkových lekárov o zdravotnom stave navrhovateľky pri posudzovaní jej invalidity. Vychádzajúc zo zisteného skutkového a právneho stavu veci súd podľa ust. § 250q ods. 2 O.s.p. preskúmavané rozhodnutie odporkyne zo dňa 02.07.2015 potvrdil. O trovách konania súd rozhodol podľa ust. § 250k ods. 1 O.s.p. použitého v spojení s ust. § 250l ods. 2 O.s.p. tak, že navrhovateľke, ktorá v konaní nebola úspešná, nepriznal právo na náhradu trov konania.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https://www.kauzis.sk/judikatura/r/ECLI:SK:KSKE:2016:7015201185.2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