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5Sd/60/2015 z 30. 5. 2016</w:t>
      </w:r>
    </w:p>
    <w:p>
      <w:r>
        <w:t>Uznesenie Krajského súdu Košice z 30. mája 2016, sp. zn. 5Sd/60/2015, ECLI:SK:KSKE:2016:7015201199.3</w:t>
      </w:r>
    </w:p>
    <w:p>
      <w:r>
        <w:t>Súd: Krajský súd Košice</w:t>
      </w:r>
    </w:p>
    <w:p>
      <w:r>
        <w:t>Spisová značka: 5Sd/60/2015</w:t>
      </w:r>
    </w:p>
    <w:p>
      <w:r>
        <w:t>ECLI: ECLI:SK:KSKE:2016:7015201199.3</w:t>
      </w:r>
    </w:p>
    <w:p>
      <w:r>
        <w:t>Dátum vydania: 30. 5. 2016</w:t>
      </w:r>
    </w:p>
    <w:p>
      <w:r>
        <w:t>Forma: Uznesenie</w:t>
      </w:r>
    </w:p>
    <w:p>
      <w:pPr>
        <w:pStyle w:val="Heading2"/>
      </w:pPr>
      <w:r>
        <w:t>Text rozhodnutia</w:t>
      </w:r>
    </w:p>
    <w:p>
      <w:r>
        <w:t>Súd: Krajský súd Košice Spisová značka: 5Sd/60/2015 Identifikačné číslo súdneho spisu: 7015201199 Dátum vydania rozhodnutia: 31. 05. 2016 Meno a priezvisko sudcu, VSÚ: JUDr. Tamara Sklenárová ECLI: ECLI:SK:KSKE:2016:7015201199.3 Uznesenie Krajský súd v Košiciach, v právnej veci navrhovateľky: A. S., nar.: XX. XX. XXXX, trvale bytom G. XX, H., proti odporkyni: Sociálna poisťovňa, ústredie Bratislava, Ul. 29. augusta 8, v konaní invalidnom dôchodku, takto r o z h o d o l : Konanie z a s t a v u j e. Žiaden z účastníkov n e m á právo na náhradu trov konania. o d ô v o d n e n i e : Návrhom zo dňa 12. 07. 2015 sa navrhovateľka domáhala preskúmania zákonnosti rozhodnutia Sociálnej poisťovne, ústredia Bratislava zo dňa 08. 06. 2015 č. XXX XXX XXXX X, ktorým jej táto podľa ustanovenia § 70 a § 71 zákona č. 461/2003 Z. z. o sociálnom poistení v znení neskorších predpisov zamietla žiadosť o invalidný dôchodok zo dňa 18. 05. 2015. Pred začatím pojednávania dňa 31. 05. 2016, navrhovateľka oznámila tunajšiemu súdu, že na podanom návrhu zo dňa 12. 07. 2015 netrvá, berie ho späť a žiada konanie zastaviť. Podľa ustanovenia § 250d ods. 3 O. s. p. súd uznesením konanie zastaví, ak žaloba bola vzatá späť. V zmysle ustanovenia § 250h ods. 2 O. s. p. až do rozhodnutia súdu môže navrhovateľ žalobu vziať späť. Vzhľadom na to, že navrhovateľka vzala návrh o preskúmanie zákonnosti rozhodnutia správneho orgánu späť, súd rozhodol v súlade s citovanými zákonnými ustanoveniami tak, ako je to uvedené vo výrokovej časti tohto uznesenia. Súd rozhodol o trovách konania v zmysle ustanovenia § 146 ods. 1 písm. c), § 246c a § 250l ods. 2 O. s. p., podľa ktorých žiaden z účastníkov nemá právo na náhradu trov konania podľa jeho výsledku, ak konanie bolo zastavené. Poučenie: Proti tomuto uzneseniu možno podať odvolanie do 15 dní odo dňa jeho doručenia na Krajský súd v Košiciach, a to v dvoch písomných vyhotoveniach. V odvolaní sa musí popri všeobecných náležitostiach podľa ustanovenia § 42 ods. 3 O. s. p. uviesť, proti ktorému rozhodnutiu odvolanie smeruje, v akom rozsahu sa rozhodnutie napáda, v čom sa rozhodnutie alebo postup súdu považuje za nesprávny a čoho sa odvolateľ domáha.</w:t>
      </w:r>
    </w:p>
    <w:p/>
    <w:p>
      <w:r>
        <w:t>Zdroj: KAUZIS.SK – https://www.kauzis.sk/judikatura/r/ECLI:SK:KSKE:2016:7015201199.3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