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8Sd/64/2015 z 21. 6. 2016</w:t>
      </w:r>
    </w:p>
    <w:p>
      <w:r>
        <w:t>Uznesenie Krajského súdu Košice z 21. júna 2016, sp. zn. 8Sd/64/2015, ECLI:SK:KSKE:2016:7015201290.2</w:t>
      </w:r>
    </w:p>
    <w:p>
      <w:r>
        <w:t>Súd: Krajský súd Košice</w:t>
      </w:r>
    </w:p>
    <w:p>
      <w:r>
        <w:t>Spisová značka: 8Sd/64/2015</w:t>
      </w:r>
    </w:p>
    <w:p>
      <w:r>
        <w:t>ECLI: ECLI:SK:KSKE:2016:7015201290.2</w:t>
      </w:r>
    </w:p>
    <w:p>
      <w:r>
        <w:t>Dátum vydania: 21.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8Sd/64/2015 Identifikačné číslo súdneho spisu: 7015201290 Dátum vydania rozhodnutia: 22. 06. 2016 Meno a priezvisko sudcu, VSÚ: JUDr. Marek Kotora ECLI: ECLI:SK:KSKE:2016:7015201290.2 Uznesenie Krajský súd v Košiciach, v právnej veci navrhovateľky: F. Z., nar. XX.XX.XXXX, bytom Ľ. X, A., proti odporkyni: Sociálna poisťovňa, ústredie, Ul. 29. augusta č. 8, Bratislava, v konaní o invalidnom dôchodku, takto r o z h o d o l : I./ Konanie vo veci z a s t a v u j e. II./ Žiaden z účastníkov n e m á právo na náhradu trov konania. o d ô v o d n e n i e : Návrhom/opravným prostriedkom zo dňa 30.07.2015, doručeným odporkyni dňa 03.08.2015, sa navrhovateľka domáhala preskúmania rozhodnutia odporkyne č. XXX XXX XXXX X zo dňa 01.06.2015 o zamietnutí žiadosti o zvýšenie invalidného dôchodku. Navrhovateľka podaním, označené dátumom dňa 31.04.2016 (č.l. 35 súdneho spisu) zobrala podaný návrh späť a navrhla konanie zastaviť. V danej veci ide o konanie podľa tretej hlavy piatej časti zákona č. 99/1963 Zb. Občiansky súdny poriadok (ďalej len „O.s.p.“) - (§ 250l a nasl. O.s.p. 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navrhovateľka vzala opravný prostriedok späť skôr, než súd mohol vo veci rozhodnúť, bolo konanie zastavené.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https://www.kauzis.sk/judikatura/r/ECLI:SK:KSKE:2016:7015201290.2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