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6Sd/65/2015 z 11. 10. 2016</w:t>
      </w:r>
    </w:p>
    <w:p>
      <w:r>
        <w:t>Rozsudok Krajského súdu Košice z 11. októbra 2016, sp. zn. 6Sd/65/2015, ECLI:SK:KSKE:2016:7015201294.2</w:t>
      </w:r>
    </w:p>
    <w:p>
      <w:r>
        <w:t>Súd: Krajský súd Košice</w:t>
      </w:r>
    </w:p>
    <w:p>
      <w:r>
        <w:t>Spisová značka: 6Sd/65/2015</w:t>
      </w:r>
    </w:p>
    <w:p>
      <w:r>
        <w:t>ECLI: ECLI:SK:KSKE:2016:7015201294.2</w:t>
      </w:r>
    </w:p>
    <w:p>
      <w:r>
        <w:t>Dátum vydania: 11. 10.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6Sd/65/2015 Identifikačné číslo súdneho spisu: 7015201294 Dátum vydania rozhodnutia: 12. 10. 2016 Meno a priezvisko sudcu, VSÚ: JUDr. Judita Juráková ECLI: ECLI:SK:KSKE:2016:7015201294.2 ROZSUDOK V MENE SLOVENSKEJ REPUBLIKY Krajský súd v Košiciach samosudkyňou JUDr. Juditou Jurákovou v právnej veci navrhovateľa: C.Á. H., P. XX, F., proti odporcovi: SOCIÁLNA POISŤOVŇA ústredie, Ul. 29. augusta č. 8 - 10, Bratislava, o invalidný dôchodok, takto r o z h o d o l : P o t v r d z u j e rozhodnutie odporcu č. XXX XXX XXXX X zo dňa 13.10.2015. Účastníkom sa n e p r i z n á v a právo na náhradu trov konania. o d ô v o d n e n i e : Rozhodnutím odporcu č. XXX XXX XXXX X zo dňa 13.10.2015 odporca zamietol žiadosť navrhovateľa o zvýšenie sumy priznaného invalidného dôchodku. Navrhovateľ má pokles schopnosti vykonávať zárobkovú činnosť /ďalej len „MPSVZČ“/ na 65 %, čo preukazovala lekárska správa Sociálnej poisťovne, pobočky v F. zo dňa 23.9.2015. V napadnutom rozhodnutí odporca tiež uviedol, že navrhovateľ je naďalej invalidný podľa ust. § 71 ods. 1 zákona č. 461/2003 Z.z. o sociálnom poistení /ďalej len „ZoSP“/, s rovnakou MPSVZČ ako pri predchádzajúcom posúdení jeho zdravotného stavu. Z uvedených dôvodov patrí navrhovateľovi invalidný dôchodok v nezmenenej sume, s poukazom na ust. § 73 ods. 2 ZoSP. Navrhovateľ podal proti vyššie uvedenému rozhodnutiu odporcu opravný prostriedok v zákonnej lehote. Uviedol, že má zhoršený zdravotný stav a dokáže to odbornými lekárskymi nálezmi. Myslí si, že posudkový lekár je voči nemu zaujatý. Odporca sa k opravnému prostriedku vyjadril dňa 27.6.2016. Poukázal na posudok posudkového lekára Sociálnej poisťovne, pobočky v F. zo dňa 23.9.2015, na základe ktorého aktuálny zdravotný stav navrhovateľa bol vyhodnotený s MPSVZČ na 65 %, podľa príslušnej kapitoly, prílohy č. 4 k ZoSP. Zhoršenie zdravotného stavu u navrhovateľa nie je na takej úrovni, ktoré by podľa ust. § 71 ZoSP zakladalo vznik plnej invalidity. Zdravotný stav navrhovateľa bol opakovane posúdený dňa 20.4.2016 a dňa 22.6.2016. Posudkoví lekári zotrvali na pôvodnom posudku a MPSVZČ nebola zmenená. Zdravotný stav navrhovateľa je zhoršený na úroveň invalidity, avšak s MPSVZČ na 65 %, oproti zdravej fyzickej osobe. Ani novšími lekárskymi nálezmi iný zdravotný stav nebol preukázaný. Navrhol rozhodnutie odporcu potvrdiť. Súd v konaní podľa ust. § 250l a nasl. O.s.p. zistil, že opravný prostriedok navrhovateľa nebol dôvodný, preto rozhodnutie odporcu potvrdil podľa ust. § 250q ods. 2 prvá veta O.s.p. Navrhovateľ v opravnom prostriedku, ako aj na pojednávaní poukázal na svoj zhoršený zdravotný stav. Nakoľko predložené lekárske správy na pojednávaní nepreukazovali zhoršenie zdravotného stavu, iba doposiaľ absolvované vyšetrenia, s rovnakým posudkovým záverom, ako boli prezentované v poslednej lekárskej správe Sociálnej poisťovne ústredie zo dňa 22.6.2016, ktorú si vyžiadal súd, pri rozhodovaní súd vychádzal z celkového posudku. Závery celkového posudku si súd osvojil a nezistil rozpor medzi tvrdeným stavom na základe novších lekárskych správ a poslednou lekárskou správou posudkového lekára Sociálnej poisťovne ústredie zo dňa 22.6.2016. Rozhodujúcim zdravotným postihnutím, podľa aktuálnych lekárskych odborných vyšetrení je porucha osobnosti, kap. V., pol 1, písm. b/, s MPSVZČ na 55 %, navýšené o 10 % z iných zdravotných postihnutí, uvedené postihnutie je v súlade s prílohou č. 4 k ZoSP, v uvedenej kapitole. Z dávkového spisu Sociálnej poisťovne ďalej vyplýva, že od septembra 2016 sa u navrhovateľa vykonávajú zrážky z invalidného dôchodku na základe pokynu súdneho exekútora. Podľa ust. § 250i ods. 1 O.s.p., je pre súd rozhodujúci skutkový stav, ktorý platil pri vydaní napadnutého rozhodnutia. Navrhovateľ nepreukázal, že došlo k zhoršeniu zdravotného stavu, bol opakovane posudzovaný príslušným posudkovým lekárom Sociálnej poisťovne ústredie, podrobne zhodnotený celkový zdravotný stav navrhovateľa, vrátane všetkých lekárskych nálezov predložených k dátumu 22.6.2016. Podľa ust. § 71 ods. 4 ZoSP, pokles schopnosti vykonávať zárobkovú činnosť sa posudzuje na základe a/ lekárskych správ a údajov zdravotnej dokumentácie zdravotníckeho zariadenia a zhodnotenia liečby s určením diagnostického záveru, stabilizácie ochorenia, jeho ďalšieho vývoja, ďalšej liečby a b/ komplexných funkčných vyšetrení a ich záverov, pričom sa prihliada na zostávajúcu schopnosť vykonávať zárobkovú činnosť, zostávajúcu schopnosť prípravy na povolanie, možnosti poskytnutia pracovnej rehabilitácie alebo rekvalifikácie. K námietke navrhovateľa uvedenej v opravnom prostriedku k otázke zaujatosti posudkového lekára je potrebné uviesť, že pri podaní opakovanej žiadosti o zvýšenie invalidného dôchodku, za predpokladu, že lekárske správy budú preukazovať zhoršenie zdravotného stavu, navrhovateľ má možnosť vzniesť námietku zaujatosti príslušného posudkového lekára, uvedené je Sociálna poisťovňa povinná uviesť do zápisnice z pojednávania podľa ust. § 189 ods. 3 ZoSP. Na základe takto zisteného skutkového a právneho stavu, súd rozhodnutie odporcu potvrdil podľa ust. § 250q ods. 2 prvá veta O.s.p. Účastníkom nevznikli trovy konania, preto im súd ich náhradu nepriznal, s poukazom na ust. § 250l ods. 2, § 250k ods. 1 prvá veta O.s.p. Poučenie: Proti tomuto rozsudku je prípustné odvolanie do 15 dní odo dňa jeho doručenia na Najvyšší súd SR v Bratislave prostredníctvom Krajského súdu v Košiciach, a to písomne v dvoch vyhotoveniach. V odvolaní sa má popri všeobecných náležitostiach (§ 42 ods.3 O.s.p.) uviesť proti ktorému rozhodnutiu smeruje, v akom rozsahu sa napáda, v čom sa toto rozhodnutie alebo postup súdu považuje za nesprávny a čoho sa odvolateľ domáha. Odvolanie možno odôvodniť len tým, že v konaní došlo k vadám uvedeným v § 221 ods.1 O.s.p., konanie má inú vadu, ktorá mohla mať za následok nesprávne rozhodnutie vo veci a rozhodnutie prvého stupňa vychádza z nesprávneho právneho posúdenia veci.</w:t>
      </w:r>
    </w:p>
    <w:p/>
    <w:p>
      <w:r>
        <w:t>Zdroj: KAUZIS.SK – https://www.kauzis.sk/judikatura/r/ECLI:SK:KSKE:2016:7015201294.2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