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6Sd/67/2015 z 9. 6. 2016</w:t>
      </w:r>
    </w:p>
    <w:p>
      <w:r>
        <w:t>Uznesenie Krajského súdu Košice z 9. júna 2016, sp. zn. 6Sd/67/2015, ECLI:SK:KSKE:2016:7015201328.2</w:t>
      </w:r>
    </w:p>
    <w:p>
      <w:r>
        <w:t>Súd: Krajský súd Košice</w:t>
      </w:r>
    </w:p>
    <w:p>
      <w:r>
        <w:t>Spisová značka: 6Sd/67/2015</w:t>
      </w:r>
    </w:p>
    <w:p>
      <w:r>
        <w:t>ECLI: ECLI:SK:KSKE:2016:7015201328.2</w:t>
      </w:r>
    </w:p>
    <w:p>
      <w:r>
        <w:t>Dátum vydania: 9. 6. 2016</w:t>
      </w:r>
    </w:p>
    <w:p>
      <w:r>
        <w:t>Forma: Uznesenie</w:t>
      </w:r>
    </w:p>
    <w:p>
      <w:pPr>
        <w:pStyle w:val="Heading2"/>
      </w:pPr>
      <w:r>
        <w:t>Text rozhodnutia</w:t>
      </w:r>
    </w:p>
    <w:p>
      <w:r>
        <w:t>Súd: Krajský súd Košice Spisová značka: 6Sd/67/2015 Identifikačné číslo súdneho spisu: 7015201328 Dátum vydania rozhodnutia: 10. 06. 2016 Meno a priezvisko sudcu, VSÚ: JUDr. Judita Juráková ECLI: ECLI:SK:KSKE:2016:7015201328.2 Uznesenie Krajský súd v Košiciach v právnej veci navrhovateľky: T. S., Z. XX, R., proti odporcovi: Sociálna poisťovňa, ústredie, Ul. 29. augusta č. 8, Bratislava, o starobný dôchodok, takto r o z h o d o l : Konanie z a s t a v u j e . Žiaden z účastníkov nemá právo na náhradu trov konania. o d ô v o d n e n i e : Navrhovateľka sa podaným opravným prostriedkom domáhala zrušenia rozhodnutia odporcu č. XXX XXX XXXX X, zo dňa 17.8.2015. Dňa 3.6.2016 navrhovateľka vzala opravný prostriedok späť. Pri rozhodovaní o opravných prostriedkoch podľa tretej hlavy O.s.p., ust. § 250l ods.2 O.s.p., pokiaľ v tejto hlave nie je ustanovené inak, použije sa primerane ustanovenie druhej hlavy s výnimkou ust. § 250a. Podľa ust. § 250h ods. 2 prvá veta O.s.p., žalobca môže do rozhodnutia súdu vziať žalobu späť. Podľa ust. § 250d ods. 3 prvá veta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ods.2/. Na základe vyššie citovaného zákonného ustanovenia, súd konanie zastavil. O náhrade trov konania bolo rozhodnuté podľa ust. § 146 ods. 2 druhá veta O.s.p., v nadväznosti na ustanovenie § 246c ods.1 O.s.p., teda žiaden z účastníkov nemá právo na náhradu trov konania, ak konanie bolo zastavené. Poučenie: Proti tomuto uzneseniu je možné podať odvolanie do 15 dní od jeho doručenia na Krajskom súde v Košiciach.</w:t>
      </w:r>
    </w:p>
    <w:p/>
    <w:p>
      <w:r>
        <w:t>Zdroj: KAUZIS.SK – https://www.kauzis.sk/judikatura/r/ECLI:SK:KSKE:2016:7015201328.2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