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8Sd/69/2015 z 5. 9. 2016</w:t>
      </w:r>
    </w:p>
    <w:p>
      <w:r>
        <w:t>Rozsudok Krajského súdu Košice z 5. septembra 2016, sp. zn. 8Sd/69/2015, ECLI:SK:KSKE:2016:7015201356.3</w:t>
      </w:r>
    </w:p>
    <w:p>
      <w:r>
        <w:t>Súd: Krajský súd Košice</w:t>
      </w:r>
    </w:p>
    <w:p>
      <w:r>
        <w:t>Spisová značka: 8Sd/69/2015</w:t>
      </w:r>
    </w:p>
    <w:p>
      <w:r>
        <w:t>ECLI: ECLI:SK:KSKE:2016:7015201356.3</w:t>
      </w:r>
    </w:p>
    <w:p>
      <w:r>
        <w:t>Dátum vydania: 5. 9. 2016</w:t>
      </w:r>
    </w:p>
    <w:p>
      <w:r>
        <w:t>Forma: Rozsudok</w:t>
      </w:r>
    </w:p>
    <w:p>
      <w:r>
        <w:t>Oblasť práva: Správne právo</w:t>
      </w:r>
    </w:p>
    <w:p>
      <w:pPr>
        <w:pStyle w:val="Heading2"/>
      </w:pPr>
      <w:r>
        <w:t>Text rozhodnutia</w:t>
      </w:r>
    </w:p>
    <w:p>
      <w:r>
        <w:t>Súd: Krajský súd Košice Spisová značka: 8Sd/69/2015 Identifikačné číslo súdneho spisu: 7015201356 Dátum vydania rozhodnutia: 06. 09. 2016 Meno a priezvisko sudcu, VSÚ: JUDr. Marek Kotora ECLI: ECLI:SK:KSKE:2016:7015201356.3 ROZSUDOK V MENE SLOVENSKEJ REPUBLIKY Krajský súd v Košiciach, sudcom JUDr. Marekom Kotorom, v právnej veci navrhovateľky: L. W., nar. XX.XX.XXXX, bytom C. XXX, XXX XX N., proti odporkyni: Sociálna poisťovňa, ústredie, Ul. 29. augusta 8, Bratislava, v konaní o invalidnom dôchodku, takto r o z h o d o l : I./ P o t v r d z u j e rozhodnutie odporkyne č. XXX XXX XXXX X zo dňa 24.07.2015. II./ Účastníkom konania náhradu trov konania n e p r i z n á v a. o d ô v o d n e n i e : Navrhovateľka sa návrhom zo dňa 05.08.2015 (č.l. 1 spisu) odvolala voči rozhodnutiu odporkyne zo dňa 24.07.2015 č. XXX XXX XXXX X. Mala za to, že nie všetky lekárske nálezy a skutočnosti boli patrične percentuálne zhodnotené. Podotkla, že na astmu je liečená asi 20 rokov, pričom bola hospitalizovaná vo S. C. a na pľúcnom oddelení asi 25-krát. Naposledy na pľúcnom oddelení v decembri 2014 až január 2015 a v máji 2015. Takisto bola hospitalizovaná na imunoalergologickej ambulancii v apríli 2015 s potvrdením ťažkej astmy s ťažkou obštrukciou v dýchacích cestách. Z CT vyšetrenia boli preukázané chronické zmeny, avšak jej stav sa nezlepšuje. V náleze je uvedené, že prakticky bez prestania pokašľavania a je dušná, čo ju strašne vyčerpáva. Nesúhlasila s percentuálnym hodnotením astmy na 60 % a žiadala o opätovné prehodnotenie. Doplnila, že z dôvodu dlhodobo pretrvávajúceho stavu má aj depresiu a bola hospitalizovaná na akútnom psychiatrickom oddelení, za čo jej bolo priznaných 10 % a takisto sa lieči aj na štítnu žľazu a boli zistené aj určité stavy v mozgu pri magnetickej rezonancii. Rozhodnutím č. XXX XXX XXXX X zo dňa 24.07.2015 (č.l. 2 spisu) odporkyňa podľa § 73, § 112 ods. 4 a § 82 zákona č. 461/2003 Z. z. o sociálnom poistení v znení neskorších predpisov (ďalej len „zákon o sociálnom poistení“ resp. „ZoSP“) zvýšila sumu invalidného dôchodku navrhovateľky od 19.05.2015 na 193,40 Eur mesačne. V odôvodnení rozhodnutia uviedla, že jej pokles schopnosti vykonávať zárobkovú činnosť od 19.05.2015 je 70 % a jej dlhodobo nepriaznivý zdravotný stav a pokles schopnosti vykonávať zárobkovú činnosť bol posúdený posudkovým lekárom sociálneho poistenia, pobočky H., ktorého výsledok je uvedený v lekárskej správe zo dňa 08.07.2015. Posudkový záver posudkového lekára sociálneho poistenia vychádzal zo skutočností, ktoré boli preukázané počas konania o zmene sumy invalidného dôchodku a ak by v budúcnosti došlo k zhoršeniu jej zdravotného stavu, ktoré by odôvodňovalo stanovenie vyššej miery poklesu schopnosti vykonávať zárobkovú činnosť alebo zmenu rozhodujúceho zdravotného postihnutia, môže požiadať o opätovné posúdenie svojej invalidity a zvýšenie sumy invalidného dôchodku. V ďalšom odporkyňa poukazovala na výpočet sumy invalidného dôchodku určenej podľa § 73 ods. 2 zákona o sociálnom poistení s poukázaním na to, že nárok na invalidný dôchodok jej vznikol dňa 25.07.2015, pričom spôsob výpočtu hodnoty priemerného osobného mzdového bodu a rokov obdobia dôchodkového poistenia spolu s pripočítaným obdobím bol podrobne vysvetlený v rozhodnutí o priznaní invalidného dôchodku č. XXX XXX XXXX X zo dňa 14.08.2008. Odporkyňa vo vyjadrení zo dňa 10.12.2015 (č.l. 13 spisu) navrhla napadnuté rozhodnutie ako vecne správne potvrdiť, keďže námietkam navrhovateľky nie je možné vyhovieť. Podľa posudku posudkového lekára sociálneho poistenia, pobočky H. zo dňa 08.07.2015, ktorý bol vypracovaný na základe kontrolnej lekárskej prehliadky, je navrhovateľka od 19.05.2015 invalidná podľa ustanovenia § 71 ods. 1 zákona s mierou poklesu schopnosti vykonávať zárobkovú činnosť 70 % v porovnaní so zdravou fyzickou osobou. Keďže došlo k zvýšeniu miery poklesu schopnosti vykonávať zárobkovú činnosť zo 60 % na 70 % bol navrhovateľke napadnutým rozhodnutím zvýšený invalidný dôchodok s tým, že suma invalidného dôchodku bola určená v súlade s ustanovením § 73 ods. 2 zákona. Na základe podaného opravného prostriedku bol zdravotný stav navrhovateľky opätovne posúdený posudkovým lekárom sociálneho poistenia, pobočky H. dňa 02.09.2015 a posudkovým lekárom sociálneho poistenia, ústredie dňa 30.11.2015, pričom posudkoví lekári sociálneho poistenia zotrvali na pôvodnom posudku, že navrhovateľka je od 19.05.2015 invalidná podľa ustanovenia § 71 ods. 1 zákona s mierou poklesu schopnosti vykonávať zárobkovú činnosť 70% v porovnaní so zdravou fyzickou osobou. Posudkoví lekári sociálneho poistenia v konaní predchádzajúcom vydaniu napadnutého rozhodnutia, ako aj v konaní o opravnom prostriedku, na základe predložených odborných lekárskych nálezov a vlastného vyšetrenia vyhodnotili, že navrhovateľkin zdravotný stav je zhoršený na úroveň invalidity od 19.05.2015 s mierou poklesu schopnosti vykonávať zárobkovú činnosť 70 % v porovnaní so zdravou fyzickou osobou. Navrhovateľka v konaní o opravnom prostriedku predloženými listinnými dôkazmi (najmä odbornými lekárskymi nálezmi) nepreukázala, že jej zdravotný stav odôvodňuje vyššiu mieru poklesu schopnosti vykonávať zárobkovú činnosť v porovnaní so zdravou fyzickou osobou alebo zmenu dátumu vzniku invalidity a z toho dôvodu sa jej nepodarilo spochybniť správnosť rozhodnutia o zvýšení sumy invalidného dôchodku. Z Lekárskej správy zo dňa 08.07.2015, nachádzajúcej sa v administratívnom spise odporkyne, ktorá bola podkladom pre vydanie napadnutého rozhodnutia, vypracovanej posudkovým lekárom sociálneho poistenia, pobočky H., MUDr. O. Z., PhD., súd z výroku posudku zistil, že navrhovateľka je invalidná podľa § 71 ods. 1 zákona č. 461/2003 Z. z. o sociálnom poistení, lebo pre dlhodobo nepriaznivý zdravotný stav má pokles schopnosti vykonávať zárobkovú činnosť o viac ako 40 % v porovnaní so zdravou fyzickou osobou. Miera poklesu schopnosti vykonávať zárobkovú činnosť (ďalej len „MPSV ZČ“) v percentách nie je už 60 %, ale je 70 % s tým, že dátum zmeny MPSV ZČ je 19.05.2015. Za Rozhodujúce zdravotné postihnutie bola stanovená Astma - záduch vo výške 60 % vzhľadom na chorobu Astma - záduch diagnóza J45 so zaradením do kapitoly VIII, oddiel B, položka 3, písmeno d) v rozmedzí od 60 do 90 %. Zároveň posudkový lekár zvýšil percentuálnu mieru o 10 % s poukazom na iné zdravotné postihnutie Epizóda stredne ťažkej depresie. Z posudkovej časti súd zistil, že posudzovaná mala určenú 60 % mieru poklesu schopnosti vykonávať zárobkovú činnosť od 25.07.2007 pre astmu. Pre toto ochorenie je liečená dlhodobo, viac ako 13 rokov, opakovane hospitalizovaná na pľúcnom oddelení pre dekompenzáciu ochorenia, naposledy v januári a v máji 2015. Má trvalé ťažkosti, prakticky bez prestania pokašliava a je dušná. Zhoršilo sa aj jej prežívanie ochorenia, pristúpili pocity smútku, vyčerpanosti a neustále obavy o budúcnosť. Z toho dôvodu je dlhodobo psychiatricky liečená aj s nutnou psychiatrickou hospitalizáciou, posledne v roku 2014. Uvedenému stavu ťažkej astme a depresii stredného stupňa zodpovedá invalidita s mierou poklesu schopnosti vykonávať zárobkovú činnosť 70 %. Dátum zmeny miery poklesu schopnosti vykonávať zárobkovú činnosť je určený dňom podania žiadosti, t. j. 19.05.2015 s určením kontrolnej lekárskej prehliadky o dva roky. Z Lekárskej správy zo dňa 30.11.2015 (č.l. 8-10 spisu), vypracovanej posudkovým lekárom sociálneho poistenia, ústredie MUDr. M. G., súd z výroku posudku zistil, že navrhovateľka je invalidná podľa § 71 ods. 1 zákona č. 461/2003 Z. z. o sociálnom poistení, lebo pre dlhodobo nepriaznivý zdravotný stav má pokles schopnosti vykonávať zárobkovú činnosť o viac ako 40 % v porovnaní so zdravou fyzickou osobou. Miera poklesu schopnosti vykonávať zárobkovú činnosť u navrhovateľky bola určená na 70 %. Za Rozhodujúce zdravotné postihnutie vo výške 60 % boli určené - Choroby dýchacej sústavy Kapitola VIII, oddiel B, položka 3, písmeno d) v rozmedzí od 60 do 90 % vzhľadom na chorobu Priedušková astma diagnóza J45. Vzhľadom na iné zdravotné postihnutie - Epizóda stredne ťažkej depresie, jej bola zvýšená percentuálna miera o 10 %. Z posudkovej časti súd zistil, že u posudzovanej bol opakovane zhodnocovaný zdravotný stav, ktorá bola v roku 2007 uznaná invalidnou so 60 % MPSVZČ pre rozhodujúce zdravotné postihnutie Prieduškovú astmu podľa kapitoly VIII, oddiel B, položka 3, písmeno d). Funkčné postihnutie vyplývajúce z rozhodujúceho zdravotného postihnutia je bez podstatnejších zmien v zmysle zhoršenia, naďalej zdôvodňuje z posudkového hľadiska 60 % MPSVZČ. Posudkovým lekárom dňa 08.07.2007 bolo toto rozhodujúce zdravotné postihnutie zvýšené o 10 % pre iné zdravotné postihnutie, na celkovú 70 % MPSVZČ, so stanovenou kontrolnou lekárskou prehliadkou na júl 2017. V konaní navrhovateľka predložila nové lekárske správy, na základe ktorých bol vo veci vypracovaný nový lekársky posudok zo dňa 14.06.2016. Z Lekárskej správy zo dňa 14.06.2016 (č.l. 32-33 spisu), vypracovanej posudkovým lekárom sociálneho poistenia, ústredie MUDr. B. R. pre potreby súdneho konania, súd z výroku posudku zistil, že navrhovateľka je invalidná podľa § 71 ods. 1 zákona č. 461/2003 Z. z. o sociálnom poistení, lebo pre dlhodobo nepriaznivý zdravotný stav má pokles schopnosti vykonávať zárobkovú činnosť o viac ako 40 % v porovnaní so zdravou fyzickou osobou. Miera poklesu schopnosti vykonávať zárobkovú činnosť u navrhovateľky bola určená vo výške 70 %. Za Rozhodujúce zdravotné postihnutie vo výške 60 % boli určené - Choroby dýchacej sústavy vzhľadom na chorobu Priedušková astma (diagnóza J45) so zaradením do kapitoly VIII, oddiel B, položka 3, písmeno d) v rozmedzí od 60 do 90 %. Posudkový lekár zvýšil percentuálnu mieru o 10 % vzhľadom na iné zdravotné postihnutie: Epizóda stredne ťažkej depresie. Z celkového posudku súd zistil, že novo doložené prepúšťacie správy nedokumentujú zhoršenie zdravotného stavu. Posudzovaná bola vo februári 2016 hospitalizovaná na neurologickom oddelení v O. pre bolesti v krčnej oblasti chrbtice. V objektívnom neurologickom náleze je prítomná obmedzená pohyblivosť krčnej časti chrbtice so stuhnutým chrbtovým svalstvom, avšak bez známok koreňového dráždenia, bez svalovej hypotrofie, či atrofie, bez výraznejšej poruchy citlivosti. Realizované RTG vyšetrenia krčnej a driekovej chrbtice a MRI vyšetrenie krčnej chrbtice dokumentujú chorobné (degeneratívne zmeny na chrbtici mierneho stupňa). Stav je posudkovo nevýznamný. V marci 2016 bola hospitalizovaná v D. Ú. H., A. Y. V. C. Y. S. C. na mimopľúcnom (chirurgickom oddelení) za účelom operácie žlčníka pre žlčníkové kamene. Tam realizované pľúcne vyšetrenie doporučilo úpravu liečby. Spirometrické vyšetrenie dokumentuje iba ľahkú obštrukčnú ventilačnú poruchu. Pri prepustení stav celkovo zhodnotený ako priedušková astma dobre kompenzovaná liečbou. Po celkovom zhodnotení zdravotného stavu je rozhodujúcim zdravotným postihnutím Priedušková astma ťažká, avšak dobre kompenzovaná liečbou, ktorú zaradil do kapitoly VIII, oddiel B, položka 3, písmeno d) s MPSVZČ 60 %, čo je dolná hranica percentuálneho rozpätia (vzhľadom na dobrú kompenzáciu a spirometrické parametre). Iné vyššie uvedené zdravotné postihnutie naďalej podmieňuje zvýšenie MPSVZČ o maximálne možných 10 %, čím celková MPSVZČ je naďalej 70 %. § Súd v konaní podľa § 250l a nasl. O. s. p. po preskúmaní napadnutého rozhodnutia, oboznámení sa s dávkovým spisom odporkyne dospel k záveru, že opravný prostriedok navrhovateľky zo dňa 05.08.2015 nie je dôvodný. Pokiaľ sa týka odvolacích námietok, navrhovateľka namietala percentuálnu mieru svojho zdravotného postihnutia, ktoré bolo stanovené vo výške 70 %. Iné skutočnosti nenamietla a rovnako nenamietala ani spôsob výpočtu invalidného dôchodku nenamietala. Podľa § 70 ods. 1 zákona o sociálnom poistení,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o sociálnom poistení, poistenec je invalidný, ak pre dlhodobo nepriaznivý zdravotný stav má pokles schopnosti vykonávať zárobkovú činnosť o viac ako 40 % v porovnaní so zdravou fyzickou osobou. Podľa § 112 ods. 4 zákona o sociálnom poistení, Výplata dávky sa zastaví, uvoľní alebo sa dávka vypláca v nižšej sume alebo vo vyššej sume, ak sa zmenia skutočnosti rozhodujúce na nárok na výplatu dávky. V zmysle Prílohy č. 4 (Percentuálna miera poklesu zárobkovej činnosti podľa druhu zdravotného postihnutia orgánov a systémov) zákona č. 461/2003 Z.z. o sociálnom poistení - Kapitola VIII. (CHOROBY DÝCHACEJ SÚSTAVY), oddiel B (CHOROBY DOLNÝCH CIEST DÝCHACÍCH), položka 3 (Bronchiálna astma), písmeno d/ (ťažká perzistujúca astma každodenné príznaky, časté exacerbácie, časté nočné astmatické príznaky, FEV1&lt;60% referenčných hodnôt, pred začatím liečby alebo pri akejkoľvek antiastmatickej liečbe; prejavy ako v bode b) pri kombinovanej liečbe nízkymi až stredne vysokými dávkami inhalačných kortikoidov s dlhodobo pôsobiacimi betasympatikomimetikami, prípadne antileukotriénmi alebo teofylínmi, alebo pri monoterapii vysokými dávkami inhalačných kortikoidov; alebo prejavy ako v bode c) pri pravidelnej liečbe nízkymi dávkami inhalačných kortikoidov alebo monoterapii antileukotriénmi) je uvedené percentuálne rozpätie 60 - 90%. Dlhodobo nepriaznivý zdravotný stav je taký zdravotný stav, ktorý spôsobuje pokles schopnosti vykonávať zárobkovú činnosť a ktorý má podľa poznatkov lekárskej vedy trvať dlhšie ako jeden rok. Pokles schopnosti vykonávať zárobkovú činnosť sa posudzuje porovnaním telesnej, duševnej a zmyslovej schopnosti poistenca s dlhodobo nepriaznivým zdravotným stavom a telesnej, duševnej a zmyslovej schopnosti zdravej fyzickej osoby. Pri posudzovaní poklesu schopnosti vykonávať zárobkovú činnosť sa neprihliada na zdravotné postihnutia, ktoré boli zohľadnené na invalidný výsluhový dôchodok podľa osobitného predpisu.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prípravy na povolanie, možnosti poskytnutia pracovnej rehabilitácie alebo rekvalifikácie. Miera poklesu schopnosti vykonávať zárobkovú činnosť je uvedená v Prílohe č. 4 a určuje sa v percentách podľa druhu zdravotného postihnutia, ktoré je rozhodujúcou príčinou dlhodobo nepriaznivého zdravotného stavu, a so zreteľom na závažnosť ostatných zdravotných postihnutí s tým, že jednotlivé percentuálne miery poklesu schopnosti vykonávať zárobkovú činnosť sa nesčítavajú (§ 71 ods. 4, 5, 6 a 7 zákona č. 461/2003 Z.z. o sociálnom poistení). Mieru poklesu schopnosti vykonávať zárobkovú činnosť určenú možno zvýšiť najviac o 10%, ak závažnosť ostatných zdravotných postihnutí ovplyvňuje pokles schopnosti vykonávať zárobkovú činnosť, pričom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 71 ods. 8 zákona o sociálnom poistení). Lekársku posudkovú činnosť pri výkone dôchodkového poistenia vykonáva s účinnosťou od 01.01.2004 posudkový lekár sociálneho poistenia príslušnej pobočky a posudkový lekár sociálneho poistenia ústredia. Posudkový lekár posudzuje na účely sociálneho poistenia pri kontrolných lekárskych prehliadkach zdravotný stav, schopnosť vykonávať zárobkovú činnosť a pracovnú schopnosť poistenca (§ 153 ods. 5 a 6 citovaného zákona). Súd na základe vykonaného dokazovania v súdnom preskúmavacom konaní dospel k záveru, že skutkové okolnosti týkajúce sa rozsahu zdravotného poškodenia navrhovateľky boli dostatočne ozrejmené príslušnými posudkovými lekármi sociálneho poistenia Sociálnej poisťovne, ktorí vo svojich posudkoch zo dňa 08.07.2015, 30.11.2015 a 14.06.2016 vyhodnotili zdravotné postihnutie navrhovateľky na základe odborných lekárskych vyšetrení. Posudkový lekár sociálneho poistenia pobočky H. vo svojom posudku, ktoré bolo podkladom pre napadnuté rozhodnutie odporkyne, ktorým zvýšila invalidný dôchodok navrhovateľky, zvýšil MPSV ZČ navrhovateľky z pôvodne uznaných 60 % na 70 % s dátumom zmeny 19.05.2015. Uviedol, že navrhovateľka mala určenú 60 % mieru poklesu schopnosti vykonávať zárobkovú činnosť od 25.07.2007 pre Astmu, pričom z dôvodu daného ochorenia je dlhodobo liečená (viac ako 13 rokov) a bola kvôli nemu aj opakovane hospitalizovaná na pľúcnom oddelení pre dekompenzáciu ochorenia. Popísal aj trvalé ťažkosti navrhovateľky prejavujúce sa v pokašliavaní bez prestania a dušnosti, pričom sa zhoršilo jej prežívanie ochorenia, nakoľko pristúpili pocity smútku, vyčerpanosti a neustále obavy o budúcnosť a preto musela byť dlhodobo psychiatricky liečená s nutnou psychiatrickou hospitalizáciou (naposledy r. 2014). Z posudkov vypracovaných pre potreby súdneho konania vyplýva, že novo doložené prepúšťacie správy nedokumentujú zhoršenie zdravotného stavu. Pokiaľ aj táto bola hospitalizovaná na neurologickom oddelení (február 2016) pre bolesti v krčnej oblasti chrbtice, tak z objektívneho neurologického nálezu vyplýva obmedzená pohyblivosť krčnej časti chrbtice so stuhnutým chrbtovým svalstvom, avšak bez známok koreňového dráždenia, bez svalovej hypotrofie, či atrofie a bez výraznejšej poruchy citlivosti. Takisto realizované RTG vyšetrenia krčnej a driekovej chrbtice a MRI vyšetrenie krčnej chrbtice síce dokumentujú chorobné degeneratívne zmeny na chrbtici avšak mierneho stupňa) v dôsledku čoho ide z posudkového hľadiska o nevýznamnú skutočnosť. Počas hospitalizácie v D. Ú. H., A. Y. V. C. Y. S. C. na mimopľúcnom (chirurgickom oddelení) za účelom operácie žlčníka pre žlčníkové kamene (marec 2016) bolo realizované aj pľúcne vyšetrenie, ktoré doporučilo úpravu liečby a vykonané spirometrické vyšetrenie dokumentuje iba ľahkú obštrukčnú ventilačnú poruchu. Pri prepustení jej stav bol celkovo zhodnotený ako priedušková astma dobre kompenzovaná liečbou, v dôsledku čoho po celkovom zhodnotení zdravotného stavu je Rozhodujúcim zdravotným postihnutím Priedušková astma ťažká, avšak dobre kompenzovaná liečbou, ktorú zaradila do kapitoly VIII, oddiel B, položka 3, písmeno d) s MPSVZČ 60 %, čo je dolná hranica percentuálneho rozpätia a to vzhľadom na dobrú kompenzáciu a spirometrické parametre. Súd má za to, že posudkoví lekári náležitým spôsobom zdôvodnili, prečo vzhľadom na zdravotné postihnutie navrhovateľky je za Rozhodujúce zdravotné postihnutie potrebné považovať - Priedušková astma ťažká, ktorú zaradili do Kapitoly VIII, oddiel B, položka 3, písmeno d) s MPSVZČ 60 % vzhľadom na dobrú kompenzáciu a spirometrické parametre. Posudkoví lekári sa náležite vo vyššie uvedených posudkoch venovali aj skutočnostiam, prečo vzhľadom na Iné zdravotné postihnutie navrhovateľky - Epizóda stredne ťažkej depresie zvýšili percentuálnu mieru na maximálnu možnú zákonnú hranicu, t.j. o 10%, keďže dané ochorenie odôvodňuje zvýšenie MPSV ZČ. Navrhovateľka v konaní neuviedla žiadne nové skutočnosti, ktoré by neboli známe príslušným posudkovým lekárom pri vypracovaní posudkov a ktoré by mohli ich jednoznačné závery spochybniť. Navrhovateľka v konaní nepreukázala, že jej zdravotný stav odôvodňuje vyššiu mieru poklesu schopnosti vykonávať zárobkovú činnosť, ako bolo ustálené príslušnými posudkovými lekármi v podaných posudkoch. Podľa týchto posudkov pre dlhodobo nepriaznivý zdravotný stav má navrhovateľka stanovenú mieru poklesu schopnosti vykonávať zárobkovú činnosť vo výške 70 % v porovnaní so zdravou fyzickou osobou. Z podaných posudkov posudkových lekárov sociálneho poistenia nesporne a jednoznačne vyplývajú skutočnosti, ktoré odôvodňujú zvýšenie sumy invalidného dôchodku. Súd zvážil všetky uvedené skutočnosti, na ich základe a v súlade s citovanými zákonnými ustanoveniami podľa § 250q ods. 3 O.s.p. napadnuté rozhodnutie odporkyne zo dňa 24.07.2015 ako vecne správne potvrdil. O trovách konania bolo rozhodnuté v zmysle ustanovenia § 250k ods. 1 O.s.p. v spojení s ustanovením § 250l ods. 2 O.s.p.. Navrhovateľka bola v konaní neúspešná a nemá preto právo na náhradu trov konania, odporkyni náhrada trov konania nepatrí, preto súd účastníkom konania náhradu trov konania nepriznal. Poučenie: Proti rozsudku je prípustné odvolanie do 15 dní odo dňa jeho doručenia na Najvyšší súd SR v Bratislave prostredníctvom Krajského súdu v Košiciach. Odvolanie musí obsahovať všeobecné náležitosti podania podľa § 42 ods. 3 O.s.p., to znamená musí byť z odvolania zjavné, ktorému súdu je určené, kto ho robí, ktorej veci sa týka a čo sleduje, a musí byť podpísané a datované. Podanie treba predložiť s potrebným počtom rovnopisov a s prílohami tak, aby jeden rovnopis zostal na súde a aby každý účastník dostal jeden rovnopis, ak je to potrebné. Ak účastník nepredloží potrebný počet rovnopisov a príloh, súd vyhotoví kópie na jeho trovy. Ďalej z odvolania musí byť zjavné,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https://www.kauzis.sk/judikatura/r/ECLI:SK:KSKE:2016:7015201356.3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