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9Sd/70/2015 z 3. 3. 2016</w:t>
      </w:r>
    </w:p>
    <w:p>
      <w:r>
        <w:t>Rozsudok Krajského súdu Košice z 3. marca 2016, sp. zn. 9Sd/70/2015, ECLI:SK:KSKE:2016:7015201384.2</w:t>
      </w:r>
    </w:p>
    <w:p>
      <w:r>
        <w:t>Súd: Krajský súd Košice</w:t>
      </w:r>
    </w:p>
    <w:p>
      <w:r>
        <w:t>Spisová značka: 9Sd/70/2015</w:t>
      </w:r>
    </w:p>
    <w:p>
      <w:r>
        <w:t>ECLI: ECLI:SK:KSKE:2016:7015201384.2</w:t>
      </w:r>
    </w:p>
    <w:p>
      <w:r>
        <w:t>Dátum vydania: 3. 3. 2016</w:t>
      </w:r>
    </w:p>
    <w:p>
      <w:r>
        <w:t>Forma: Rozsudok</w:t>
      </w:r>
    </w:p>
    <w:p>
      <w:r>
        <w:t>Oblasť práva: Správne právo</w:t>
      </w:r>
    </w:p>
    <w:p>
      <w:pPr>
        <w:pStyle w:val="Heading2"/>
      </w:pPr>
      <w:r>
        <w:t>Text rozhodnutia</w:t>
      </w:r>
    </w:p>
    <w:p>
      <w:r>
        <w:t>Súd: Krajský súd Košice Spisová značka: 9Sd/70/2015 Identifikačné číslo súdneho spisu: 7015201384 Dátum vydania rozhodnutia: 04. 03. 2016 Meno a priezvisko sudcu, VSÚ: JUDr. Juraj Tymko ECLI: ECLI:SK:KSKE:2016:7015201384.2 ROZSUDOK V MENE SLOVENSKEJ REPUBLIKY Krajský súd v Košiciach samosudcom JUDr. Jurajom Tymkom, v právnej veci navrhovateľa E. Š., bytom L. XX, F., proti odporcovi Sociálnej poisťovni, ústredie, Ul. 29. augusta 8 - 10, Bratislava, v konaní o invalidnom dôchodku, takto r o z h o d o l : P o t v r d z u j e rozhodnutie odporcu č. XXX XXX XXXX X zo dňa 14.09.2015 v spojení so zmenovým rozhodnutím odporcu č. XXX XXX XXXX X zo dňa 13.11.2015. Navrhovateľovi n e p r i z n á v a právo na náhradu trov konania. o d ô v o d n e n i e : Rozhodnutím č. XXX XXX XXXX X zo dňa 14. septembra 2015, odporca podľa § 70 ods. 1 a § 82 zákona č. 461/2003 Z. z. o sociálnom poistení v znení neskorších predpisov priznal navrhovateľovi od 08. júna 2015 invalidný dôchodok v sume 139,70 eur mesačne. V odôvodnení napadnutého rozhodnutia odporca citoval ustanovenie § 70 ods. 1 zákona č. 461/2003 Z. z. v znení neskorších predpisov a uviedol, že za invalidného bol navrhovateľ uznaný z dôvodu, že má pokles schopnosti vykonávať zárobkovú činnosť o 45 % v porovnaní so zdravou fyzickou osobou. Konštatoval, že navrhovateľov dlhodobo nepriaznivý zdravotný stav a pokles schopnosti vykonávať zárobkovú činnosť bol posúdený posudkovým lekárom sociálneho poistenia Sociálnej poisťovne, pobočka Košice a výsledok jeho posúdenia je uvedený v lekárskej správe - odbornom posudku o invalidite zo dňa 17. augusta 2015. Poukázal na to, že posudkový záver posudkového lekára sociálneho poistenia vychádzal zo skutočností, ktoré boli preukázané počas konania o priznanie invalidného dôchodku. Ak by v budúcnosti došlo k zhoršeniu zdravotného stavu navrhovateľa, ktoré by odôvodňovalo stanovenie vyššej miery poklesu schopnosti vykonávať zárobkovú činnosť, alebo zmenu rozhodujúceho zdravotného postihnutia, má možnosť požiadať o opätovné posúdenie jeho invalidity a zvýšenie sumy invalidného dôchodku. V ďalšej časti odôvodnenia napadnutého rozhodnutia odporca uviedol, že suma invalidného dôchodku je určená podľa § 73 ods. 2 zákona č. 461/2003 Z. z.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Odporca špecifikoval výpočet invalidného dôchodku navrhovateľa a uviedol, že v rozhodujúcom období úhrnom získal 9356 dní dôchodkového poistenia, to znamená 25,6329 rokov dôchodkového poistenia podľa § 63 ods. 1 zákona č. 461/2003 Z. z.. Poukázal na to, že podiel úhrnu osobných mzdových bodov a rokov dôchodkového poistenia v rozhodujúcom období, priemerný osobný mzdový bod, je 0,6264. Podľa § 63 ods. 4 písm. c/ zákona č. 461/2003 Z. z. v znení neskorších predpisov sa k priemernému osobnému mzdovému bodu v hodnote nižšej ako 1,0 pripočíta v roku 2015 19 % z rozdielu medzi hodnotou 1,0 a hodnotou priemerného osobného mzdového bodu. V súlade s uvedeným je hodnota priemerného osobného mzdového bodu 0,6974. Ku dňu vzniku nároku na invalidný dôchodok, k 08. júnu 2015 navrhovateľ získal 14 304 dní obdobia dôchodkového poistenia, presný rozpis je uvedený v priloženom osobnom liste, ku ktorému sa pripočíta obdobie od vzniku nároku na invalidný dôchodok do dosiahnutia dôchodkového veku. Dôchodkový vek podľa § 65 ods. 2 zákona č. 461/2003 Z. z. navrhovateľ dosiahne dovŕšením 62 rokov veku, 02. februára 2017. V období od vzniku nároku na invalidný dôchodok do dovŕšenia dôchodkového veku navrhovateľ získal 605 dní, spolu s obdobím dôchodkového poistenia 14 909 dní, čo na účely výpočtu dôchodku predstavuje 40,8466 rokov obdobia dôchodkového poistenia a pripočítaného obdobia. V odôvodnení napadnutého rozhodnutia odporca ďalej uviedol, že aktuálna dôchodková hodnota je podľa § 64 ods. 6 zákona č. 461/2003 Z. z. v znení zákona č. 721/2004 Z. z. dôchodková hodnota, ktorá platí v čase vzniku nároku na výplatu dôchodku. Dôchodkovú hodnotu na rok 2015 stanovila Sociálna poisťovňa v súlade s § 64 ods. 3 zákona č. 461/2003 Z. z. v znení zákona č. 721/2004 Z. z. tak, že dôchodkovú hodnotu platnú v roku 2014, ktorá je 10,2524 eur, upravila indexom určeným ako podiel priemernej mzdy v hospodárstve Slovenskej republiky zistenej Štatistickým úradom Slovenskej republiky za tretí štvrťrok kalendárneho roka 2014, t.j. 837 eur a priemernej mzdy v hospodárstve Slovenskej republiky zistenej Štatistickým úradom Slovenskej republiky za tretí štvrťrok kalendárneho roka 2013, t.j. 803 eur a zaokrúhlila ju na štyri desatinné miesta nahor. Odporca poukázal na to, že aktuálna dôchodková hodnota platná k 08. júnu 2015 je 10,6865 eur a je určená ako súčin dôchodkovej hodnoty na rok 2014 10,2524 eur a indexu 1,04234122, zaokrúhlená na štyri desatinné miesta nahor. V závere napadnutého rozhodnutia odporca uviedol, že suma invalidného dôchodku je 137 eur mesačne a je určená ako súčin priemerného osobného mzdového bodu, obdobia dôchodkového poistenia spolu s pripočítaným obdobím, aktuálnej dôchodkovej hodnoty a percentuálneho poklesu schopnosti vykonávať zárobkovú činnosť. Priemerný osobný mzdový bod 0,6974 x 40,8466 rokov obdobia dôchodkového poistenia spolu s pripočítaným obdobím x aktuálna dôchodková hodnota 10,6865 x 45 % = 137 eur mesačne. Suma invalidného dôchodku sa ďalej podľa § 82 zákona č. 461/2003 Z. z. v znení neskorších predpisov zvyšuje odo dňa priznania dôchodku o 2,70 eur mesačne (o pevnú sumu zvýšenia invalidného dôchodku ustanovenú v § 1 písm. g/ opatrenia Ministerstva práce, sociálnych vecí a rodiny Slovenskej republiky č. 295/2014 Z. z.) na 139,79 eur mesačne. Odporca ďalej uviedol, že súčasťou odôvodnenia rozhodnutia je aj odborný posudok o invalidite posudkového lekára sociálneho poistenia Sociálnej poisťovne, pobočka Košice, ktorý tvorí časť lekárskej správy zo 17. augusta 2015 a prílohu tvorí aj osobný list dôchodkového poistenia. Navrhovateľ sa včas podaným opravným prostriedkom domáhal preskúmania zákonnosti citovaného rozhodnutia odporcu. Uviedol, že sa odvoláva proti rozhodnutiu odporcom uvedených 45 %, nakoľko mu bolo doručené rozhodnutie od posudkového lekára na 45 % plus 5 %, čo činí 50 %. Ďalším dôvodom jeho odvolania je doba zápočtu odpracovaných rokov od 01.10.1991 do 11.09.1994, kedy bol SZČO nepretržite. Na základe podaného opravného prostriedku navrhovateľa odporca vydal dňa 13.11.2015 zmenové rozhodnutie č. XXX XXX XXXX X, ktorým podľa § 70 ods. 1 a § 82 zákona č. 461/2003 Z. z. o sociálnom poistení v znení neskorších predpisov priznal navrhovateľovi od 08. júna 2015 invalidný dôchodok v sume 155 eur mesačne. V odôvodnení napadnutého rozhodnutia odporca citoval ust. § 70 ods. 1 zákona č. 461/2003 Z. z. v znení neskorších predpisov a uviedol, že za invalidného bol navrhovateľ uznaný z dôvodu, že má pokles schopnosti vykonávať zárobkovú činnosť o 50 % v porovnaní so zdravou fyzickou osobou. Konštatoval, že navrhovateľov dlhodobo nepriaznivý zdravotný stav a pokles schopnosti vykonávať zárobkovú činnosť bol posúdený posudkovým lekárom sociálneho poistenia Sociálnej poisťovne, pobočka Košice a výsledok jeho posúdenia je uvedený v lekárskej správe - odbornom posudku o invalidite zo dňa 17. augusta 2015. Konštatoval, že posudkový záver posudkového lekára sociálneho poistenia vychádza zo skutočností, ktoré boli preukázané počas konania o priznaní invalidného dôchodku. Ak by v budúcnosti došlo k zhoršeniu zdravotného stavu navrhovateľa, ktoré by odôvodňovalo stanovenie vyššej miery poklesu schopnosti vykonávať zárobkovú činnosť alebo zmenu rozhodujúceho zdravotného postihnutia, má navrhovateľ možnosť požiadať o opätovné posúdenie jeho invalidity a zvýšenie sumy invalidného dôchodku. V ďalšej časti odôvodnenia napadnutého rozhodnutia odporca špecifikoval výpočet invalidného dôchodku navrhovateľa s poukazom na právne predpisy, ktoré aplikoval. Uviedol, že podľa § 60 ods. 1 zákona č. 461/2003 Z. z. o sociálnom poistení obdobie dôchodkového poistenia je obdobie povinného dôchodkového poistenia, obdobie dobrovoľného dôchodkového poistenia, ak za tieto obdobia bolo zaplatené poistné na dôchodkové poistenie podľa tohto zákona, ak tento zákon neustanovuje inak. Odporca dobu poistenia od 01. októbra 1991 do 11. septembra 1994 na dôchodkové účely nehodnotil, nakoľko navrhovateľom nebolo uhradené poistné za uvedené obdobie povinného dôchodkového poistenia samostatne zárobkovo činnej osoby. V závere odôvodnenia napadnutého rozhodnutia odporca uviedol, že obdobie dôchodkového poistenia, rozhodujúce obdobie na výpočet dôchodku (zvýraznené tučným písmom), sumy vymeriavacích základov na určenie poisteného na dôchodkové poistenie, všeobecné vymeriavacie základy a osobné mzdové body sú uvedené v osobnom liste, ktorý tvorí prílohu rozhodnutia a je jeho neoddeliteľnou súčasťou. Súčasťou odôvodnenia rozhodnutia je aj odborný posudok o invalidite posudkového lekára sociálneho poistenia Sociálnej poisťovne, pobočka Košice, ktorý tvorí časť lekárskej správy zo 17. augusta 2015. Odporca konštatoval, že týmto mení jeho rozhodnutie č. XXX XXX XXXX zo dňa 14. septembra 2015. Súd v konaní podľa § 250l a nasl. O.s.p. po preskúmaní napadnutých rozhodnutí odporcu, oboznámení sa s posudkovým a dávkovým spisom odporcu, dospel k záveru, že opravný prostriedok navrhovateľa zo dňa 06.10.2015 nie je dôvodný.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schopností vykonávať zárobkovú činnosť o viac ako 40 % v porovnaní so zdravou fyzickou osobou. Podľa § 73 ods. 2 zákona č. 461/2003 Z. z. o sociálnom poistení v znení neskorších predpisov,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aktuálnej dôchodkovej hodnoty; § 63 ods. 1 tretia veta a štvrtá veta platia rovnako. Na pojednávaní súdu dňa 04. marca 2016 navrhovateľ nebol prítomný, pričom bol na pojednávanie riadne a včas predvolaný. Vzhľadom na to, že navrhovateľ svoju neúčasť na pojednávaní neospravedlnil a nepožiadal súd o odročenie pojednávania z dôležitých dôvodov, preto súd v súlade s ust. § 250g ods. 2 O.s.p., v spojení s ust. § 250l ods. 2 O.s.p. prejednal vec v neprítomnosti navrhovateľa. Zástupkyňa odporcu uviedla, že v rozhodnutí odporcu zo dňa 14.09.2015 bola nesprávne uvedená stanovená miera poklesu schopnosti vykonávať zárobkovú činnosť navrhovateľovi vo výške 45 % a vzhľadom na tú skutočnosť, že posudok posudkového lekára sociálneho poistenia bol opravený na stanovenú mieru poklesu schopnosti vykonávať zárobkovú činnosť u navrhovateľa na 50 %, z tohto dôvodu bolo vydané zmenové rozhodnutie odporcu zo dňa 13.11.2015, ktorým bol navrhovateľovi priznaný invalidný dôchodok v sume 155 eur. Pokiaľ ide o námietku navrhovateľa týkajúcu sa doby zápočtu odpracovaných rokov od 01.10.1991 do 11.09.1994, kedy bol samostatne zárobkovo činnou osobou, k tomu uviedla, že navrhovateľ za uvedené obdobie nemal uhradené poistné, čo vyplýva z ustanovenia § 60 ods. 1 zákona o sociálnom poistení a z tohto dôvodu uvedená doba na dôchodkové účely odporcom nebola hodnotená. Z vyššie uvedených dôvodov navrhla napadnuté rozhodnutie odporcu zo dňa 14.09.2015, ako aj zmenové rozhodnutie odporcu zo dňa 13.11.2015 ako vecne správne potvrdiť. Odporca preskúmavaným rozhodnutím zo dňa 14. septembra 2015 podľa § 70 ods. 1 a § 82 zákona č. 461/2003 Z. z. o sociálnom poistení v znení neskorších predpisov priznal navrhovateľovi od 08. júna 2015 invalidný dôchodok v sume 139,70 eur mesačne. Odporca v tomto rozhodnutí uviedol, že za invalidného bol navrhovateľ uznaný z dôvodu, že má pokles schopnosti vykonávať zárobkovú činnosť o 45 % v porovnaní so zdravou fyzickou osobou, pričom dlhodobo nepriaznivý zdravotný stav a pokles schopnosti vykonávať zárobkovú činnosť navrhovateľa bol posúdený posudkovým lekárom sociálneho poistenia Sociálnej poisťovne, pobočka Košice a výsledok jeho posúdenia je uvedený v lekárskej správe - odbornom posudku o invalidite zo dňa 17. augusta 2015. Z posudku posudkového lekára sociálneho poistenia, Sociálnej poisťovne, pobočka Košice zo dňa 17. augusta 2015, ktorý bol podkladom na vydanie napadnutého rozhodnutia odporcu zo dňa 14. septembra 2015 vyplýva, že rozhodujúcim zdravotným postihnutím u navrhovateľa sú choroby podporného a pohybového aparátu, postihnutie končatín, jednostranná totálna endoprotéza, zaradené do kapitoly XV. odd. G, položka 44.1. a zodpovedá im percentuálna miera poklesu schopnosti vykonávať zárobkovú činnosť 45 %. Za iné zdravotné postihnutia posudkový lekár nenavýšil percentuálnu mieru poklesu zárobkovej činnosti. Podľa tohto posudku posudkového lekára sociálneho poistenia výsledná miera poklesu schopnosti vykonávať zárobkovú činnosť u navrhovateľa bola 45 %. Po podaní opravného prostriedku, posudkový lekár sociálneho poistenia opravil v posudku stanovenú mieru poklesu u navrhovateľa na 50 % a následne odporca vydal dňa 13. novembra 2015 zmenové rozhodnutie, ktorým podľa § 70 ods. 1 a § 82 zákona č. 461/2003 Z. z. o sociálnom poistení v znení neskorších predpisov priznal navrhovateľovi od 08. júna 2015 invalidný dôchodok v sume 155 eur mesačne, pričom v tomto rozhodnutí už odporca konštatoval, že za invalidného bol navrhovateľ uznaný z dôvodu, že má pokles schopnosti vykonávať zárobkovú činnosť o 50 % v porovnaní so zdravou fyzickou osobou. Uviedol, že dlhodobo nepriaznivý zdravotný stav a pokles schopnosti vykonávať zárobkovú činnosť u navrhovateľa bol posúdený posudkovým lekárom sociálneho poistenia Sociálnej poisťovne, pobočka Košice a výsledok jeho posúdenia je uvedený v lekárskej správe - odbornom posudku o invalidite zo dňa 17. augusta 2015. Z vyššie uvedeného vyplýva, že pokiaľ navrhovateľ v podanom opravnom prostriedku namietal stanovenie miery poklesu schopnosti vykonávať zárobkovú činnosť, ktorá bola v pôvodnom rozhodnutí odporcu zo dňa 14. septembra 2015 stanovená na 45 %, odporca už v zmenovom rozhodnutí zo dňa 13. novembra 2015 uznal navrhovateľa za invalidného z dôvodu, že má pokles schopnosti vykonávať zárobkovú činnosť o 50 % v porovnaní so zdravou fyzickou osobou a priznal navrhovateľovi od 08. júna 2015 invalidný dôchodok v sume 155 eur mesačne. Z uvedeného vyplýva, že námietke navrhovateľa pokiaľ ide o stanovenie jeho miery poklesu schopnosti vykonávať zárobkovú činnosť odporca vyhovel. Pokiaľ ide o ďalšiu námietku navrhovateľa uvedenú v podanom opravnom prostriedku, ktorá sa týka doby zápočtu odpracovaných rokov od 01.10.1991 do 11.09.1994, kedy bol SZČO nepretržite, k tomu je potrebné uviesť, že podľa § 60 ods. 1 zákona č. 461/2003 Z. z. o sociálnom poistení, obdobie dôchodkového poistenia je obdobie povinného dôchodkového poistenia, obdobie dobrovoľného dôchodkového poistenia, ak za tieto obdobia bolo zaplatené poistné na dôchodkové poistenie podľa tohto zákona, ak tento zákon neustanovuje inak. Z potvrdenia Sociálnej poisťovne, pobočka Košice, zo dňa 28.05.2015, ktoré bolo adresované Sociálnej poisťovni, ústredie, a ktoré sa nachádza v dávkovom spise odporcu vyplýva, že navrhovateľ neuhradil poistené za obdobie od 01.10.1991 do 11.09.1994 ako SZČO. Keďže navrhovateľ za uvedené obdobie povinného dôchodkového poistenia samostatne zárobkovo činnej osoby nemal uhradené poistné, pričom táto povinnosť mu vyplývala z ust. § 60 ods. 1 zákona č. 461/2003 Z. z. o sociálnom poistení, preto odporca správne postupoval pokiaľ mu uvedené obdobie nehodnotil na dôchodkové účely. Vzhľadom na to, že navrhovateľ je invalidný podľa § 71 ods. 1 zákona č. 461/2003 Z. z. o sociálnom poistení s mierou poklesu schopnosti vykonávať zárobkovú činnosť 50 % v porovnaní so zdravou fyzickou osobou, preto mu patrí suma invalidného dôchodku určená podľa § 73 ods. 2 zákona č. 461/2003 Z. z. o sociálnom poistení v sume 155 eur mesačne. Súd zvážil všetky uvedené skutočnosti, na ich základe a v súlade s citovanými zákonnými ustanoveniami podľa § 250q ods. 2 O.s.p. napadnuté rozhodnutie odporcu zo dňa 14.09.2015 v spojení so zmenovým rozhodnutím zo dňa 13.11.2015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https://www.kauzis.sk/judikatura/r/ECLI:SK:KSKE:2016:7015201384.2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