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10Sp/95/2015 z 6. 3. 2016</w:t>
      </w:r>
    </w:p>
    <w:p>
      <w:r>
        <w:t>Rozsudok Krajského súdu Košice z 6. marca 2016, sp. zn. 10Sp/95/2015, ECLI:SK:KSKE:2016:7015201431.2</w:t>
      </w:r>
    </w:p>
    <w:p>
      <w:r>
        <w:t>Súd: Krajský súd Košice</w:t>
      </w:r>
    </w:p>
    <w:p>
      <w:r>
        <w:t>Spisová značka: 10Sp/95/2015</w:t>
      </w:r>
    </w:p>
    <w:p>
      <w:r>
        <w:t>ECLI: ECLI:SK:KSKE:2016:7015201431.2</w:t>
      </w:r>
    </w:p>
    <w:p>
      <w:r>
        <w:t>Dátum vydania: 6. 3.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10Sp/95/2015 Identifikačné číslo súdneho spisu: 7015201431 Dátum vydania rozhodnutia: 07. 03. 2016 Meno a priezvisko sudcu, VSÚ: JUDr. Pavol Tkáč ECLI: ECLI:SK:KSKE:2016:7015201431.2 ROZSUDOK V MENE SLOVENSKEJ REPUBLIKY Krajský súd v Košiciach samosudcom JUDr. Pavlom Tkáčom v právnej veci navrhovateľky POHOTOVOSŤ, s.r.o., Pribinova 25, Bratislava, proti odporcovi Okresný úrad Michalovce, katastrálny odbor, Sama Chalúpku 18, za účasti U. F., U. U. XXX/XA, R. Q. I., v konaní o preskúmanie rozhodnutia odporcu č. OU-MI-KO2 V 2571/2015 - Zm- To zo dňa 16.09.2015 takto r o z h o d o l : P o t v r d z u j e rozhodnutie Okresného úradu Michalovce, katastrálny odbor č. OU-MI-KO2 V 2571/2015 -Zm-To zo dňa 16.09.2015. Navrhovateľke n e p r i z n á v a právo na náhradu trov konania. Navrhovateľka je p o v i n n á zaplatiť súdny poplatok v sume 35,- eur na účet Krajského súdu v Košiciach do troch dní od právoplatnosti rozsudku. o d ô v o d n e n i e : Odporca rozhodnutím č. OU-MI-KO2 V 2571/2015 -Zm-To zo dňa 16.09.2015 podľa § 31 ods. 3 zákona NR SR č. 162/1995 Z.z. o katastri nehnuteľností a o zápise vlastníckych a iných práv k nehnuteľnostiam v znení neskorších predpisov (katastrálny zákon) zamietol návrh na vklad záložného práva do katastra nehnuteľností podľa zmluvy o zriadení záložného práva č. 222/2015 - PTR uzavretej dňa 07.07.2015 medzi navrhovateľkou ako záložným veriteľom a U. F. ako záložcom (ďalej len „záložná zmluva“). Predmetom zálohu boli nehnuteľnosti zapísané v katastri nehnuteľností na LV č. XXXX kat. úz. R. Q. I. - byt č. 7 na 4. posch. vchod A, súpisné číslo stavby XXX postavenej na parc. č. XXXX/XX v pomere 1/1 k celku, ako aj podiel na spoločných častiach a spoločných zariadeniach bytového domu v pomere 2669/42257 - ín k celku a parc. reg. C KN č. XXXX/X - ostatná plocha o výmere 1843 m2 , č. XXXX/XX - zast. plochy a nádvorie o výmere 188 m2, v pomere 2969/42257 - ín k celku a byt č. 8, 4. poschodie vchod A, súpisné číslo stavby XXX postavenej na parc. č. XXXX/XX v pomere 1/1 k celku, ako aj podiel na spoločných častiach a spoločných zariadeniach bytového domu v pomere 4096/42257 - ín k celku a parc. reg. C KN č. XXXX/X - ostatná plocha o výmere 1843 m2, č. XXXX/XX - zast. plochy a nádvorie o výmere 188 m2, v pomere 4096/42257 - ín k celku. Odporca v odôvodnení napadnutého rozhodnutia uviedol, že prílohu návrhu na vklad tvorí zmluva o zriadení záložného práva uzavretá dňa 07.07.2015 medzi navrhovateľkou ako záložným veriteľom a U. F. ako záložcom zastúpeným DSS Nestor o.z., Stred 449, Zázrivá (predtým : ProHelp - združenie občianskoprávnej pomoci, v zastúpení Peter Mamojka - predseda združenia) a Dohoda o splnomocnení zo dňa 08.04.2014. Konštatoval, že Dohoda o splnomocnení bola vpísaná do tzv. formulárovej dohody (predtlačenej), keď dlžník - záložca nemohol ovplyvniť obsah takejto dohody, v danom prípade bola obmedzená možnosť voľby splnomocniteľa - záložcu zvoliť si zástupcu, ktorý by za neho uzatvoril záložnú zmluvu a ktorý by skutočne hájil jeho záujmy, keďže splnomocnenec bol už v takejto dohode o splnomocnení vopred určený v osobe ProHelp - združenie občianskoprávnej pomoci, so sídlom v Bratislave. Takúto dohodu o splnomocnení nie je možné považovať za individuálne dohodnutú, nakoľko bola vopred navrhnutá a pripravená (ponúknutá zo strany navrhovateľky účastníkovi konania pri uzatváraní Zmluvy o úvere č. 901701962 zo dňa 08.04.2014, na zabezpečenie pohľadávky navrhovateľky voči účastníkovi konania). Dlžník - účastník konania nebol schopný ovplyvniť výber iného zástupcu (§ 53 ods. 2 Občianskeho zákonníka), čo v konečnom dôsledku spôsobuje značnú nerovnováhu v právach a povinnostiach zmluvných strán v neprospech spotrebiteľa. K výberu splnomocnenca nedošlo z vôle účastníka konania, ale z vôle záložného veriteľa - navrhovateľky. Z obsahu dohody o plnomocenstve nevyplýva, že by splnomocnenec mal na základe dohody poskytnúť splnomocniteľovi právnu pomoc a obhajobu jeho práv. Skôr naopak, splnomocnenec má hájiť práva veriteľa voči splnomocniteľovi, čo nie je účelom tohto právneho úkonu. Odporca z tohto dôvodu považoval danú dohodu o splnomocnení za neprijateľnú podmienku a neplatnú podľa § 53 ods. 5 Občianskeho zákonníka. Dohodu o splnomocnení preto hodnotil ako absolútne neplatný právny úkon v zmysle ust. § 39 Občianskeho zákonníka. Vzhľadom na skutočnosť, že podmienky na vklad záložného práva k nehnuteľnostiam splnené neboli, odporca rozhodol tak, že návrh na vklad zamietol. Proti tomuto rozhodnutiu navrhovateľka podala včas opravný prostriedok dňa 16.10.2015, v ktorom žiadala zrušiť preskúmavané rozhodnutie odporcu a vrátiť mu vec na ďalšie konanie. Uviedla, že dohoda o splnomocnení je uzavretá riadne a spĺňa náležitosti platného právneho úkonu. Nesúhlasila s tvrdením odporcu, podľa ktorého navrhovateľka vopred určila osobu, ktorá bude oprávnená za dlžníka konať a dlžník nemal možnosť sa sám rozhodnúť, kto ho bude zastupovať. Splnomocnenec v žiadnom prípade nemal a ani nemá záujem na poškodení záložcu, čo vyplýva aj zo samotnej dohody o splnomocnení, ktorá bola uzavretá za účelom naplnenia a hájenia záujmov splnomocniteľa a na jeho žiadosť po osobnom prerokovaní a poučení o právnych úkonoch v dohode uvedených a o právach a povinnostiach, ktoré sa nimi zakladajú. Rozpor v záujmoch musí reálne existovať, nestačí len potenciálna možnosť takého rozporu. Predložené plnomocenstvo je samostatným právnym úkonom uzavretým medzi dlžníkom a jeho zástupcom, ktorý je úplne nezávislým od veriteľa a jeho zmluvnej dokumentácie. Dohoda o splnomocnení ako právny úkon bola urobená slobodne a vážne, určito a zrozumiteľne tak, ako to ustanovuje pre platnosť právneho úkonu zákon. Nemožno ju posudzovať ako spotrebiteľskú zmluvu a teda sa na ňu ani nevzťahujú ustanovenia § 53 Občianskeho zákonníka. Na záver navrhovateľka uviedla, že odporca nezistil spoľahlivo stav veci, riadne sa neoboznámil s predkladaným návrhom a znením jednotlivých pripojených príloh, následne nesprávne zistil skutkový stav a plnomocenstvo splnomocniteľa udelené splnomocnencovi nesprávne právne posúdil. Odporca vo vyjadrení k návrhu zo dňa 22.12.2015, zotrval na dôvodoch uvedených v napadnutom rozhodnutí. Súd v konaní podľa § 250l a nasl. O.s.p. preskúmal napadnuté rozhodnutie odporcu, oboznámil sa s jeho administratívnym spisom a dospel k záveru, že návrh navrhovateľky nie je dôvodný. Na pojednávaní súdu dňa 07.03.2016 navrhovateľka nebola prítomná, pričom bola na pojednávanie riadne a včas predvolaná. Listom zo dňa 10.02.2016 navrhovateľka oznámila súdu svoju neúčasť na pojednávaní a požiadala o prejednanie veci a rozhodnutie v jej neprítomnosti. Na pojednávaní súdu nebol prítomný odporca, ktorý svoju neúčasť ospravedlnil listom zo dňa 09.02.2016 a vyjadril súhlas s prejednaním veci v jeho neprítomnosti. Účastníčka konania U. F., u ktorej bolo doručenie predvolania na pojednávanie vykázané dňom 08.02.2016 nebola na pojednávaní prítomná, pričom svoju neprítomnosť ospravedlnila listom zo dňa 25.02.2016 z dôvodu zlého zdravotného stavu, ktoré zároveň obsahuje jej vyjadrenie k predmetu sporu v zmysle, že svoje záväzky voči navrhovateľke chce aj v budúcnosti plniť na základe splátkového kalendára. Z týchto dôvodov súd v súlade s § 250g ods. 2 O.s.p. aplikovaným na základe § 250l ods. 2 O.s.p. vec prejednal v neprítomnosti účastníkov konania. Z administratívneho spisu súd zistil, že navrhovateľka ako veriteľ uzavrela s dlžníkom U. F. Zmluvu o úvere č. 901701962 zo dňa 08.04.2014, ktorou bola účastníčke konania poskytnutá finančná čiastka 250,- eur. Dlžník zároveň Dohodou o splnomocnení zo dňa 08.04.2014 splnomocnil ProHelp - združenie občianskoprávnej pomoci so sídlom Povraznícka 18, Bratislava na uzatvorenie záložnej zmluvy podľa § 552 Občianskeho zákonníka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zmlúv o úvere. Dohoda o splnomocnení je podpísaná dlžníkom U. F. ako splnomocniteľom a Petrom Mamojkom, predsedom občianskeho združenia ProHelp ako splnomocnencom. Dňa 07.07.2015 bola uzavretá Zmluva o zriadení záložného práva č. 222/2015 - PTR medzi navrhovateľkou a dlžníkom zastúpeným DSS Nestor o.z., predtým ProHelp - združenie občianskoprávnej pomoci, predmetom ktorej je zriadenie záložného práva v prospech navrhovateľky k nehnuteľnostiam uvedeným v úvode tohto odôvodnenia. Záložné právo bolo zriadené za účelom zabezpečenia všetkých pohľadávok, ktoré vznikli a v budúcnosti vzniknú na základe zmluvy o úvere č. 901701962 zo dňa 08.04.2014. Podľa čl. 1 ods. 1 Ústavy Slovenskej republiky Slovenská republika je právnym štátom. Neoddeliteľným atribútom právneho štátu je právna istota a spravodlivosť. Ústava Slovenskej republiky garantuje ochranu vlastníckeho práva v čl. 20. Podľa § 28 ods. 2 katastrálneho zákona práva k nehnuteľnostiam uvedené v § 1 ods. 1 vznikajú, menia sa alebo zanikajú vkladom do katastra, ak tento zákon neustanovuje inak. Právne účinky vkladu vznikajú na základe právoplatného rozhodnutia správy katastra o jeho povolení (§ 28 ods. 3 katastrálneho zákona). Podľa § 31 ods. 1 katastrálneho zákona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povolení vkladu prihliada správa katastra aj na skutkové a právne skutočnosti, ktoré by mohli mať vplyv na povolenie vkladu. Ak sú podmienky na vklad splnené, správa katastra vklad povolí; inak návrh zamietne (§ 31 ods. 3 katastrálneho zákona). Podľa § 22 ods. 2 Občianskeho zákonníka zastupovať iného nemôže ten, kto sám nie je spôsobilý na právny úkon, o ktorý ide, ani ten, záujmy ktorého sú v rozpore so záujmami zastúpeného. Právny úkon sa musí urobiť slobodne a vážne, určite a zrozumiteľne; inak je neplatný (§ 37 ods. 1 Občianskeho zákonníka). Podľa § 31 ods. 1 Občianskeho zákonníka pri právnom úkone sa možno dať zastúpiť fyzickou alebo právnickou osobou. Splnomocniteľ udelí za týmto účelom plnomocenstvo splnomocnencovi, v ktorom sa musí uviesť rozsah splnomocnencovho oprávnenia. Pri zápise vecných práv k nehnuteľnostiam do katastra nehnuteľností vkladom (§ 28 a nasl. katastrálneho zákona) je katastrálny odbor povinný posudzovať podstatné náležitosti príslušného zmluvného typu z hľadiska kritérií uvedených v § 31 ods. 1 katastrálneho zákona. V prípade, ak zmluvu o zriadení vecného práva (záložné právo) uzaviera zástupca na základe zmluvného zastúpenia (splnomocnenie), je povinnosťou katastrálneho odboru rozhodujúceho o povolení vkladu vecného práva skúmať, či došlo k vzniku zmluvného zastúpenia v súlade so zákonom. Po preskúmaní napadnutého rozhodnutia v intenciách opravného prostriedku navrhovateľky a so zreteľom na citované zákonné ustanovenia súd dospel k záveru, že predmetná dohoda o splnomocnení medzi dlžníkom U. F. ako splnomocniteľom a občianskym združením ProHelp ako splnomocnencom ( v súčasnosti s názvom : DSS Nestor o.z.) nie je platne uzavretá. Súd sa nestotožnil s tvrdením navrhovateľky, podľa ktorého právny úkon (dohoda o splnomocnení) bol urobený slobodne a vážne, určito a zrozumiteľne. Dohoda o splnomocnení bola vpísaná do vopred predtlačeného formulára, dlžník teda nemal možnosť ovplyvniť jej obsah. Vzhľadom na vopred stanoveného splnomocnenca v dohode o splnomocnení bola obmedzená slobodná voľba splnomocnenca, ktorý by v mene dlžníka uzatvoril záložnú zmluvu a skutočne by hájil jeho záujmy, chýba teda základná zložka právneho úkonu, a to slobodný prejav vôle pri výbere zástupcu. Je otázne, či by vôbec úver bol poskytnutý bez uzavretia dohody o splnomocnení v znení vopred pripravenom na formulári bez možnosti dlžníka meniť jej podmienky. Takéto dojednanie spôsobuje absolútnu neplatnosť právneho úkonu v zmysle § 37 ods. 1 Občianskeho zákonníka. Za tejto situácie preto občianske združenie DSS Nestor o.z. (predtým ProHelp) nebolo oprávnené uzavrieť záložnú zmluvu a nakladať s nehnuteľnosťami dlžníka. Súd sa stotožňuje s námietkou navrhovateľky, podľa ktorej dohodu o splnomocnení nemožno posudzovať ako spotrebiteľskú zmluvu, avšak tento právny názor odporcu nemá za následok nezákonnosť napadnutého rozhodnutia. Súd poznamenáva, že v zmysle čl. I bod 1. stanov občianskeho združenia DSS Nestor o.z. ide o dobrovoľné združenie fyzických a právnických osôb založené na ochranu práv a oprávnených záujmov účastníkov v konaniach pred orgánmi verejnej správy a podľa čl. II bod 1. stanov jeho cieľom je ochraňovať práva a oprávnené záujmy účastníkov v konaniach pred orgánmi verejnej správy. Uzatvorenie záložnej zmluvy v zmysle Občianskeho zákonníka, ktorý je súkromnoprávnym predpisom, sa preto vymyká z rámca pôsobnosti a cieľov predmetného združenia. Na záver súd dodáva, že zmluva o zriadení záložného práva má slúžiť na zabezpečenie pohľadávok veriteľa, pričom navrhovateľka výšku tejto pohľadávky ku dňu rozhodnutia správneho orgánu žiadnym spôsobom nevyčíslila, a z dôvodu, že ku vkladovému konaniu nepredložila zmluvu o úvere a ani doklad vo výške aktuálneho dlhu účastníka konania, výšku zabezpečovanej pohľadávky nebolo možné žiadnym spôsobom zistiť. Z uvedených dôvodov preto súd podľa § 250q ods. 2 O.s.p. preskúmavané rozhodnutie odporcu ako vecne správne a vydané v súlade s citovanými zákonnými ustanoveniami potvrdil. O trovách konania súd rozhodol v zmysle § 250k ods. 1 O.s.p. s použitím § 250l ods. 2 O.s.p. tak, že navrhovateľke, ktorá nemala v konaní úspech, právo na náhradu trov nepriznal. Odporca si právo na náhradu trov konania neuplatnil. Neúspešnej navrhovateľke vznikla povinnosť zaplatiť súdny poplatok podľa § 2 ods. 4 druhá veta v spojení s § 5 ods. 1 písm. h) zákona č. 71/1992 Zb. o súdnych poplatkoch a poplatku za výpis z registra trestov v znení neskorších predpisov, a preto jej súd uložil uhradiť súdny poplatok v sume 35,- eur určenej podľa položky č. 10e) sadzobníka súdnych poplatkov. Poučenie: Proti tomuto rozsudku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 Odvolanie možno odôvodniť len tým, že a/ v konaní došlo k vadám uvedeným v § 221 ods.1,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f/ rozhodnutie súdu prvého stupňa vychádza z nesprávneho právneho posúdenia veci.</w:t>
      </w:r>
    </w:p>
    <w:p/>
    <w:p>
      <w:r>
        <w:t>Zdroj: KAUZIS.SK – https://www.kauzis.sk/judikatura/r/ECLI:SK:KSKE:2016:7015201431.2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