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8Sd/13/2016 z 2. 5. 2016</w:t>
      </w:r>
    </w:p>
    <w:p>
      <w:r>
        <w:t>Uznesenie Krajského súdu Košice z 2. mája 2016, sp. zn. 8Sd/13/2016, ECLI:SK:KSKE:2016:7016200210.1</w:t>
      </w:r>
    </w:p>
    <w:p>
      <w:r>
        <w:t>Súd: Krajský súd Košice</w:t>
      </w:r>
    </w:p>
    <w:p>
      <w:r>
        <w:t>Spisová značka: 8Sd/13/2016</w:t>
      </w:r>
    </w:p>
    <w:p>
      <w:r>
        <w:t>ECLI: ECLI:SK:KSKE:2016:7016200210.1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8Sd/13/2016 Identifikačné číslo súdneho spisu: 7016200210 Dátum vydania rozhodnutia: 03. 05. 2016 Meno a priezvisko sudcu, VSÚ: JUDr. Marek Kotora ECLI: ECLI:SK:KSKE:2016:7016200210.1 Uznesenie Krajský súd v Košiciach, v právnej veci navrhovateľky: V. B., nar. XX.XX.XXXX, bytom Š. XX, G. T. D., proti odporkyni: Sociálna poisťovňa, ústredie, Ul. 29. augusta č. 8, Bratislava, v konaní o starobnom dôchodku, takto r o z h o d o l : I./ Konanie vo veci z a s t a v u j e. II./ Žiaden z účastníkov n e m á právo na náhradu trov konania. o d ô v o d n e n i e : Návrhom/opravným prostriedkom, doručeným odporkyni dňa 04.02.2016, sa navrhovateľka domáhala preskúmania rozhodnutia odporkyne č. XXX XXX XXXX X zo dňa 03.12.2015 o zvýšenie sumy starobného dôchodku. Podaním zo dňa 29.03.2016 (č.l. 11 súdneho spisu) navrhovateľka vzala opravný prostriedok späť a navrhla konanie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https://www.kauzis.sk/judikatura/r/ECLI:SK:KSKE:2016:7016200210.1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