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7Sp/4/2016 z 26. 5. 2016</w:t>
      </w:r>
    </w:p>
    <w:p>
      <w:r>
        <w:t>Uznesenie Krajského súdu Košice z 26. mája 2016, sp. zn. 7Sp/4/2016, ECLI:SK:KSKE:2016:7016200211.1</w:t>
      </w:r>
    </w:p>
    <w:p>
      <w:r>
        <w:t>Súd: Krajský súd Košice</w:t>
      </w:r>
    </w:p>
    <w:p>
      <w:r>
        <w:t>Spisová značka: 7Sp/4/2016</w:t>
      </w:r>
    </w:p>
    <w:p>
      <w:r>
        <w:t>ECLI: ECLI:SK:KSKE:2016:7016200211.1</w:t>
      </w:r>
    </w:p>
    <w:p>
      <w:r>
        <w:t>Dátum vydania: 26.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7Sp/4/2016 Identifikačné číslo súdneho spisu: 7016200211 Dátum vydania rozhodnutia: 27. 05. 2016 Meno a priezvisko sudcu, VSÚ: JUDr. Pavol Naď ECLI: ECLI:SK:KSKE:2016:7016200211.1 Uznesenie Krajský súd v Košiciach v právnej veci navrhovateľa: POHOTOVOSŤ, s.r.o., so sídlom Pribinova 25, Bratislava, IČO: 35 807 598, proti odporcovi: Okresný úrad Gelnica, Katastrálny odbor, so sídlom Hlavná 1, Gelnica, za účasti: Š. P., O.. XX.XX.XXXX, V. B. XXX, v konaní o preskúmanie rozhodnutia odporcu č. V 124/2015-20 zo dňa 30.12.2015, takto r o z h o d o l : Konanie z a s t a v u j e. Žiaden z účastníkov n e m á právo na náhradu trov konania. o d ô v o d n e n i e : Odvolaním zo dňa 25.01.2016 sa navrhovateľ domáhal preskúmania rozhodnutia odporcu č. V 124/2015-20 zo dňa 30.12.2015, ktorým odporca podľa ustanovenia § 31 ods. 3 zákona č. 162/1995 Z. z. o katastri nehnuteľnosti a o zápise vlastníckych a iných práv k nehnuteľnostiam v platnom znení zamietol návrh na vklad záložného práva podaný dňa 26.02.2015. Písomným podaním zo dňa 05.05.2016, doručeným tunajšiemu súdu dňa 09.05.2016, zobral navrhovateľ svoje odvolanie v celom rozsahu späť, nakoľko účastník konania Š. P. uhradil svoj dlh v plnej výške. Zároveň sa navrhovateľ týmto podaním vzdal odvolania voči uzneseniu o zastavení konania. V danej veci ide o konanie podľa III. hlavy piatej časti O.s.p. (§ 250l a nasl. - rozhodovanie o opravných prostriedkoch proti rozhodnutiam správnych orgánov). Podľa ustanovenia § 250l ods. 2 O.s.p., pokiaľ v tretej hlave piatej časti O.s.p. nie je ustanovené inak, použijú sa pre konanie o opravných prostriedkoch proti rozhodnutiam správnych orgánov primerane ustanovenia druhej hlavy piatej časti O.s.p. s výnimkou § 250a. Podľa ustanovenia § 250d ods. 3 O.s.p., súd uznesením konanie zastaví, ak bola žaloba vzatá späť. Žalobca môže vziať žalobu späť až do rozhodnutia súdu (§ 250h ods. 2 O.s.p.). Súd z dôvodu späťvzatia opravného prostriedku navrhovateľom v súlade s citovanými zákonnými ustanoveniami konanie vo veci zastavil. O trovách konania súd rozhodol podľa ustanovenia § 146 ods. 1 písm. c) O.s.p. použitého v spojení s ustanovením § 246c ods. 1 prvá veta O.s.p., v zmysle ktorého žiaden z účastníkov nemá právo na náhradu trov konania podľa jeho výsledku, ak konanie bolo zastavené. Poučenie: Proti tomuto uzneseniu možno podať odvolanie do 15 dní odo dňa jeho doručenia na Najvyšší súd SR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https://www.kauzis.sk/judikatura/r/ECLI:SK:KSKE:2016:7016200211.1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