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3Sd/14/2016 z 29. 3. 2016</w:t>
      </w:r>
    </w:p>
    <w:p>
      <w:r>
        <w:t>Uznesenie Krajského súdu Košice z 29. marca 2016, sp. zn. 3Sd/14/2016, ECLI:SK:KSKE:2016:7016200214.1</w:t>
      </w:r>
    </w:p>
    <w:p>
      <w:r>
        <w:t>Súd: Krajský súd Košice</w:t>
      </w:r>
    </w:p>
    <w:p>
      <w:r>
        <w:t>Spisová značka: 3Sd/14/2016</w:t>
      </w:r>
    </w:p>
    <w:p>
      <w:r>
        <w:t>ECLI: ECLI:SK:KSKE:2016:7016200214.1</w:t>
      </w:r>
    </w:p>
    <w:p>
      <w:r>
        <w:t>Dátum vydania: 29.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3Sd/14/2016 Identifikačné číslo súdneho spisu: 7016200214 Dátum vydania rozhodnutia: 30. 03. 2016 Meno a priezvisko sudcu, VSÚ: JUDr. Valéria Mihalčínová ECLI: ECLI:SK:KSKE:2016:7016200214.1 Uznesenie Krajský súd v Košiciach v právnej veci navrhovateľa: B. L. U. P. U. T. Y. D. N., bytom D. B. P. XXX, XXX XX D. B. P., proti odporkyni: Sociálna poisťovňa, ústredie, Bratislava, ul. 29. augusta č. 8, 813 63 Bratislava, o invalidný dôchodok, takto r o z h o d o l : Konanie z a s t a v u j e. Žiaden z účastníkov n e m á právo na náhradu trov konania. o d ô v o d n e n i e : Navrhovateľ sa domáhal preskúmania rozhodnutia odporkyne zo dňa 29. októbra 2015 č. XXX XXX XXXX X, ktorým bola zamietnutá jeho žiadosť o invalidný dôchodok. Na pojednávaní dňa 30. marca 2016 navrhovateľ vzal opravný prostriedok o preskúmanie rozhodnutia odporkyne späť. Podľa § 250d ods. 3 O. s. p. súd uznesením konanie zastaví, ak bola žaloba vzatá späť. Žalobca môže žalobu vziať späť až do rozhodnutia súdu (§ 250h ods. 2 O. s. p.). Podľa 250l ods. 2 O. s. p. pokiaľ v tretej hlave piatej časti O. s. p. nie je ustanovené inak, použijú sa pre konanie o opravných prostriedkoch proti rozhodnutiam správnych orgánov primerane ustanovenia druhej hlavy s výnimkou § 250a O. s. p.. Pretože navrhovateľ vzal opravný prostriedok späť, bolo podľa citovaných ustanovení O. s. p. potrebné konanie zastaviť. Rozhodnutie o trovách konania sa opiera o ustanovenie § 146 ods. 1 písm. c/ O. s. p. použitého v spojitosti s ustanovením § 246c a § 250l ods. 2 O. s. p.. Poučenie: Proti tomuto uzneseniu možno podať odvolanie do 15 dní odo dňa jeho doručenia na Najvyšší súd SR v Bratislave prostredníctvom Krajského súdu v Košiciach a to písomne, v dvoch vyhotoveniach.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https://www.kauzis.sk/judikatura/r/ECLI:SK:KSKE:2016:7016200214.1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