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10Sd/14/2016 z 10. 4. 2016</w:t>
      </w:r>
    </w:p>
    <w:p>
      <w:r>
        <w:t>Uznesenie Krajského súdu Košice z 10. apríla 2016, sp. zn. 10Sd/14/2016, ECLI:SK:KSKE:2016:7016200217.1</w:t>
      </w:r>
    </w:p>
    <w:p>
      <w:r>
        <w:t>Súd: Krajský súd Košice</w:t>
      </w:r>
    </w:p>
    <w:p>
      <w:r>
        <w:t>Spisová značka: 10Sd/14/2016</w:t>
      </w:r>
    </w:p>
    <w:p>
      <w:r>
        <w:t>ECLI: ECLI:SK:KSKE:2016:7016200217.1</w:t>
      </w:r>
    </w:p>
    <w:p>
      <w:r>
        <w:t>Dátum vydania: 10.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10Sd/14/2016 Identifikačné číslo súdneho spisu: 7016200217 Dátum vydania rozhodnutia: 11. 04. 2016 Meno a priezvisko sudcu, VSÚ: JUDr. Pavol Tkáč ECLI: ECLI:SK:KSKE:2016:7016200217.1 Uznesenie Krajský súd v Košiciach v právnej veci navrhovateľa D. L. M. B. G. Z. , R. M., D. E. XX, proti odporkyni Sociálnej poisťovni, ústredie, Ul.29.augusta 8, Bratislava, o starobný dôchodok takto r o z h o d o l : Konanie z a s t a v u j e . Žiaden z účastníkov nemá právo na náhradu trov konania. o d ô v o d n e n i e : Opravným prostriedkom doručeným odporkyni dňa 07.12.2015 sa navrhovateľ domáhal preskúmania rozhodnutia odporkyne zo dňa 12.11.2015 č. XXX XXX XXXX X, ktorým podľa § 65 a § 82 zákona č. 461/2003 Z.z. o sociálnom poistení v znení neskorších predpisov bol navrhovateľovi od 29.08.2015 priznaný starobný dôchodok v sume 107,40 eur. Navrhovateľ na pojednávaní dňa 11.04.2016 zobral opravný prostriedok proti rozhodnutiu odporkyne v tomto konaní späť a konanie žiadal zastaviť, pretože o jeho opravnom prostriedku doručenom odporkyni dňa 07.12.2015 prebiehajú pred Krajským súdom v Košiciach dve konania. Prvé vedené pod sp. zn. 3Sd/18/2016 u totožných účastníkov konania a o totožnom predmete konania začalo postúpením opravného prostriedku navrhovateľa zo dňa 02.12.2015 na Krajský súd v Prešove dňa 08.01.2016 a vec bola následne postúpená tunajšiemu súdu uznesením zo dňa 22.01.2016, právoplatným dňa 04.02.2016 a v poradí druhé pod sp. zn. 10Sd/14/2016 začalo postúpením opravného prostriedku odporkyňou dňa 29.02.2016. Navrhovateľ na pojednávaní pred súdom výslovne vyhlásil, že z dôvodu hospodárnosti konania berie opravný prostriedok v tejto veci ( t.j. vedenej pod sp. zn. 10Sd/14/2016) späť, s tým, aby sa v konaní o jeho opravnom prostriedku pokračovalo vo veci vedenej na Krajskom súde v Košiciach pod sp. zn. 3Sd/18/2016. V danej veci ide o konanie podľa III. hlavy piatej časti O.s.p. (§ 250l a nasl. - rozhodovanie o opravných prostriedkoch proti rozhodnutiam správnych orgánov). Podľa ustanovenia § 250l ods.2 O.s.p. pokiaľ v tretej hlave piatej časti O.s.p. nie je ustanovené inak, použijú sa pre konanie o opravných prostriedkoch proti rozhodnutiam správnych orgánov primerane ustanovenia druhej hlavy piatej časti O.s.p., s výnimkou ustanovenia § 250a O.s.p. Podľa ustanovenia § 250d ods.3 O.s.p. súd uznesením konanie zastaví, ak bola žaloba vzatá späť. Žalobca môže vziať žalobu späť až do rozhodnutia súdu (§ 250h ods.2 O.s.p.). Súd z dôvodu späťvzatia opravného prostriedku navrhovateľom v tejto veci vedenej pod sp. zn. 10Sd/14/2016 v súlade s citovanými zákonnými ustanoveniami konanie vo veci opravného prostriedku navrhovateľa v tomto konaní zastavil. O trovách konania súd rozhodol podľa ustanovenia § 146 ods.1 písm. c/ O.s.p. použitého v spojení s ustanovením § 246c prvá veta O.s.p., v zmysle ktorého žiaden z účastníkov nemá právo na náhradu trov konania podľa jeho výsledku, ak konanie bolo zastavené. Poučenie: Proti tomuto uzneseniu je prípustné odvolanie do 15 dní odo dňa jeho doručenia na Najvyšší súd SR v Bratislave prostredníctvom Krajského súdu v Košiciach, a to písomne v dvoch vyhotoveniach. V odvolaní sa má popri všeobecných náležitostiach (§ 42 ods.3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https://www.kauzis.sk/judikatura/r/ECLI:SK:KSKE:2016:7016200217.1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