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3Sp/9/2016 z 19. 9. 2016</w:t>
      </w:r>
    </w:p>
    <w:p>
      <w:r>
        <w:t>Opravné uznesenie Krajského súdu Košice z 19. septembra 2016, sp. zn. 3Sp/9/2016, ECLI:SK:KSKE:2016:7016200280.3</w:t>
      </w:r>
    </w:p>
    <w:p>
      <w:r>
        <w:t>Súd: Krajský súd Košice</w:t>
      </w:r>
    </w:p>
    <w:p>
      <w:r>
        <w:t>Spisová značka: 3Sp/9/2016</w:t>
      </w:r>
    </w:p>
    <w:p>
      <w:r>
        <w:t>ECLI: ECLI:SK:KSKE:2016:7016200280.3</w:t>
      </w:r>
    </w:p>
    <w:p>
      <w:r>
        <w:t>Dátum vydania: 19. 9.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Košice Spisová značka: 3Sp/9/2016 Identifikačné číslo súdneho spisu: 7016200280 Dátum vydania rozhodnutia: 20. 09. 2016 Meno a priezvisko sudcu, VSÚ: JUDr. Valéria Mihalčínová ECLI: ECLI:SK:KSKE:2016:7016200280.3 Opravné uznesenie Krajský súd v Košiciach v právnej veci navrhovateľky: POHOTOVOSŤ, s. r. o., Pribinova č. 25, 811 09 Bratislava, IČO: XX XXX XXX, proti odporcovi: Okresný úrad Rožňava, katastrálny odbor, Jarná 2, 048 01 Rožňava, za účasti: N. Š., bytom Q. XXXX/XX, XXX XX A., zastúpená advokátom: JUDr. Pavol Kontra, Advokátska kancelária so sídlom Čučmianska dlhá 21, 048 01 Rožňava, o preskúmanie zákonnosti rozhodnutia odporcu zo dňa 30. decembra 2015, č.: OU-RV-KO2-2015/V 2418 - OR, takto r o z h o d o l : Záhlavie rozsudku Krajského súdu v Košiciach č. k. 3Sp/9/2016-21 zo dňa 13.04.2016 o p r a v u j e tak, že priezvisko účastníčky konania je: Š.. III. Výrok rozsudku Krajského súdu v Košiciach č. k. 3Sp/9/2016-21 zo dňa 13.04.2016 o p r a v u j e tak, že správne znie: Účastníčke N. Š. súd priznáva právo na náhradu trov konania v sume 559,85 Eur, ktoré je povinná zaplatiť navrhovateľka, do 15 dní od právoplatnosti rozsudku právnemu zástupcovi účastníčky advokátovi JUDr. Pavlovi Kontrovi. o d ô v o d n e n i e : Rozsudkom č. k. 3Sp/9/2016-21 zo dňa 13.04.2016 Krajský súd v Košiciach potvrdil rozhodnutie odporcu z 30. decembra 2015 č: OU-RV-KO2-2015/V 2418- OR, navrhovateľke uložil povinnosť zaplatiť súdny poplatok v sume 35,00 Eur na účet Krajského súdu v Košiciach č. ú.: E. XXXX XXXX XXXX XXXX XXXX, vedený v Poštovej banke, a.s. Bratislava, do 15 dní od právoplatnosti rozsudku a účastníčke N. Š. súd priznal právo na náhradu trov konania v sume 559,85 Eur, ktoré je povinná zaplatiť navrhovateľka, do 15 dní od právoplatnosti rozsudku právnemu zástupcovi účastníčky advokátovi JUDr. Pavlovi Kontrovi. Súd z obsahu spisu následne zistil, že v záhlaví napadnutého rozsudku 3Sp/9/2016-21 zo dňa 13.04.2016 je chybne uvedené priezvisko účastníčky konania - „E.“, pričom správne by malo byť „Š.“ a v III. výroku predmetného rozsudku je nesprávne uvedená povinnosť navrhovateľky zaplatiť trovy konania „právnemu zástupcovi navrhovateľky“, pričom správne by malo byť „právnemu zástupcovi účastníčky“.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vyššie uvedené, ako aj citované ustanovenie § 164 O.s.p., rozhodol Krajský súd v Košiciach o oprave záhlavia a výroku rozsudku č. k. 3Sp/9/2016-21 zo dňa 13.04.2016 tak, ako je to uvedené vo výroku tohto uznesenia.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https://www.kauzis.sk/judikatura/r/ECLI:SK:KSKE:2016:7016200280.3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