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2Sd/18/2016 z 17. 3. 2016</w:t>
      </w:r>
    </w:p>
    <w:p>
      <w:r>
        <w:t>Uznesenie Krajského súdu Košice z 17. marca 2016, sp. zn. 2Sd/18/2016, ECLI:SK:KSKE:2016:7016200288.1</w:t>
      </w:r>
    </w:p>
    <w:p>
      <w:r>
        <w:t>Súd: Krajský súd Košice</w:t>
      </w:r>
    </w:p>
    <w:p>
      <w:r>
        <w:t>Spisová značka: 2Sd/18/2016</w:t>
      </w:r>
    </w:p>
    <w:p>
      <w:r>
        <w:t>ECLI: ECLI:SK:KSKE:2016:7016200288.1</w:t>
      </w:r>
    </w:p>
    <w:p>
      <w:r>
        <w:t>Dátum vydania: 17.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2Sd/18/2016 Identifikačné číslo súdneho spisu: 7016200288 Dátum vydania rozhodnutia: 18. 03. 2016 Meno a priezvisko sudcu, VSÚ: JUDr. Eva Baranová ECLI: ECLI:SK:KSKE:2016:7016200288.1 Uznesenie Krajský súd v Košiciach, v právnej veci navrhovateľky Q. F., nar. XX.XX.XXXX, bytom N. Q. XXXX/ X, X. Ľ., proti odporkyni Sociálna poisťovňa, ústredie, Ulica 29. augusta 8 - 10, Bratislava, v konaní o invalidnom dôchodku, takto r o z h o d o l : Krajský súd v Košiciach p o s t u p u j e vec Krajskému súdu v Prešove z dôvodu miestnej príslušnosti. o d ô v o d n e n i e : Opravným prostriedkom zo dňa 28.12.2015 sa navrhovateľka domáhala u odporkyne preskúmania zákonnosti rozhodnutia odporkyne č. XXX XXX XXXX X zo dňa 03.12.2015. Odporkyňa po posúdení opravného prostriedku predložila vec Krajskému súdu v Košiciach ako súdu príslušnému vo veci konať a rozhodnúť o odvolaní navrhovateľky. Podľa ustanovenia § 103 O.s.p. kedykoľvek za konania prihliada súd na to, či sú splnené podmienky, za ktorých môže konať vo veci (podmienky konania). Podľa ustanovenia § 246 ods.1 O.s.p. na preskúmavanie rozhodnutí a postupov sú vecne príslušné krajské súdy, ak zákon neustanovuje inak. Podľa ustanovenia § 246a ods.1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ustanovenia § 250d ods.2 O.s.p. ak predseda senátu zistí, že súd nie je vecne alebo miestne príslušný, postúpi vec uznesením príslušnému súdu. Z obsahu spisu je zrejmé, že sa navrhovateľka sa domáha preskúmania zákonnosti rozhodnutia správneho orgánu, ktorým je orgán s celoslovenskou pôsobnosťou. Keďže v danom prípade na konanie o uvedenom návrhu je miestne príslušný Krajský súd v Prešove, súd mu uznesením postúpil predmetnú vec. Poučenie: Proti tomuto uzneseniu odvolanie nie je prípustné.</w:t>
      </w:r>
    </w:p>
    <w:p/>
    <w:p>
      <w:r>
        <w:t>Zdroj: KAUZIS.SK – https://www.kauzis.sk/judikatura/r/ECLI:SK:KSKE:2016:7016200288.1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