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2Sp/10/2016 z 3. 10. 2016</w:t>
      </w:r>
    </w:p>
    <w:p>
      <w:r>
        <w:t>Uznesenie Krajského súdu Košice z 3. októbra 2016, sp. zn. 2Sp/10/2016, ECLI:SK:KSKE:2016:7016200323.1</w:t>
      </w:r>
    </w:p>
    <w:p>
      <w:r>
        <w:t>Súd: Krajský súd Košice</w:t>
      </w:r>
    </w:p>
    <w:p>
      <w:r>
        <w:t>Spisová značka: 2Sp/10/2016</w:t>
      </w:r>
    </w:p>
    <w:p>
      <w:r>
        <w:t>ECLI: ECLI:SK:KSKE:2016:7016200323.1</w:t>
      </w:r>
    </w:p>
    <w:p>
      <w:r>
        <w:t>Dátum vydania: 3. 10.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2Sp/10/2016 Identifikačné číslo súdneho spisu: 7016200323 Dátum vydania rozhodnutia: 04. 10. 2016 Meno a priezvisko sudcu, VSÚ: JUDr. Eva Baranová ECLI: ECLI:SK:KSKE:2016:7016200323.1 Uznesenie Krajský súd v Košiciach v právnej veci navrhovateľky X. S., bývajúcej v X., S. XX, proti odporcovi Centrum právnej pomoci, pracovisko Košice, Moyzesova 18, o preskúmanie rozhodnutia odporcu z 25.02.2016 sp. zn. 3484/2016-KaKE, takto r o z h o d o l : Konanie z a s t a v u j e . Žiaden z účastníkov nemá právo na náhradu trov konania. o d ô v o d n e n i e : Navrhovateľka podala návrh na preskúmanie rozhodnutia odporcu, ktorý pred začatím pojednávania dňa 04.10.2016 vzala späť. Podľa § 492 ods.1 zákona č. 162/2015 Z.z. Správny súdny poriadok konania podľa tretej hlavy piatej časti Občianskeho súdneho poriadku začaté predo dňom nadobudnutia účinnosti tohto zákona sa dokončia podľa doterajších predpisov. Podľa § 250h ods.2 O.s.p. až do rozhodnutia súdu môže žalobca vziať žalobu späť. Podľa § 250d ods.3 O.s.p. súd uznesením konanie zastaví, ak žaloba bola vzatá späť (§ 250h ods.2). Podľa § 250l ods.2 O.s.p. pokiaľ v tejto hlave nie je ustanovené inak, použije sa primerane ustanovenie druhej hlavy s výnimkou § 250a. Pretože navrhovateľka vzala svoj návrh späť, bolo potrebné rozhodnúť podľa citovaných ustanovení Občianskeho súdneho poriadku. Výrok o trovách konania sa opiera o ustanovenie § 146 ods.1 písm.c) O.s.p. s použitím § 246c ods.1 a § 250l ods.2 O.s.p. Poučenie: Proti tomuto uzneseniu je prípustné odvolanie v lehote 15 dní odo dňa jeho doručenia na Najvyšší súd Slovenskej republiky v Bratislave, prostredníctvom Krajského súdu v Košiciach, a to písomne v dvoch vyhotoveniach. V odvolaní sa má popri všeobecných náležitostiach (§ 42 ods.3)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https://www.kauzis.sk/judikatura/r/ECLI:SK:KSKE:2016:7016200323.1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