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1Sd/21/2016 z 1. 8. 2016</w:t>
      </w:r>
    </w:p>
    <w:p>
      <w:r>
        <w:t>Opravné uznesenie Krajského súdu Košice z 1. augusta 2016, sp. zn. 1Sd/21/2016, ECLI:SK:KSKE:2016:7016200326.3</w:t>
      </w:r>
    </w:p>
    <w:p>
      <w:r>
        <w:t>Súd: Krajský súd Košice</w:t>
      </w:r>
    </w:p>
    <w:p>
      <w:r>
        <w:t>Spisová značka: 1Sd/21/2016</w:t>
      </w:r>
    </w:p>
    <w:p>
      <w:r>
        <w:t>ECLI: ECLI:SK:KSKE:2016:7016200326.3</w:t>
      </w:r>
    </w:p>
    <w:p>
      <w:r>
        <w:t>Dátum vydania: 1. 8.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1Sd/21/2016 Identifikačné číslo súdneho spisu: 7016200326 Dátum vydania rozhodnutia: 02. 08. 2016 Meno a priezvisko sudcu, VSÚ: JUDr. Milan Konček ECLI: ECLI:SK:KSKE:2016:7016200326.3 Opravné uznesenie Krajský súd v Košiciach v právnej veci navrhovateľky: A. Č., E. XX, O., proti odporkyni: Sociálna poisťovňa, ústredie, Ul. 29. augusta 8, Bratislava, v konaní o invalidný dôchodok, takto r o z h o d o l : O p r a v u j e odôvodnenie rozsudku Krajského súdu v Košiciach zo dňa 15.07.2016 č.k. 1Sd/21/2016-33 na strane 3 v 2. odseku nesprávne uvedených „... 30 % ...“ na správne „... 25 % ...“ a v odseku 4 namiesto nesprávne uvedeného textu „... prílohy č. 1 ...“ na správny text „... prílohy č. 4 ...“. o d ô v o d n e n i e : Podľa ust. § 164 O.s.p. súd kedykoľvek aj bez návrhu opraví v rozsudku chyby v písaní a počítaní, ako aj iné zrejmé nesprávnosti. O návrhu súd rozhodne do 30 dní od jeho podania. O oprave vydá opravné uznesenie, ktoré doručí účastníkom. Pritom môže odložiť vykonateľnosť rozsudku na čas, kým opravné uznesenie nenadobudne právoplatnosť. V danom prípade z obsahu odôvodnenia rozsudku Krajského súdu v Košiciach zo dňa 15.07.2016 č.k. 1Sd/21/2016-33 vyplýva, že súd v odôvodnení rozsudku v 2. odseku na strane 3 rozsudku uviedol nesprávne percento 30 % namiesto správnych 25 % a vo 4. odseku na strane 3 nesprávne uviedol prílohu č. 1, pričom aj z odseku 7 na strane 2 vyplýva, že má ísť o prílohu č. 4. Preto na základe vyššie uvedeného súd vydal z vlastného podnetu v súlade s ust. § 164 O.s.p. opravné uznesenie, ktorým opravil chyby vzniknuté pri písaní rozsudku, pretože išlo o zrejmú nesprávnosť uvedenú v odôvodnení rozsudku, ktorá vyplýva z iných častí odôvodenia rozsudku. Poučenie: Proti tomuto uzneseniu je prípustné odvolanie na Najvyšší súd Slovenskej republiky v Bratislave prostredníctvom Krajského súdu v Košiciach do 15 dní odo dňa doručenia uznesenia, pričom odvolanie musí byť písomné v dvoch vyhotoveniach.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https://www.kauzis.sk/judikatura/r/ECLI:SK:KSKE:2016:7016200326.3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