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3Sd/21/2016 z 5. 7. 2016</w:t>
      </w:r>
    </w:p>
    <w:p>
      <w:r>
        <w:t>Rozsudok Krajského súdu Košice z 5. júla 2016, sp. zn. 3Sd/21/2016, ECLI:SK:KSKE:2016:7016200344.2</w:t>
      </w:r>
    </w:p>
    <w:p>
      <w:r>
        <w:t>Súd: Krajský súd Košice</w:t>
      </w:r>
    </w:p>
    <w:p>
      <w:r>
        <w:t>Spisová značka: 3Sd/21/2016</w:t>
      </w:r>
    </w:p>
    <w:p>
      <w:r>
        <w:t>ECLI: ECLI:SK:KSKE:2016:7016200344.2</w:t>
      </w:r>
    </w:p>
    <w:p>
      <w:r>
        <w:t>Dátum vydania: 5. 7. 2016</w:t>
      </w:r>
    </w:p>
    <w:p>
      <w:r>
        <w:t>Forma: Rozsudok</w:t>
      </w:r>
    </w:p>
    <w:p>
      <w:r>
        <w:t>Oblasť práva: Správne právo</w:t>
      </w:r>
    </w:p>
    <w:p>
      <w:pPr>
        <w:pStyle w:val="Heading2"/>
      </w:pPr>
      <w:r>
        <w:t>Text rozhodnutia</w:t>
      </w:r>
    </w:p>
    <w:p>
      <w:r>
        <w:t>Súd: Krajský súd Košice Spisová značka: 3Sd/21/2016 Identifikačné číslo súdneho spisu: 7016200344 Dátum vydania rozhodnutia: 06. 07. 2016 Meno a priezvisko sudcu, VSÚ: JUDr. Valéria Mihalčínová ECLI: ECLI:SK:KSKE:2016:7016200344.2 ROZSUDOK V MENE SLOVENSKEJ REPUBLIKY Krajský súd v Košiciach, sudkyňou JUDr. Valériou Mihalčinovou, v právnej veci navrhovateľky: P. I. Z. T. A. H. V. Á., bytom H. XXX, XXX XX X., proti odporkyni: Sociálna poisťovňa, ú s t r e d i e, ul. 29. augusta č. 8, 813 63 Bratislava, o i n v a l i d n ý dôchodok, takto r o z h o d o l : P o t v r d z u j e rozhodnutie odporkyne zo dňa 16. novembra 2015 č. XXX XXX XXXX X. Účastníkom náhradu trov konania n e p r i z n á v a. o d ô v o d n e n i e : 1. Preskúmavaným rozhodnutím odporkyňa podľa § 70 a § 71 zákona č. 461/2003 Z. z. o sociálnom poistení v znení neskorších predpisov (ďalej len „zákon o sociálnom poistení“) zamietla žiadosť navrhovateľky o invalidný dôchodok, lebo podľa posudku posudkového lekára z 09.10.2015 pre dlhodobo nepriaznivý zdravotný stav nemá pokles schopnosti vykonávať zárobkovú činnosť o viac ako 40 %. 2. Proti tomuto rozhodnutiu podala včas opravný prostriedok navrhovateľka a žiadala prehodnotiť jej ťažký a nedôstojný život v bolestiach. Ďalej uviedla, že jej zdravotný stav sa zhoršoval za posledných 5 rokov, absolvovala veľa vyšetrení, výsledkom bola operácia štítnej žľazy. Má za sebou aj operácie ženských orgánov a žlčníka, ležala aj na klinike pracovného lekárstva, má ťažkosti s rukami, problémy s chrbticou, ťažkosti s intoleranciou mnohých liekov, odkázaná užívať iba výživové doplnky. Chodí na pravidelné kontroly, vychovala štyri plnoleté deti, stará sa o štyri vnúčatá, celý život poctivo a zodpovedne pracovala a žije v okrese s vysokou nezamestnanosťou. V priebehu súdneho konania doložila aj ďalšie odborné lekárske nálezy na posúdenie zdravotného stavu. 3. Odporkyňa na súdnom pojednávaní aj v písomnom vyjadrení navrhla preskúmavané rozhodnutie ako vecne správne potvrdiť. Z dôvodu, že posudkoví lekári ako v konaní predchádzajúcom vydaniu napadnutého rozhodnutia, tak aj v konaní o opravnom prostriedku posúdili zdravotný stav navrhovateľky na základe predložených odborných lekárskych nálezov a vlastného vyšetrenia, pričom dospeli k záveru, že navrhovateľkin zdravotný stav nie je zhoršený na úroveň invalidity s mierou poklesu schopnosti vykonávať zárobkovú činnosť 20 %. Navrhovateľka teda v konaní o opravnom prostriedku predloženými listinnými dôkazmi, najmä odbornými lekárskymi nálezmi nepreukázala, že jej zdravotný stav odôvodňuje invaliditu. 4. Súd v konaní podľa § 250l a nasl. O. s. p. v súlade s ustanovením § 492 ods. 1 zákona č. 162/2015 Z. z. konania podľa tretej hlavy piatej časti Občianskeho súdneho poriadku začaté predo dňom nadobudnutia účinnosti tohto zákona sa dokončia podľa doterajších predpisov. Preskúmal napadnuté rozhodnutie odporkyne na nariadenom pojednávaní, oboznámil sa s opravným prostriedkom navrhovateľky, písomným vyjadrením odporkyne, lekárskou správou posudkovej lekárky Sociálnej poisťovne, ústredie, vysunuté pracovisko Prešov zo 16.03.2016 a jej doplnením zo dňa 17.05.2016, posudkovým spisom (zdravotná dokumentácia navrhovateľky), dávkovým spisom odporkyne a dospel k záveru, že opravný prostriedok navrhovateľky nie je dôvodný. 5. Z pripojených administratívnych spisov súd zistil, že navrhovateľka podala žiadosť o dávku sociálneho poistenia dňa 01.06.2015, ktorá bola doručená Sociálnej poisťovni, pobočka Rožňava 09.10.2015 aj s priloženými odbornými lekárskymi nálezmi. Na základe uvedenej žiadosti a predložených odborných lekárskych nálezov dňa 09.10.2015 posudzoval zdravotný stav navrhovateľky posudkový lekár Sociálnej poisťovne, pobočka v Rožňave aj v prítomnosti navrhovateľky a v odbornom posudku o invalidite po vlastnom vyšetrení navrhovateľky a zhodnotení predložených odborných lekárskych nálezov dospel k záveru, že rozhodujúcim zdravotným postihnutím u navrhovateľky je impingement syndróm subakromiálny obojstranne ľahšieho stupňa a syndróm zmrznutého ramena vpravo s mierou poklesu schopnosti vykonávať zárobkovú činnosť podľa kapitoly XV oddiel G, položka 6, písm. b) kde je rozpätie 15 až 25 % stanovil 20 %, lebo na základe prepúšťacej správy, ako aj ostatnej zdravotnej dokumentácie sa jedná len o mierne obmedzenie hybnosti v ramennom pletenci. 6. Po podaní opravného prostriedku zdravotný stav navrhovateľky posúdila aj posudková lekárka Sociálnej poisťovne, ústredie, vysunuté pracovisko Prešov dňa 16.03.2016 a dospela k zhodnému záveru ako posudková lekárka v správnom konaní, teda pred vydaním preskúmavaného rozhodnutia, že na základe odborných lekárskych vyšetrení, ktoré navrhovateľka predložila, rozhodujúcim zdravotným postihnutím je impingement syndróm subakromiálny obojstranne ľahšieho stupňa a syndróm zmrznutého ramena vpravo s mierou poklesu schopnosti vykonávať zárobkovú činnosť podľa kapitoly XV, oddiel G, položka 6 ,písm. b) 20 %. Zároveň uviedla, že sa stotožňuje s posudkom posudkovej lekárky Sociálnej poisťovne, pobočka Rožňava. V doplňujúcej lekárskej správe zo dňa 17.05.2016 uviedla, že novo doložené odborné lekárske vyšetrenia vykazujú len ľahko zmenené alebo normálne nálezy pri plnej kompenzácii a pri danej liečbe, preto z posudkového hľadiska nemajú vplyv na mieru poklesu schopnosti vykonávať zárobkovú činnosť, z ktorého dôvodu ani nemení svoj názor, ktorý je uvedený v lekárskej správe zo dňa 16.03.2016. 7. Podmienky nároku na invalidný dôchodok sú upravené v § 70 ods. 1 zákona o sociálnom poistení tak, že poistenec má nárok na invalidný dôchodok ak sa stal invalidným, získal počet rokov dôchodkového poistenia uvedený v § 72 a ku dňu vzniku invalidity nespĺňa podmienky nároku na starobný dôchodok, alebo mu nebol priznaný predčasný starobný dôchodok 8. Pokles schopnosti vykonávať zárobkovú činnosť a miera poklesu schopnosti vykonávať zárobkovú činnosť je upravená v § 71 zákona o sociálnom poistení tak, že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1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Pokles schopnosti vykonávať zárobkovú činnosť sa posudzuje na základe lekárskych správ a údajov zo zdravotnej dokumentácie zdravotníckeho zariadenia a z hodnotenia liečby s určením diagnostického záveru, stabilizácie ochorenia, jeho ďalšieho vývoja, ďalšej liečby a komplexných funkčných vyšetrení a ich záverov, pričom sa prihliada na zostávajúcu schopnosť vykonávať zárobkovú činnosť. 9. Miera poklesu schopnosti vykonávať zárobkovú činnosť je uvedená v prílohe č. 4 k zákonu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prílohy č. 4 možno zvýšiť najviac o 10 %, ak závažnosť ostatných zdravotných postihnutí ovplyvňuje pokles schopnosti vykonávať zárobkovú činnosť. 10. Lekárska posudková činnosť pri výkone sociálneho poistenia je upravená v § 153 zákona o sociálnom poistení. Lekárska posudková činnosť dôchodkového poistenia zahŕňa posudzovanie dlhodobo nepriaznivého zdravotného stavu a poklesu schopnosti vykonávať zárobkovú činnosť. Lekársku posudkovú činnosť vykonáva posudkový lekár sociálneho poistenia príslušnej pobočky a posudkový lekár sociálneho poistenia ústredia.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11. Nárok na invalidný dôchodok je podľa citovaného ustanovenia § 70 ods. 1 zákona o sociálnom poistení podmienený okrem iného invaliditou poistenca, teda tým, že poistenec pre dlhodobo nepriaznivý zdravotný stav má pokles schopnosti vykonávať zárobkovú činnosť o viac ako 40 % v porovnaní so zdravou fyzickou osobou (§ 71 ods. 1 zákona), pričom miera poklesu schopnosti vykonávať zárobkovú činnosť je uvedená v prílohe č. 4 (§ 71 ods. 5 zákona). 12.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 71 ods. 6 možno zvýšiť najviac o 10 %, ak závažnosť ostatných zdravotných postihnutí ovplyvňuje pokles schopnosti vykonávať zárobkovú činnosť (§ 71 ods. 6 až 8 zákona). 13. Pre posúdenie nároku na invalidný dôchodok je podstatnou otázkou vplyv dlhodobo nepriaznivého zdravotného stavu na schopnosť výkonu zárobkovej činnosti žiadateľa o invalidný dôchodok. Posudkoví lekári, ktorí v danej veci vyhotovili odborné lekárske posudky tak pred vydaním preskúmavaného rozhodnutia odporkyňou, ako aj po podaní opravného prostriedku navrhovateľkou, postupovali v súlade so zákonom o sociálnom poistení. 14. Z predložených odborných lekárskych posudkov nevyplýva, aby posudkoví lekári zmenili diagnostický záver oproti záveru, ktorý vyplýva z predložených odborných lekárskych nálezov. Preto aj krajský súd považuje odborné lekárske posudky posudkových lekárov o zdravotnom stave a miere poklesu schopnosti vykonávať zárobkovú činnosť navrhovateľky za úplné, objektívne a presvedčivo zdôvodňujúce záver, že zdravotný stav navrhovateľky nespôsobuje viac ako 20 % pokles schopnosti vykonávať zárobkovú činnosť, čím nespĺňa zákonnú podmienku invalidity stanovenú v § 71 ods. 1 zákona o sociálnom poistení, že jej miera poklesu schopnosti vykonávať zárobkovú činnosť je o viac ako 40 %. 15. Z uvedených dôvodov krajský súd dospel k záveru, že rozhodnutie odporkyne bolo vydané v súlade so zákonom o sociálnom poistení, a preto súd preskúmavané rozhodnutie podľa § 250q ods. 3 O. s. p. potvrdil. 16. Námietke navrhovateľky o novom posúdení jej zdravotného stavu na základe aj novo doložených odborných lekárskych nálezov bolo v plnom rozsahu vyhovené, pretože zdravotný stav navrhovateľky po podaní opravného prostriedku posúdila aj posudková lekárka Sociálnej poisťovne, ústredie, vysunuté pracovisko Prešov, ktorá posúdila v doplňujúcej lekárskej správe aj odborné lekárske nálezy, ktoré navrhovateľka doložila v priebehu súdneho konania. 17. O trovách konania súd rozhodol podľa § 250l ods. 2 v spojení s § 250k ods. 1 O. s. p. a účastníkom náhradu trov konania nepriznal, pretože navrhovateľka v konaní úspešná nebola a odporkyňa zo zákona toto právo nemá.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https://www.kauzis.sk/judikatura/r/ECLI:SK:KSKE:2016:7016200344.2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