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4Sd/6/2016 z 30. 11. 2016</w:t>
      </w:r>
    </w:p>
    <w:p>
      <w:r>
        <w:t>Uznesenie Krajského súdu Košice z 30. novembra 2016, sp. zn. 4Sd/6/2016, ECLI:SK:KSKE:2016:7016200424.2</w:t>
      </w:r>
    </w:p>
    <w:p>
      <w:r>
        <w:t>Súd: Krajský súd Košice</w:t>
      </w:r>
    </w:p>
    <w:p>
      <w:r>
        <w:t>Spisová značka: 4Sd/6/2016</w:t>
      </w:r>
    </w:p>
    <w:p>
      <w:r>
        <w:t>ECLI: ECLI:SK:KSKE:2016:7016200424.2</w:t>
      </w:r>
    </w:p>
    <w:p>
      <w:r>
        <w:t>Dátum vydania: 30. 11. 2016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Košice Spisová značka: 4Sd/6/2016 Identifikačné číslo súdneho spisu: 7016200424 Dátum vydania rozhodnutia: 01. 12. 2016 Meno a priezvisko sudcu, VSÚ: JUDr. Miroslava Klimová ECLI: ECLI:SK:KSKE:2016:7016200424.2 Uznesenie Krajský súd v Košiciach v právnej veci navrhovateľky G. N. Y. G. Y. F. Y. A. O. H. Y. C. , bytom C. XXXX/XX, F., proti odporkyni Sociálna poisťovňa, ústredie, Ul. 29. augusta 8, Bratislava, o preskúmanie oznámenia odporkyne č. XXX XXX XXXX X zo dňa 15.04.2016 takto r o z h o d o l : O p r a v u j e uznesenie Krajského súdu v Košiciach č.k. 4Sd/6/2016-26 zo dňa 01.07.2016 v záhlaví tak, že má znieť: „Krajský súd v Košiciach v právnej veci navrhovateľky Moniky Demeterovej, bytom v Trebišove, Jesenského 1345/45, proti odporkyni Sociálna poisťovňa, ústredie, Ul. 29. augusta 8, Bratislava, o preskúmanie oznámenia odporkyne č. XXX XXX XXXX 0 zo dňa 15.04.2016, takto“. o d ô v o d n e n i e : Krajský súd v Košiciach vydal dňa 01.07.2016 uznesenie č.k. 4Sd/6/2016-26, ktorým odmietol opravný prostriedok navrhovateľky zo dňa 14.04.2016 a žiadnemu z účastníkov nepriznal právo na náhradu trov konania. Podľa § 492 ods. 1 zákona č. 162/2015 Z.z. Správny súdny poriadok konania podľa tretej hlavy piatej časti Občianskeho súdneho poriadku začaté predo dňom nadobudnutia účinnosti tohto zákona sa dokončia podľa doterajších predpisov.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167 ods. 2 O.s.p. ak nie je ďalej ustanovené inak, použijú sa na uznesenie primerane ustanovenia o rozsudku. Pretože v rovnopise uznesenia došlo k chybe v písaní, keď bola nesprávne uvedená adresa bydliska navrhovateľky - C. XXXX/XX, F., pričom správne má byť C. XXXX/XX, F., súd v zmysle § 164 O.s.p. v spojení s § 167 ods. 2 O.s.p. vykonal opravu tak, ako je to uvedené vo výroku tohto uznesenia. Poučenie: Proti tomuto uzneseniu je prípustné odvolanie do 15 dní odo dňa jeho doručenia na Krajský súd v Košiciach (§ 374 ods. 4 O.s.p.), a to písomne v dvoch vyhotoveniach. Odvolanie má obsahovať popri všeobecných náležitostiach podľa ust. § 42 ods. 3 O.s.p., údaje v zmysle ust. § 205 ods. 1 O.s.p., t. j. proti ktorému rozhodnutiu odvolanie smeruje, v akom rozsahu sa rozhodnutie alebo postup súdu považuje za nesprávny a čoho sa odvolateľ domáha.</w:t>
      </w:r>
    </w:p>
    <w:p/>
    <w:p>
      <w:r>
        <w:t>Zdroj: KAUZIS.SK – https://www.kauzis.sk/judikatura/r/ECLI:SK:KSKE:2016:7016200424.2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