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9Sd/27/2016 z 28. 7. 2016</w:t>
      </w:r>
    </w:p>
    <w:p>
      <w:r>
        <w:t>Uznesenie Krajského súdu Košice z 28. júla 2016, sp. zn. 9Sd/27/2016, ECLI:SK:KSKE:2016:7016200433.1</w:t>
      </w:r>
    </w:p>
    <w:p>
      <w:r>
        <w:t>Súd: Krajský súd Košice</w:t>
      </w:r>
    </w:p>
    <w:p>
      <w:r>
        <w:t>Spisová značka: 9Sd/27/2016</w:t>
      </w:r>
    </w:p>
    <w:p>
      <w:r>
        <w:t>ECLI: ECLI:SK:KSKE:2016:7016200433.1</w:t>
      </w:r>
    </w:p>
    <w:p>
      <w:r>
        <w:t>Dátum vydania: 28. 7. 2016</w:t>
      </w:r>
    </w:p>
    <w:p>
      <w:r>
        <w:t>Forma: Uznesenie</w:t>
      </w:r>
    </w:p>
    <w:p>
      <w:pPr>
        <w:pStyle w:val="Heading2"/>
      </w:pPr>
      <w:r>
        <w:t>Text rozhodnutia</w:t>
      </w:r>
    </w:p>
    <w:p>
      <w:r>
        <w:t>Súd: Krajský súd Košice Spisová značka: 9Sd/27/2016 Identifikačné číslo súdneho spisu: 7016200433 Dátum vydania rozhodnutia: 29. 07. 2016 Meno a priezvisko sudcu, VSÚ: JUDr. Juraj Tymko ECLI: ECLI:SK:KSKE:2016:7016200433.1 Uznesenie Krajský súd v Košiciach v právnej veci navrhovateľky K. F., bytom Š. XXX, L. - O., proti odporcovi Sociálnej poisťovni, ústredie, so sídlom Ul. 29. augusta č. 8 - 10, Bratislava, v konaní o invalidnom dôchodku, takto r o z h o d o l : Konanie z a s t a v u j e . Žiaden z účastníkov n e m á právo na náhradu trov konania. o d ô v o d n e n i e : Rozhodnutím č. XXX XXX XXXX X zo dňa 27.11.2015, odporca podľa § 70, § 112 ods. 2 a 6 zákona č. 461/2003 Z. z. o sociálnom poistení v znení neskorších odňal navrhovateľke invalidný dôchodok od 10.02.2016. Z odôvodnenia napadnutého rozhodnutia vyplýva, že pokles schopností vykonávať zárobkovú činnosť od 02.11.2015 nie je viac ako 40 %. Navrhovateľka podala v zákonom stanovenej lehote proti vyššie uvedenému rozhodnutiu odporcu opravný prostriedok, kde uviedla, že napriek tomu, že sa jej zdravotný stav zlepšil, nie vyliečil, nedovoľuje jej, aby mohla vykonávať prácu v plnom rozsahu. Z tohto dôvodu nemôže vykonávať prácu, kde musí dlhodobo sedieť alebo stáť a zároveň dvíhať a nosiť ťažké bremena. Následne navrhovateľka v písomnom podaní zo dňa 04.07.2016, doručenom tunajšiemu súdu dňa 07.07.2016 uviedla, že berie svoj opravný prostriedok zo dňa 02.11.2015 proti rozhodnutiu č. XXX XXX XXXX zo dňa 27.11.2015 späť a súčasne žiada konanie zastaviť.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dňa 08.10.2015, teda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písomným podaním zo dňa 04.07.2016, doručeným tunajšiemu súdu dňa 07.07.2016, zobrala svoj opravný prostriedok podaný proti rozhodnutiu odporcu späť,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https://www.kauzis.sk/judikatura/r/ECLI:SK:KSKE:2016:7016200433.1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