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3Sd/28/2016 z 12. 7. 2016</w:t>
      </w:r>
    </w:p>
    <w:p>
      <w:r>
        <w:t>Rozsudok Krajského súdu Košice z 12. júla 2016, sp. zn. 3Sd/28/2016, ECLI:SK:KSKE:2016:7016200437.1</w:t>
      </w:r>
    </w:p>
    <w:p>
      <w:r>
        <w:t>Súd: Krajský súd Košice</w:t>
      </w:r>
    </w:p>
    <w:p>
      <w:r>
        <w:t>Spisová značka: 3Sd/28/2016</w:t>
      </w:r>
    </w:p>
    <w:p>
      <w:r>
        <w:t>ECLI: ECLI:SK:KSKE:2016:7016200437.1</w:t>
      </w:r>
    </w:p>
    <w:p>
      <w:r>
        <w:t>Dátum vydania: 12. 7. 2016</w:t>
      </w:r>
    </w:p>
    <w:p>
      <w:r>
        <w:t>Forma: Rozsudok</w:t>
      </w:r>
    </w:p>
    <w:p>
      <w:r>
        <w:t>Oblasť práva: Správne právo</w:t>
      </w:r>
    </w:p>
    <w:p>
      <w:pPr>
        <w:pStyle w:val="Heading2"/>
      </w:pPr>
      <w:r>
        <w:t>Text rozhodnutia</w:t>
      </w:r>
    </w:p>
    <w:p>
      <w:r>
        <w:t>Súd: Krajský súd Košice Spisová značka: 3Sd/28/2016 Identifikačné číslo súdneho spisu: 7016200437 Dátum vydania rozhodnutia: 13. 07. 2016 Meno a priezvisko sudcu, VSÚ: JUDr. Valéria Mihalčínová ECLI: ECLI:SK:KSKE:2016:7016200437.1 ROZSUDOK V MENE SLOVENSKEJ REPUBLIKY Krajský súd v Košiciach, sudkyňou JUDr. Valériou Mihalčinovou, v právnej veci navrhovateľa: O. H. P. W. P. F., bytom Š. XXX/XX, D. Ž., proti odporkyni: Sociálna poisťovňa, ú s t r e d i e, ul. 29. augusta č. 8, Bratislava, o i n v a l i d n ý dôchodok, takto r o z h o d o l : P o t v r d z u j e rozhodnutie odporkyne zo dňa 27. októbra 2015 č. XXX XXX XXXX X. Účastníkom náhradu trov konania n e p r i z n á v a. o d ô v o d n e n i e : 1. Napadnutým rozhodnutím odporkyňa podľa § 70 a § 71 zákona č. 461/2003 Z. z. o sociálnom poistení v znení neskorších predpisov zamietla žiadosť navrhovateľa o invalidný dôchodok z 13.10.2015, lebo podľa posudku posudkového lekára zo dňa 13.10.2015 pre dlhodobo nepriaznivý zdravotný stav nemá pokles schopnosti vykonávať zárobkovú činnosť o viac ako 40 % v porovnaní so zdravou fyzickou osobou. 2. Proti tomuto rozhodnutiu podal včas opravný prostriedok navrhovateľ. Navrhol preskúmavané rozhodnutie odporkyne zrušiť a vrátiť jej vec na ďalšie konanie. Poukázal na svoj nepriaznivý zdravotný stav, ktorý mu nedovoľuje pracovať s tým, že na pojednávaní uviedol, že ani jeho lekárka mu neodporúča nastúpiť do práce s tým, aby sa pohyboval na slnku, lebo keď je vonku a sú vysoké teploty tak miesta, kde mal popáleniny ho pália, trpnú mu dolné končatiny, ktoré aj opuchajú, z ktorého dôvodu mu lekárka neodporučila zdržiavať sa na slnku. K posudkovej lekárke dňa 15.03. a 30.03.2016 sa nedostavil z dôvodu, že nemal finančné prostriedky na cestovné a na súdne pojednávanie si požičal finančné prostriedky od švagra. 3. Odporkyňa na súdnom pojednávaní, ako aj v písomnom vyjadrení navrhla preskúmavané rozhodnutie ako vecne správne potvrdiť z dôvodu, že navrhovateľovi sa nepodarilo spochybniť správnosť záverov posudkových lekárov, ktorí posudzovali jeho zdravotný stav ako v správnom, tak aj v súdnom konaní a predloženými listinnými dôkazmi najmä odbornými lekárskymi nálezmi nepreukázal, že jeho zdravotný stav odôvodňuje vznik invalidity, pretože podľa posudkov posudkových lekárov má mieru poklesu schopnosti vykonávať zárobkovú činnosť v rozsahu 35 %. 4. Súd v konaní podľa § 250l ods. 2 a nasl. O. s. p. v súlade s ustanovením § 492 ods. 1 zákona č. 162/2015 Z. z. konania podľa tretej hlavy piatej časti Občianskeho súdneho poriadku začaté predo dňom nadobudnutia účinnosti tohto zákona sa dokončia podľa doterajších predpisov. Na nariadenom pojednávaní preskúmal napadnuté rozhodnutie odporkyne, oboznámil sa s opravným prostriedkom navrhovateľa, písomným vyjadrením odporkyne, lekárskou správou posudkovej lekárky Sociálnej poisťovne, ústredie, vysunuté pracovisko Košice z 12.04.2016, pripojeným posudkovým spisom (zdravotná dokumentácia navrhovateľa), dávkovým spisom odporkyne a dospel k záveru, že opravný prostriedok navrhovateľa nie je dôvodný. 5. Z pripojených administratívnych spisov súd zistil, že navrhovateľ si podal žiadosť o dávku sociálneho poistenia dňa 14.08.2015, ku ktorej pripojil odborné lekárske nálezy. 6. Na základe tejto žiadosti zdravotný stav navrhovateľa na účely invalidity dňa 13.10.2015 aj v jeho prítomnosti posúdila posudková lekárka Sociálnej poisťovne, pobočka Trebišov a v odbornom posudku o invalidite po zhodnotení odborných lekárskych nálezov a vlastnom vyšetrení navrhovateľa dospela k záveru, že rozhodujúcim zdravotným postihnutím u neho sú choroby podporného a pohybového aparátu s mierou poklesu schopnosti vykonávať zárobkovú činnosť podľa prílohy č. 4 k zákonu o sociálnom poistení kapitoly XV, oddiel E, položka 3 písm. b), kde je stanovený rozsahu 20 % až 35 %, stanovila na hornej hranici, t. j. 35 %. Na tomto závere posudková lekárka zotrvala aj dňa 27.01.2016. 7. Zdravotný stav navrhovateľa na účely invalidity po podaní opravného prostriedku posudzovala aj posudková lekárka Sociálnej poisťovne, ústredie, vysunuté pracovisko v Košiciach dňa 15.03. a 30.03.2016, kedy zdravotný stav navrhovateľa neposúdila pre jeho neúčasť, ale zdravotný stav navrhovateľa aj bez jeho prítomnosti posúdila dňa 12.04.2016 na základe predložených odborných lekárskych nálezov, ktoré sú súčasťou posudkového spisu a dospela k zhodnému záveru ako posudková lekárka v správnom konaní, že rozhodujúcim zdravotným postihnutím u navrhovateľa sú choroby podporného a pohybového aparátu s mierou poklesu schopnosti vykonávať zárobkovú činnosť podľa kapitoly XV, oddiel E, položka 3 písm. b) na hornej hranici, t. j. 35 %. Uviedla, že navrhovateľ bol hospitalizovaný od 10.07.2014 do 28.08.2014 na klinike popálenín a rekonštrukčnej chirurgii a po opakovaných rekonštrukčných operáciách väčšina štepov bola prihojená, prítomné boli len drobné zbytkové defekty. Navrhovateľ bol liečený aj v neurologickej ambulancii pre bolesti chrbta, CT vyšetrením boli verifikované ľahké degeneratívne zmeny v LS v oblasti chrbtice, v objektívnom funkčnom náleze prítomná statodynamika chrbtice bez známok koreňového dráždenia. Jednorázovo bol vyšetrený na pľúcnej ambulancii a zdravotný stav bol uzavretý ako chronická obštrukčná choroba pľúc, pravdepodobne fajčiarska. 8. Podmienky nároku na invalidný dôchodok sú upravené v § 70 a nasl. zákona č. 461/2003 Z. z. o sociálnom poistení (ďalej len „zákon o sociálnom poistení“). 9.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10. Pokles schopnosti vykonávať zárobkovú činnosť a miera poklesu schopnosti vykonávať zárobkovú činnosť je upravená v § 71 zákona o sociálnom poistení tak, že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1 rok.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Pokles schopnosti vykonávať zárobkovú činnosť sa posudzuje na základe lekárskych správ a údajov zo zdravotnej dokumentácie zdravotníckeho zariadenia a z hodnotenia liečby s určením diagnostického záveru stabilizácie ochorenia, jeho ďalšieho vývoja, ďalšej liečby a komplexných funkčných vyšetrení a ich záverov, pričom sa prihliada na zostávajúcu schopnosť vykonávať zárobkovú činnosť. 11. Miera poklesu schopnosti vykonávať zárobkovú činnosť je uvedená v prílohe č. 4 k zákonu o sociálnom poistení.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prílohy č. 4 možno zvýšiť najviac o 10 %, ak závažnosť ostatných zdravotných postihnutí ovplyvňuje pokles schopnosti vykonávať zárobkovú činnosť. 12. Lekársku posudkovú činnosť pri výkone sociálneho poistenia upravuje § 153 zákona o sociálnom poistení. Lekárska posudková činnosť dôchodkového poistenia zahŕňa posudzovanie dlhodobo nepriaznivého zdravotného stavu a poklesu schopnosti vykonávať zárobkovú činnosť. Lekársku posudkovú činnosť vykonáva posudkový lekár sociálneho poistenia príslušnej pobočky a posudkový lekár sociálneho poistenia, ústredia. Posudkový lekár pri výkone lekárskej posudkovej činnosti spolupracuje s praktickým lekárom, ošetrujúcim lekárom a s revíznym lekárom zdravotnej poisťovne. Posudkový lekár sociálneho poistenia, ústredia môže posúdiť dlhodobo nepriaznivý zdravotný stav poistenca v prítomnosti prísediaceho lekára so špecializáciou v príslušnom špecializačnom odbore. 13. Nárok na invalidný dôchodok je podľa citovaného ustanovenia § 70 ods. 1 zákona o sociálnom poistení podmienený okrem iného invaliditou poistenca teda tým, že poistenec pre dlhodobo nepriaznivý zdravotný stav má pokles schopnosti vykonávať zárobkovú činnosť o viac ako 40 % v porovnaní so zdravou fyzickou osobou (§ 71 ods. 1), pričom miera poklesu schopnosti vykonávať zárobkovú činnosť je uvedená v prílohe č. 4 (§ 71 ods. 5). 14.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 71 ods. 6 zákona o sociálnom poistení možno zvýšiť najviac o 10 %, ak závažnosť ostatných zdravotných postihnutí ovplyvňuje pokles schopnosti vykonávať zárobkovú činnosť. 15. Pre posúdenie nároku na invalidný dôchodok je podstatnou otázka vplyvu dlhodobo nepriaznivého zdravotného stavu na schopnosť výkonu zárobkovej činnosti. Posudkoví lekári, ktorí sú oprávnení posudzovať zdravotný stav na účely invalidity, ktorí v danom prípade vyhotovili odborné lekárske posudky tak pred vydaním preskúmavaného rozhodnutia odporkyňou, ako aj po podaní opravného prostriedku navrhovateľom postupovali v súlade s citovanými zákonnými ustanoveniami zákona o sociálnom poistení. 16. Krajský súd ako odvolací súd považuje posudky posudkových lekárov o zdravotnom stave a miere poklesu schopnosti navrhovateľa vykonávať zárobkovú činnosť za úplné a objektívne. Nevyplýva z nich zmena diagnostických záverov uvedených v odborných lekárskych nálezov so závermi posudkových lekárov a presvedčivo zdôvodňujúce záver, že zdravotný stav navrhovateľa nespôsobuje viac ako 35 %-tný pokles schopnosti vykonávať zárobkovú činnosť, čím navrhovateľ nespĺňa zákonné podmienky stanovené v § 70 ods. 1, ale najmä v § 71 ods. 1 zákona o sociálnom poistení nároku na invalidný dôchodok. 17. Námietke navrhovateľa o opätovné posúdenie zdravotného stavu na účely invalidity bolo vyhovené, pretože jeho zdravotný stav po podaní opravného prostriedku okrem posudkovej lekárky Sociálnej poisťovne, pobočka Trebišov posúdila aj posudková lekárka Sociálnej poisťovne, ústredie, vysunuté pracovisko Košice, pričom posudkoví lekári dospeli k zhodnému záveru, že miera poklesu schopnosti vykonávať zárobkovú činnosť u navrhovateľa u jeho rozhodujúceho zdravotného postihnutia je v rozsahu 35 %. 18. Z uvedených dôvodov aj odvolací súd dospel k záveru, že rozhodnutie odporkyne bolo vydané v súlade so zákonom o sociálnom poistení, a preto preskúmavané rozhodnutie podľa § 250q ods. 3 O. s. p. potvrdil. 19. O trovách konania súd rozhodol podľa § 250l ods. 2 v spojení s § 250k ods. 1 a účastníkom nepriznal náhradu trov konania, lebo navrhovateľ v konaní úspešný nebol a odporkyňa zo zákona toto právo nemá.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https://www.kauzis.sk/judikatura/r/ECLI:SK:KSKE:2016:7016200437.1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