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7Sd/17/2016 z 10. 5. 2016</w:t>
      </w:r>
    </w:p>
    <w:p>
      <w:r>
        <w:t>Uznesenie Krajského súdu Košice z 10. mája 2016, sp. zn. 7Sd/17/2016, ECLI:SK:KSKE:2016:7016200450.1</w:t>
      </w:r>
    </w:p>
    <w:p>
      <w:r>
        <w:t>Súd: Krajský súd Košice</w:t>
      </w:r>
    </w:p>
    <w:p>
      <w:r>
        <w:t>Spisová značka: 7Sd/17/2016</w:t>
      </w:r>
    </w:p>
    <w:p>
      <w:r>
        <w:t>ECLI: ECLI:SK:KSKE:2016:7016200450.1</w:t>
      </w:r>
    </w:p>
    <w:p>
      <w:r>
        <w:t>Dátum vydania: 10.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7Sd/17/2016 Identifikačné číslo súdneho spisu: 7016200450 Dátum vydania rozhodnutia: 11. 05. 2016 Meno a priezvisko sudcu, VSÚ: JUDr. Pavol Naď ECLI: ECLI:SK:KSKE:2016:7016200450.1 Uznesenie Krajský súd v Košiciach, v právnej veci navrhovateľa: Z. Z., I.. XX.XX.XXXX, Z. D. XXXX/XX, N.Š., právne zastúpeného: JUDr. Peter Majerník, advokát, so sídlom Floriánska 16, Košice, proti odporkyni: Sociálna poisťovňa, ústredie, so sídlom Ul. 29. augusta 8 - 10, Bratislava, v konaní o invalidný dôchodok, takto r o z h o d o l : Konanie z a s t a v u j e. Žiaden z účastníkov n e m á právo na náhradu trov konania. o d ô v o d n e n i e : Opravným prostriedkom zo dňa 18.04.2016 sa navrhovateľ prostredníctvom svojho právneho zástupcu domáhal preskúmania rozhodnutia odporkyne č. XXX XXX XXXX X zo dňa 01.03.2016, ktorým mu bol podľa ust. § 70 ods. 1, § 82 a § 293ce zákona č. 461/2003 Z. z. o sociálnom poistení v znení neskorších predpisov (ďalej len „zákon č. 461/2003 Z. z.“) od 11.04.2013 priznaný invalidný dôchodok v sume 202,50 Eur mesačne, zvýšený podľa ust. § 82 zákona č. 461/2003 Z. z. a podľa § 1 opatrenia Ministerstva práce, sociálnych vecí a rodiny SR č. 329/2013 Z. z., ktorým sa ustanovuje pevná suma zvýšenia dôchodkovej dávky a percento zvýšenia úrazovej renty (ďalej len „opatrenie“) od 01.01.2014 na sumu 207,00 Eur mesačne. Zároveň odporkyňa predmetným rozhodnutím podľa ust. § 73, § 112 ods. 4 a § 82 zákona č. 461/2003 Z. z. zvýšila sumu invalidného dôchodku od 26.03.2014 na 246,10 Eur mesačne, ktorý bol následne podľa ust. § 82 zákona č. 461/2003 Z. z. a § 1 opatrenia od 01.01.2015 zvýšený na sumu 248,80 Eur mesačne. V danej veci ide o konanie podľa III. hlavy piatej časti Občianskeho súdneho poriadku (§ 250l a nasl. O.s.p. - rozhodovanie o opravných prostriedkoch proti rozhodnutiam správnych orgánov). Po preskúmaní podania navrhovateľa zo dňa 18.04.2016 a lustrácii spisov v súdnom registri tunajší súd zistil, že navrhovateľ sa okrem vyššie uvedeného rozhodnutia na základe iných podaní domáhal aj preskúmania rozhodnutia odporkyne č. XXX XXX XXXX X zo dňa 07.04.2015, rozhodnutia č. XXX XXX XXXX X zo dňa 15.06.2015 a rozhodnutia č. XXX XXX XXXX X zo dňa 29.09.2015, ktorých preskúmanie je po spojení vecí vedené na tunajšom súde pod sp. zn. 3Sd/48/2014. Čiže v konaní vedenom pod sp. zn. 3Sd/48/2014 vystupujú rovnakí účastníci konania ako v konaní vedenom pod sp. zn. 7Sd/17/2016, pričom v oboch prípadoch ide o rovnaký predmet konania, a to konanie o invalidnom dôchodku. Súd mal zároveň za preukázané, že opravným prostriedkom napadnuté rozhodnutie odporkyne č. XXX XXX XXXX X zo dňa 01.03.2016, ktorého preskúmanie je predmetom tohto súdneho konania, už bolo preskúmané v konaní pod sp. zn. 3Sd/48/2014, nakoľko sa jedná o zmenové rozhodnutie nadväzujúce na už skôr vydané rozhodnutia odporkyne č. XXX XXX XXXX X zo dňa 17.06.2014, č. XXX XXX XXXX X zo dňa 15.06.2015 v spojení s rozhodnutím č. XXX XXX XXXX X zo dňa 29.09.2015. Predmetné rozhodnutia vydala odporkyňa po opätovnom posúdení navrhovateľom namietaných skutočností vo vyššie zmienených opravných prostriedkoch. V rámci uvedeného súdneho konania vedeného pod sp. zn. 3Sd/48/2014 súd teda preskúmaval aj zmenové rozhodnutie odporkyne č. XXX XXX XXXX X zo dňa 01.03.2016, ktorého preskúmanie je predmetom tohto súdneho konania, pričom uvedené rozhodnutie tunajší súd potvrdil rozsudkom č. k. 3Sd/48/2014 zo dňa 06.04.2016, ktorý však do dnešného dňa nenadobudol právoplatnosť. Podľa ust. § 246c ods. 1 prvá veta O.s.p., pre riešenie otázok, ktoré nie sú priamo upravené v tejto časti, sa použijú primerane ustanovenia prvej, tretej a štvrtej časti tohto zákona. Podľa ust. § 103 O.s.p., kedykoľvek za konania prihliada súd na to, či sú splnené podmienky, za ktorých môže konať vo veci (podmienky konania). Podľa ust. § 83 O.s.p., začatie konania bráni tomu, aby o tej istej veci prebiehalo na súde iné konanie. Súd po preskúmaní oboch spisov dospel k záveru, že v tejto veci ide o rovnaký predmet konania a toho istého navrhovateľa ako v konaní vedenom pod sp. zn. 3Sd/48/2014, v ktorom tunajší súd už rozhodol, avšak rozhodnutie ešte nie je právoplatné, čiže v konaní vznikla prekážka začatého súdneho konania, tzv. litispendencia, ktorá je neodstrániteľným nedostatkom konania. Podľa ust. § 104 ods. 1 prvá veta O.s.p., ak ide o taký nedostatok podmienky konania, ktorý nemožno odstrániť, súd konanie zastaví. Keďže v tomto konaní vznikla prekážka začatého súdneho konania, t. j. litispendencia a tento nedostatok konania nemožno odstrániť, rozhodol súd podľa ust. § 104 ods. 1 O.s.p. o zastavení konania. Rozhodnutie o trovách konania sa opiera o ustanovenie § 146 ods. 1 písm. c) O.s.p. použitého v spojení s ustanovením § 246c ods. 1 prvá veta O.s.p., v zmysle ktorého žiaden z účastníkov nemá právo na náhradu trov konania podľa jeho výsledku, ak konanie bolo zastavené. Poučenie: Proti tomuto uzneseniu možno podať odvolanie do 15 dní odo dňa jeho doručenia na Najvyšší súd SR v Bratislave prostredníctvom Krajského súdu v Košiciach, a to písomne v dvoch vyhotoveniach. V odvolaní sa má popri všeobecných náležitostiach (§ 42 ods. 3 O.s.p.) uviesť, proti ktorému rozhodnutiu odvolanie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https://www.kauzis.sk/judikatura/r/ECLI:SK:KSKE:2016:7016200450.1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