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Košice sp. zn. 2Sp/13/2016 z 15. 5. 2016</w:t>
      </w:r>
    </w:p>
    <w:p>
      <w:r>
        <w:t>Opravné uznesenie Krajského súdu Košice z 15. mája 2016, sp. zn. 2Sp/13/2016, ECLI:SK:KSKE:2016:7016200459.2</w:t>
      </w:r>
    </w:p>
    <w:p>
      <w:r>
        <w:t>Súd: Krajský súd Košice</w:t>
      </w:r>
    </w:p>
    <w:p>
      <w:r>
        <w:t>Spisová značka: 2Sp/13/2016</w:t>
      </w:r>
    </w:p>
    <w:p>
      <w:r>
        <w:t>ECLI: ECLI:SK:KSKE:2016:7016200459.2</w:t>
      </w:r>
    </w:p>
    <w:p>
      <w:r>
        <w:t>Dátum vydania: 15. 5. 2016</w:t>
      </w:r>
    </w:p>
    <w:p>
      <w:r>
        <w:t>Forma: Opravné uznesenie</w:t>
      </w:r>
    </w:p>
    <w:p>
      <w:r>
        <w:t>Oblasť práva: Správne právo</w:t>
      </w:r>
    </w:p>
    <w:p>
      <w:pPr>
        <w:pStyle w:val="Heading2"/>
      </w:pPr>
      <w:r>
        <w:t>Text rozhodnutia</w:t>
      </w:r>
    </w:p>
    <w:p>
      <w:r>
        <w:t>Súd: Krajský súd Košice Spisová značka: 2Sp/13/2016 Identifikačné číslo súdneho spisu: 7016200459 Dátum vydania rozhodnutia: 16. 05. 2016 Meno a priezvisko sudcu, VSÚ: JUDr. Miroslava Klimová ECLI: ECLI:SK:KSKE:2016:7016200459.2 Opravné uznesenie Krajský súd v Košiciach v právnej veci navrhovateľa A. U., A.. X.X.XXXX, štátna príslušnosť Y. G. H., naposledy trvale bytom Y. G. H., bez cestovného dokladu, toho času umiestnený v Útvare policajného zaistenia pre cudzincov v Sečovciach, Bitúnková č. 14, Sečovce, zast. Centrom právnej pomoci so sídlom v Bratislave, Námestie slobody č. 12, Kancelária Košice, Moyzesova č. 18, proti odporcovi Prezídium Policajného zboru, Úrad hraničnej a cudzineckej polície, Riaditeľstvo hraničnej a cudzineckej polície Prešov, Oddelenie hraničnej kontroly Policajného zboru Košice - letisko, so sídlom v Košiciach, o preskúmanie rozhodnutia odporcu č. PPZ-HCP-PO9-DT-7-013/2016 zo dňa 4.4.2016 o zaistení takto r o z h o d o l : Opravuje rozsudok Krajského súdu v Košiciach č.k. 2Sp/13/2016-31 zo dňa 03.05.2016 v poučení tak, že správne má znieť: Proti tomuto rozhodnutiu je prípustné odvolanie do 7 dní od doručenia rozhodnutia na súde, proti rozhodnutiu ktorého smeruje. V odvolaní sa má popri všeobecných náležitostiach (§ 42 ods. 3 O.s.p.) uviesť, proti ktorému rozhodnutiu smeruje, v akom rozsahu sa napáda, v čom sa toto rozhodnutie alebo postup súdu považuje za nesprávny,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 (§ 205 ods. 3 O.s.p.). o d ô v o d n e n i e : Krajský súd v Košiciach vydal dňa 03.05.2016 rozsudok č.k. 2Sp/13/2016, ktorého poučenie znelo: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Podľa § 250sa ods. 4 prvá veta O.s.p. (Konanie o opravnom prostriedku proti rozhodnutiu o zaistení) proti rozhodnutiu krajského súdu je prípustné odvolanie do siedmich dní odo dňa jeho doručenia. Pretože pri vyhotovovaní rozsudku došlo ku chybe v písaní, keď v poučení rozsudku bol uvedený nesprávny údaj o lehote na podanie odvolania, súd podľa citovaných zákonných ustanovení vykonal opravu tak, ako je to uvedené vo výroku tohto uznesenia. Poučenie: Proti tomuto uzneseniu je prípustné odvolanie do 15 dní odo dňa jeho doručenia na Krajský súd v Košiciach (§ 374 ods. 4 O.s.p.), a to písomne v dvoch vyhotoveniach. Odvolanie má obsahovať popri všeobecných náležitostiach podľa ust. § 42 ods. 3 O.s.p., údaje v zmysle ust. § 205 ods. 1 O.s.p., t. j. proti ktorému rozhodnutiu odvolanie smeruje, v akom rozsahu sa rozhodnutie alebo postup súdu považuje za nesprávny a čoho sa odvolateľ domáha.</w:t>
      </w:r>
    </w:p>
    <w:p/>
    <w:p>
      <w:r>
        <w:t>Zdroj: KAUZIS.SK – https://www.kauzis.sk/judikatura/r/ECLI:SK:KSKE:2016:7016200459.2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