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7Sd/18/2016 z 8. 9. 2016</w:t>
      </w:r>
    </w:p>
    <w:p>
      <w:r>
        <w:t>Uznesenie Krajského súdu Košice z 8. septembra 2016, sp. zn. 7Sd/18/2016, ECLI:SK:KSKE:2016:7016200468.1</w:t>
      </w:r>
    </w:p>
    <w:p>
      <w:r>
        <w:t>Súd: Krajský súd Košice</w:t>
      </w:r>
    </w:p>
    <w:p>
      <w:r>
        <w:t>Spisová značka: 7Sd/18/2016</w:t>
      </w:r>
    </w:p>
    <w:p>
      <w:r>
        <w:t>ECLI: ECLI:SK:KSKE:2016:7016200468.1</w:t>
      </w:r>
    </w:p>
    <w:p>
      <w:r>
        <w:t>Dátum vydania: 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7Sd/18/2016 Identifikačné číslo súdneho spisu: 7016200468 Dátum vydania rozhodnutia: 09. 09. 2016 Meno a priezvisko sudcu, VSÚ: JUDr. Pavol Naď ECLI: ECLI:SK:KSKE:2016:7016200468.1 Uznesenie Krajský súd v Košiciach v právnej veci navrhovateľky: P.. B. D., XX.XX.XXXX, W. M. XXXX/X, XXX XX P., proti odporkyni: Sociálna poisťovňa, ústredie, so sídlom Ul. 29. augusta 8 - 10, 813 63 Bratislava, v konaní o invalidný dôchodok, takto r o z h o d o l : Konanie z a s t a v u j e. Žiaden z účastníkov n e m á právo na náhradu trov konania. o d ô v o d n e n i e : Opravným prostriedkom zo dňa 21.04.2016 sa navrhovateľka domáhala preskúmania rozhodnutia odporkyne č. XXX XXX XXXX X zo dňa 09.03.2016, ktorým jej bol podľa ustanovenia § 70 ods. 1 a § 82 zákona v znení neskorších predpisov priznaný od 16. novembra 2015 invalidný dôchodok v sume 140,20 Eur mesačne. Písomným podaním zo dňa 30.08.2016 navrhovateľka oznámila súdu, že na základe posudku Sociálnej poisťovne, ústredie, vysunuté pracovisko so sídlom v Košiciach z 27.07.2016 bolo jej opravnému prostriedku vyhovené uznaním vyššej miery invalidity, preto berie späť návrh súdneho konania voči Sociálnej poisťovni, ústredie Bratislava o invalidný dôchodok a navrhuje súdne konanie zastaviť. V danej veci ide o konanie podľa III. hlavy piatej časti O.s.p. (§ 250l a nasl. - rozhodovanie o opravných prostriedkoch proti rozhodnutiam správnych orgánov). Podľa ustanovenia § 250l ods. 2 O.s.p., pokiaľ v tretej hlave piatej časti O.s.p. nie je ustanovené inak, použijú sa pre konanie o opravných prostriedkoch proti rozhodnutiam správnych orgánov primerane ustanovenia druhej hlavy piatej časti O.s.p. s výnimkou § 250a. Podľa ustanovenia § 250d ods. 3 O.s.p., súd uznesením konanie zastaví, ak bola žaloba vzatá späť. Žalobca môže vziať žalobu späť až do rozhodnutia súdu (§ 250h ods. 2 O.s.p.). Súd vychádzajúc z citovaných zákonných ustanovení konanie vo veci zastavil. Podľa § 492 ods. 1 SSP (Správny súdny poriadok - zákon č. 162/2015 Z. z.) konania podľa tretej hlavy, piatej časti Občianskeho súdneho poriadku začaté predo dňom nadobudnutia účinnosti tohto zákona sa dokončia podľa doterajších predpisov. O trovách konania súd rozhodol podľa § 146 ods. 1 písm. c) O. s. p. s použitím § 250l ods. 2, § 246c ods. 1, prvá veta O. s. p., tak že žiaden z účastníkov nemá právo na náhradu trov konania. Poučenie: Proti tomuto uzneseniu možno podať odvolanie do 15 dní odo dňa jeho doručenia na Krajský súd v Košiciach (ust. § 374 ods. 4 O.s.p.), a to písomne v dvoch vyhotoveniach. V odvolaní sa má popri všeobecných náležitostiach (ust. 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https://www.kauzis.sk/judikatura/r/ECLI:SK:KSKE:2016:7016200468.1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