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9Sd/45/2016 z 27. 10. 2016</w:t>
      </w:r>
    </w:p>
    <w:p>
      <w:r>
        <w:t>Uznesenie Krajského súdu Košice z 27. októbra 2016, sp. zn. 9Sd/45/2016, ECLI:SK:KSKE:2016:7016200701.2</w:t>
      </w:r>
    </w:p>
    <w:p>
      <w:r>
        <w:t>Súd: Krajský súd Košice</w:t>
      </w:r>
    </w:p>
    <w:p>
      <w:r>
        <w:t>Spisová značka: 9Sd/45/2016</w:t>
      </w:r>
    </w:p>
    <w:p>
      <w:r>
        <w:t>ECLI: ECLI:SK:KSKE:2016:7016200701.2</w:t>
      </w:r>
    </w:p>
    <w:p>
      <w:r>
        <w:t>Dátum vydania: 27. 10. 2016</w:t>
      </w:r>
    </w:p>
    <w:p>
      <w:r>
        <w:t>Forma: Uznesenie</w:t>
      </w:r>
    </w:p>
    <w:p>
      <w:pPr>
        <w:pStyle w:val="Heading2"/>
      </w:pPr>
      <w:r>
        <w:t>Text rozhodnutia</w:t>
      </w:r>
    </w:p>
    <w:p>
      <w:r>
        <w:t>Súd: Krajský súd Košice Spisová značka: 9Sd/45/2016 Identifikačné číslo súdneho spisu: 7016200701 Dátum vydania rozhodnutia: 28. 10. 2016 Meno a priezvisko sudcu, VSÚ: JUDr. Juraj Tymko ECLI: ECLI:SK:KSKE:2016:7016200701.2 Uznesenie Krajský súd v Košiciach v právnej veci navrhovateľa R. Z., bytom W. Y. XXX/XX, X., proti odporcovi Sociálnej poisťovni, ústredie, so sídlom Ul. 29. augusta č. 8 - 10, Bratislava, v konaní o invalidnom dôchodku, takto r o z h o d o l : Konanie z a s t a v u j e . Žiaden z účastníkov n e m á právo na náhradu trov konania. o d ô v o d n e n i e : Rozhodnutím č. XXXXXXXXXX X zo dňa 30.12.2015, odporca podľa § 70 a § 112 ods. 2 a 6 zákona č. 461/2003 Z. z. o sociálnom poistení v znení neskorších predpisov, navrhovateľovi odňal invalidný dôchodok od 04.02.2016. Z odôvodnenia napadnutého rozhodnutia vyplýva, že podľa posudku posudkového lekára sociálneho poistenia Sociálnej poisťovne, pobočky Košice zo dňa 07.12.2015, nie je navrhovateľ invalidný z dôvodu, že nemá pokles schopností vykonávať zárobkovú činnosť o viac ako 40 % v porovnaní so zdravou fyzickou osobou. Navrhovateľ podal v zákonom stanovenej lehote proti vyššie uvedenému rozhodnutiu odporcu opravný prostriedok, v ktorom žiadal o opätovné posúdenie dokladov týkajúcich sa zdravotných ťažkostí a určenie miery poklesu schopnosti vykonávať zárobkovú činnosť a naďalej mu priznať invalidný dôchodok. Na základe podaného opravného prostriedku bol zdravotný stav navrhovateľa opätovne posúdený posudkovým lekárom sociálneho poistenia Sociálnej poisťovne, pobočky Košice dňa 25.04.2016 a posudkovým lekárom sociálneho poistenia Sociálnej poisťovne, ústredie dňa 20.06.2016. Z posudku posudkového lekára sociálneho poistenia Sociálnej poisťovne, ústredie zo dňa 20.06.2016 vyplýva, že navrhovateľ je naďalej invalidný podľa § 71 ods. 1 zákona č. 461/2003 Z. z., s mierou poklesu schopnosti vykonávať zárobkovú činnosť 45 % v porovnaní so zdravou fyzickou osobou. Z vyjadrenia odporcu zo dňa 26.07.2016, doručeného tunajšiemu súdu dňa 01.08.2016 zároveň vyplýva, že z dôvodu zmeny v posudkových záveroch bolo rozhodnutím odporcu č. XXX XXX XXXX X zo dňa 30.06.2016 podľa § 112 zákona č. 461/2003 Z. z., zrušené napadnuté rozhodnutie Sociálnej poisťovne, ústredie č. XXX XXX XXXX X zo dňa 30.12.2015 a súčasne bolo opravnému prostriedku navrhovateľa vyhovené v celom rozsahu. Následne navrhovateľ v písomnom podaní zo dňa 04.08.2016 doručenom tunajšiemu súdu dňa 08.08.2016 uviedol, že vzhľadom na skutočnosť, že podanému odvolaniu proti rozhodnutiu o odobratí invalidného dôchodku bolo v celom rozsahu vyhovené a s novým rozhodnutím súhlasí, v zmysle ustanovenia § 219 ods. 2 zákona č. 461/2003 Z.z. berie odvolanie späť v celom rozsahu.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predo dňom nadobudnutia účinnosti zákona č. 162/2015 Z. z. Správneho súdneho poriadku, postupoval súd podľa doterajších predpisov, teda v zmysle ustanovení zákona č. 99/1963 Zb. Občianskeho súdneho poriadku.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 písomným podaním zo dňa 04.08.2016 doručeným tunajšiemu súdu dňa 08.08.2016 zobral svoj opravný prostriedok podaný proti rozhodnutiu odporcu späť,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https://www.kauzis.sk/judikatura/r/ECLI:SK:KSKE:2016:7016200701.2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