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5Sa/28/2016 z 14. 11. 2016</w:t>
      </w:r>
    </w:p>
    <w:p>
      <w:r>
        <w:t>Rozsudok Krajského súdu Košice z 14. novembra 2016, sp. zn. 5Sa/28/2016, ECLI:SK:KSKE:2016:7016201054.1</w:t>
      </w:r>
    </w:p>
    <w:p>
      <w:r>
        <w:t>Súd: Krajský súd Košice</w:t>
      </w:r>
    </w:p>
    <w:p>
      <w:r>
        <w:t>Spisová značka: 5Sa/28/2016</w:t>
      </w:r>
    </w:p>
    <w:p>
      <w:r>
        <w:t>ECLI: ECLI:SK:KSKE:2016:7016201054.1</w:t>
      </w:r>
    </w:p>
    <w:p>
      <w:r>
        <w:t>Dátum vydania: 14. 11. 2016</w:t>
      </w:r>
    </w:p>
    <w:p>
      <w:r>
        <w:t>Forma: Rozsudok</w:t>
      </w:r>
    </w:p>
    <w:p>
      <w:r>
        <w:t>Oblasť práva: Správne právo</w:t>
      </w:r>
    </w:p>
    <w:p>
      <w:pPr>
        <w:pStyle w:val="Heading2"/>
      </w:pPr>
      <w:r>
        <w:t>Text rozhodnutia</w:t>
      </w:r>
    </w:p>
    <w:p>
      <w:r>
        <w:t>Súd: Krajský súd Košice Spisová značka: 5Sa/28/2016 Identifikačné číslo súdneho spisu: 7016201054 Dátum vydania rozhodnutia: 15. 11. 2016 Meno a priezvisko sudcu, VSÚ: JUDr. Tamara Sklenárová ECLI: ECLI:SK:KSKE:2016:7016201054.1 ROZSUDOK V MENE SLOVENSKEJ REPUBLIKY Krajský súd v Košiciach, sudkyňou JUDr. Tamarou Sklenárovou, v právnej veci navrhovateľky: G. F., trvale bytom Z. XXXX/X, L., proti odporkyni: Sociálna poisťovňa, ústredie Bratislava, Ul. 29. augusta 8, Bratislava, v konaní o invalidnom dôchodku, takto r o z h o d o l : P o t v r d z u j e rozhodnutie odporkyne zo dňa 18. mája 2016 č. XXX XXX XXXX X. Navrhovateľke právo na náhradu trov konania n e p r i z n á v a. o d ô v o d n e n i e : Rozhodnutím zo dňa 18. 05. 2016 č. XXX XXX XXXX X odporkyňa podľa ustanovenia § 70 zákona č. 461/2003 Z. z. o sociálnom poistení v znení neskorších predpisov zamietla žiadosť navrhovateľky o invalidný dôchodok zo dňa 18. 04. 2016 s tým, že menovaná podľa posudku posudkového lekára sociálneho poistenia Sociálnej poisťovne, pobočky Košice zo dňa 18. 04. 2016 nie je invalidná podľa ustanovenia § 71 ods. 1 zákona č. 461/2003 Z. z., lebo pre dlhodobo nepriaznivý zdravotný stav nemá pokles schopnosti vykonávať zárobkovú činnosť o viac ako 40 % v porovnaní so zdravou fyzickou osobou. Miera poklesu schopnosti vykonávať zárobkovú činnosť bola u nej určená v rozsahu 30 %. Navrhovateľka sa včas podaným opravným prostriedkom domáhala preskúmania zákonnosti citovaného rozhodnutia. Uviedla, že v roku 2007 bola operovaná trikrát a v roku 2015 dvakrát na zhubný nádor na ľavom prsníku. Ďalej uviedla, že po uplynutí ročnej práceneschopnosti dostala z práce výpoveď na základe posudku o zdravotnej nespôsobilosti na výkon dovtedajšej práce v automobilke. Poukázala na svoj nepriaznivý zdravotný stav, v dôsledku ktorého sa nemôže nikde zamestnať. Vzhľadom na vyššie uvedené skutočnosti navrhovateľka požiadala opätovné posúdenie jej zdravotného stavu príslušným posudkovým lekárom sociálneho poistenia. Odporkyňa vo svojom písomnom vyjadrení zo dňa 13. 09. 2016 navrhla preskúmavané rozhodnutie ako vecne správne potvrdiť zo skutkových aj právnych dôvodov, obsiahnutých v jeho odôvodnení. Konštatovala, že námietkam navrhovateľky nie je možné vyhovieť, pretože táto nespĺňa podmienku, stanovenú v § 71 ods. 1 zákona o sociálnom poistení, ako to vyplýva z posudkov posudkového lekára Sociálnej poisťovne, pobočky Košice zo dňa 18. 04. 2016, 18. 07. 2016, i posudku druhostupňového posudkového orgánu zo dňa 08. 09. 2016, vypracovaného pre účely odvolacieho konania. Z týchto posudkov je zrejmé, že miera poklesu jej schopnosti vykonávať zárobkovú činnosť je 30 % v porovnaní so zdravou fyzickou osobou, z čoho vyplýva, že jej zdravotný stav nie je zhoršený na úroveň invalidity, t. j. že nie je invalidná podľa citovaného zákonného ustanovenia. Keďže sa jej správnosť rozhodnutia nepodarilo spochybniť, odporkyňa má za to, že o žiadosti navrhovateľky o invalidný dôchodok bolo rozhodnuté v súlade s platnou právnou úpravou. Súd v konaní podľa ustanovenia § 250l a nasledujúcich O. s. p. po preskúmaní napadnutého rozhodnutia, oboznámení sa s dávkovým spisom odporkyne dospel k záveru, že opravný prostriedok navrhovateľky nie je dôvodný. Z administratívneho spisu odporkyne súd zistil, že navrhovateľka žiadosťou spísanou dňa 18. 04. 2016 požiadala Sociálnu poisťovňu o priznanie invalidného dôchodku, ktorý žiadala priznať od 10. 03. 2016. Podľa posudku Posudkového lekára sociálneho poistenia Sociálnej poisťovne, pobočky v Košiciach zo dňa 18. 04. 2016, menovaná nie je invalidná podľa ustanovenia § 71 ods. 1 citovaného zákona, lebo pre dlhodobo nepriaznivý zdravotný stav nemá pokles schopnosti vykonávať zárobkovú činnosť o viac ako 40 % v porovnaní so zdravou fyzickou osobou. Za rozhodujúce zdravotné postihnutie u navrhovateľky posudkový lekár považoval choroby ženských pohlavných orgánov, pričom toto postihnutie je začlenené do kapitoly XIII, pol. 2, písm. a) prílohy č. 4 zákona č. 461/2003 Z. z. o sociálnom poistení a zodpovedá mu miera poklesu vykonávať zárobkovú činnosť v rozsahu 30 %. U navrhovateľky bol zistený zhubný nádor dolného vonkajšieho kvadrantu prsníka. Zo záveru tohto posudku vyplýva, že posudzovaná bola v máji 2015 operovaná, urobená bola kvadrantektómia dolného vonkajšieho kvadrantu ľavého prsníka pre karcinóm. Klasifikácia T1N0M0, G1, I. klinické štádium. Následne jej bola aplikovaná adjuvantná rádioterapia, ktorá bola ukončená 27. 08. 2015. Vzhľadom na pozitivitu hormonálnych receptorov, je indikovaná adjuvantná hormonálna liečba antiestrogénom. Histologickým vyšetrením nebola potvrdená nádorová perneácia, sentinelova uzlina je bez metastázy malígneho novotvaru. Onkológ hodnotí nález ako negatívny. Pokračuje v adjuvantnej hormonálnej liečbe. Na základe doterajšieho priebehu a objektívneho nálezu je miera poklesu schopnosti vykonávať zárobkovú činnosť 30 % na dolnej hranici rozpätia. K zhodnému záveru pokiaľ ide o rozhodujúce zdravotné postihnutie i určenú mieru poklesu schopnosti vykonávať zárobkovú činnosť u navrhovateľky dospel aj posudkový lekár sociálneho poistenia odporkyne so sídlom v Košiciach vo svojom posudku zo dňa 08. 09. 2016 vypracovanom pre potreby súdneho konania. Zdravotný stav navrhovateľky charakterizoval diagnostickým záverom: zhubný nádor dolného vonkajšieho kvadrantu prsníka, ku ktorému dospel po zhodnotení aktuálneho zdravotného stavu navrhovateľky na základe ňou absolvovaných odborných lekárskych vyšetrení a vlastného lekárskeho vyšetrenia posudkovým lekárom. Za rozhodujúce zdravotné postihnutie u navrhovateľky aj tento posudkový lekár považoval choroby ženských pohlavných orgánov, pričom toto postihnutie je začlenené v kapitole XIII, pol. 2, písm. a) prílohy č. 4 zákona č. 461/2003 Z. z. o sociálnom poistení a zodpovedá mu miera poklesu vykonávať zárobkovú činnosť v rozsahu 30 %. Zo záveru tohto posudku vyplýva, že posudzovaná s učňovským vzdelaním pracovala ako operátorka výroby. Od 04. 05. 2015 bola uznaná dlhodobo práceneschopnou pre histologicky verifikovaný zhubný nádor ľavého prsníka - operovaná v máji 2015. Následne bol onkológom stav uzavretý ako I. začiatočné štádium ochorenia s ukončením onkologickej liečby v 08/2015. Podľa kontrolného aktuálneho onkologického vyšetrenia onkologický nález je negatívny. Rozhodujúce zdravotné postihnutie - zhubný nádor ľavého prsníka v začiatočnom štádiu ochorenia bolo zaradené do kapitoly XIII, pol. 2, písm. a) s mierou poklesu schopnosti vykonávať zárobkovú činnosť v rozsahu 30 %. Navrhovateľka v priebehu pojednávania dňa 15. 11. 2016 zotrvala na podanom opravnom prostriedku v celom rozsahu. Zhodne ako pred jednotlivými posudkovými lekármi popísala svoje subjektívne ťažkosti, ktorými trpí, a ktoré u nej pretrvávajú aj v súčasnosti. Uviedla, že návrh podala predovšetkým na podnet jej odborného lekára onkológa, ako aj z dôvodu, že posudkom o zdravotnej spôsobilosti na prácu bola vylúčená z výkonu jej pôvodného zamestnania. V tejto súvislosti poukázala aj na to, že je vo veku, kedy do vzniku nároku na starobný dôchodok jej chýba ešte nejaké obdobie a vzhľadom na jej nepriaznivý zdravotný stav má problém v tomto období sa riadne zamestnať. Uviedla tiež, že chodí na rehabilitácie a v ostatnom čase sa podrobila aj operácii halluxu a rehabilituje aj v tomto smere. Zástupca odporkyne navrhol napadnuté rozhodnutie ako vecne správne potvrdiť a to zo skutkových aj právnych dôvodov, ktoré sú uvedené v napadnutom rozhodnutí aj písomnom vyjadrení, ktoré bolo súdu doručené. Poukázal na to, že posudkové orgány konajúce v predmetnej veci dospeli k zhodnému posudkovému záveru, že miera poklesu schopnosti vykonávať zárobkovú činnosť u navrhovateľky zodpovedá 30 %, táto bola určená na dolnej hranici určeného percentuálneho rozpätia pre danú položku uvedenú v prílohe č. 4 zákona o sociálnom poistení, kde hornou hranicou je 40 %, tzn., že aj v prípade priznania hornej hranice by navrhovateľka podmienku invalidity nesplnila. Podľa ustanovenia § 70 ods. 1 zákona č. 461/2003 Z. 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Podľa ustanovenia § 71 ods. 1 zákona č. 461/2003 Z. z. o sociálnom poistení v znení neskorších predpisov poistenec je invalidný, ak pre dlhodobo nepriaznivý zdravotný stav má pokles schopnosti vykonávať zárobkovú činnosť o viac ako 40 % v porovnaní so zdravou fyzickou osobou. Dlhodobo nepriaznivý zdravotný stav je taký zdravotný stav, ktorý spôsobuje pokles schopnosti vykonávať zárobkovú činnosť, a ktorý má podľa poznatkov lekárskej vedy trvať dlhšie ako jeden rok. Pokles schopnosti vykonávať zárobkovú činnosť sa posudzuje porovnaním telesnej, duševnej a zmyslovej schopnosti poistenca s dlhodobo nepriaznivým zdravotným stavom a telesnej, duševnej a zmyslovej schopnosti zdravej fyzickej osoby. Pri posudzovaní poklesu schopnosti vykonávať zárobkovú činnosť sa neprihliada na zdravotné postihnutia, ktoré boli zohľadnené na invalidný výsluhový dôchodok podľa osobitného predpisu.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prípravy na povolanie, možnosti poskytnutia pracovnej rehabilitácie alebo rekvalifikácie. Miera poklesu schopnosti vykonávať zárobkovú činnosť je uvedená v prílohe č. 4 a určuje sa v percentách podľa druhu zdravotného postihnutia, ktoré je rozhodujúcou príčinou dlhodobo nepriaznivého zdravotného stavu, a so zreteľom na závažnosť ostatných zdravotných postihnutí s tým, že jednotlivé percentuálne miery poklesu schopnosti vykonávať zárobkovú činnosť sa nesčítavajú. Súd na základe dokazovania vykonaného v správnom konaní dospel k záveru, že skutkové okolnosti, týkajúce sa rozsahu zdravotného poškodenia navrhovateľky boli dostatočne ozrejmené príslušnými posudkovými lekármi sociálneho poistenia Sociálnej poisťovne, ktorí vo svojich posudkoch vyhodnotili všetky jej zdravotné postihnutia, vyplývajúce z jej zdravotnej dokumentácie i vlastných vyšetrení. Navrhovateľka v konaní neuviedla žiadne nové skutočnosti, ktoré by neboli známe príslušným posudkovým lekárom pri vypracovaní posudkov, a ktoré by mohli ich jednoznačné závery spochybniť. Zdravotné poškodenia navrhovateľky zistené objektívnymi lekárskymi vyšetreniami podľa podaných posudkov posudkových orgánov neznižujú jej pracovnú schopnosť natoľko, aby bola invalidná. Podľa týchto posudkov pre dlhodobo nepriaznivý zdravotný stav, má menovaná stanovenú mieru poklesu schopnosti vykonávať zárobkovú činnosť vo výške 30 % v porovnaní so zdravou fyzickou osobou. Keďže navrhovateľka v priebehu konania nepreukázala, žeby jej zdravotný stav bol zhoršený v rozsahu, odôvodňujúcom určenie vyššej miery poklesu jeho schopnosti vykonávať zárobkovú činnosť, nárok na invalidný dôchodok jej nevznikol. Súd zvážil všetky uvedené skutočnosti a na ich základe a v súlade s citovanými zákonnými ustanoveniami podľa ustanovenia § 250q ods. 3 O. s. p., aplikovaného v súlade s § 492 ods. 1 SSP, napadnuté rozhodnutie odporkyne ako vecne správne potvrdil. Právo na náhradu trov konania súd v súlade s ustanovením § 250k ods. 1 O. s. p. navrhovateľke nepriznal, pretože táto v konaní úspešná nebola. Poučenie: Proti tomuto rozsudku možno podať odvolanie do 15 dní odo dňa jeho doručenia na Krajský súd v Košiciach. V odvolaní sa má popri všeobecných náležitostiach (§ 42 ods. 3 O. s. p.) uviesť, proti ktorému rozhodnutiu smeruje, v akom rozsahu sa napáda, v čom sa toto rozhodnutie alebo postup súdu považuje za nesprávny a čoho sa odvolateľ domáha. Odvolanie možno odôvodniť len tým, že v konaní došlo k vadám v ustanovení § 221 ods. 1 O. s. p., konanie má inú vadu, ktorá mohla mať za následok nesprávne rozhodnutie vo veci alebo rozhodnutie súdu vychádza z nesprávneho právneho posúdenia veci.</w:t>
      </w:r>
    </w:p>
    <w:p/>
    <w:p>
      <w:r>
        <w:t>Zdroj: KAUZIS.SK – https://www.kauzis.sk/judikatura/r/ECLI:SK:KSKE:2016:7016201054.1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