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4Sa/6/2016 z 30. 11. 2016</w:t>
      </w:r>
    </w:p>
    <w:p>
      <w:r>
        <w:t>Uznesenie Krajského súdu Košice z 30. novembra 2016, sp. zn. 4Sa/6/2016, ECLI:SK:KSKE:2016:7016201066.2</w:t>
      </w:r>
    </w:p>
    <w:p>
      <w:r>
        <w:t>Súd: Krajský súd Košice</w:t>
      </w:r>
    </w:p>
    <w:p>
      <w:r>
        <w:t>Spisová značka: 4Sa/6/2016</w:t>
      </w:r>
    </w:p>
    <w:p>
      <w:r>
        <w:t>ECLI: ECLI:SK:KSKE:2016:7016201066.2</w:t>
      </w:r>
    </w:p>
    <w:p>
      <w:r>
        <w:t>Dátum vydania: 30.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4Sa/6/2016 Identifikačné číslo súdneho spisu: 7016201066 Dátum vydania rozhodnutia: 01. 12. 2016 Meno a priezvisko sudcu, VSÚ: Mgr. Slavomír Podhorský ECLI: ECLI:SK:KSKE:2016:7016201066.2 Uznesenie Krajský súd v Košiciach, v právnej veci žalobcu: H. X., narodený XX.XX.XXXX, štátna príslušnosť: H.G. J. Ľ. G., naposledy trvale bytom: H. U., D.. H., W. B., H.Í. J. Ľ. G., bez platného cestovného dokladu, toho času umiestnený v Ú. L. Z. L. S. U., X. XX, XXX XX U., Slovenská republika, zastúpený: Centrum právnej pomoci, so sídlom Námestie slobody 12, 810 00 Bratislava, IČO: 30798841, týka sa Kancelária Košice, Moyzesova 18, 040 41 Košice, proti žalovanému: Prezídium Policajného zboru, Úrad hraničnej a cudzineckej polície, Riaditeľstvo hraničnej a cudzineckej polície Prešov, Jarková 31, 080 01 Prešov, o správnej žalobe zo dňa 14.09.2016 proti rozhodnutiu žalovaného č. PPZ-HCP-PO2-166-002/2016 zo dňa 28.07.2016, takto r o z h o d o l : I./ Konanie z a s t a v u j e. II./ Žiaden z účastníkov konania n e m á právo na náhradu trov konania. o d ô v o d n e n i e : Žalobca sa podanou správnou žalobou zo dňa 14.09.2016 domáhal, aby súd zrušil rozhodnutie žalovaného č. PPZ-HCP-PO2-166-002/2016 zo dňa 28.07.2016. Predmetným rozhodnutím žalovaný, ako odvolací orgán, potvrdil rozhodnutie vydané správnym orgánom (Oddelenie cudzineckej polície Policajného zboru Prešov) číslo PPZ-HCP-PO8-ZVC-6-012/2016 zo dňa 20.06.2016, ktorý podľa § 82 ods. 1 písm. b) zákona č. 404/2011 Z.z. o pobyte cudzincov a o zmene a doplnení niektorých zákonov v znení neskorších predpisov (ďalej len „zákon o pobyte cudzincov“) administratívne vyhostil žalobcu z územia Slovenskej republiky podľa § 77 ods. 1 zákona o pobyte cudzincov a podľa § 83 ods. 2 písm. b) zákona o pobyte cudzincov neurčil lehotu na vycestovanie. Podaním zo dňa 22.11.2016 (č.l. 50 spisu) zobral žalobca správnu žalobu späť v celom rozsahu a žiadal konanie vo veci zastaviť. Preto súd v súlade s ustanovením § 99 písm. a) Správneho súdneho poriadku konanie zastavil. O trovách konania súd rozhodol podľa § 170 Správneho súdneho poriadku v zmysle ktorého žiaden z účastníkov konania nemá právo na náhradu trov konania, ak konanie bolo zastavené. Poučenie: Proti uzneseniu je prípustná sťažnosť, ktorá musí byť podaná v lehote 15 dní od doručenia uznesenia na Krajskom súde v Košiciach. V sťažnosti sa uvedú všeobecné náležitostí podania podľa § 57 Správneho súdneho poriadku to znamená, ktorému správnemu súdu je určené, kto ho robí, ktorej veci sa týka, čo sa ním sleduje, podpis a spisová značka konania. Ďalej sa v sťažnosti musí uviesť označenie napadnutého rozhodnutia, dátum, kedy bolo napadnuté uznesenie sťažovateľovi doručené, v čom sa postup správneho súdu považuje za nesprávny a návrh výroku rozhodnutia. Podanie možno urobiť písomne, a to v listinnej podobe alebo v elektronickej podobe. Podanie vo veci samej urobené v elektronickej podobe bez autorizácie podľa osobitného predpisu treba dodatočne doručiť v listinnej podobe alebo v elektronickej podobe autorizované podľa osobitného predpisu; ak sa dodatočne nedoručí správnemu súdu do desiatich dní, na podanie sa neprihliada. Správny súd na dodatočné doručenie podania nevyzýva. K podaniu kolektívneho orgánu musí byť pripojené rozhodnutie, ktorým príslušný kolektívny orgán vyslovil s podaním súhlas. Podanie urobené v listinnej podobe treba predložiť v potrebnom počte rovnopisov s prílohami tak, aby sa jeden rovnopis s prílohami mohol založiť do súdneho spisu a aby každý ďalší účastník konania dostal jeden rovnopis s prílohami. Ak sa nepredloží potrebný počet rovnopisov a príloh, správny súd vyhotoví kópie podania na trovy toho, kto podanie urobil. Rozsah a dôvody sťažnosti možno meniť len do uplynutia lehoty na jej podanie. V sťažnosti možno uvádzať nové skutočnosti a dôkazy, ak je to so zreteľom na povahu a okolnosti veci možné a účelné.</w:t>
      </w:r>
    </w:p>
    <w:p/>
    <w:p>
      <w:r>
        <w:t>Zdroj: KAUZIS.SK – https://www.kauzis.sk/judikatura/r/ECLI:SK:KSKE:2016:7016201066.2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