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6S/102/2016 z 30. 11. 2016</w:t>
      </w:r>
    </w:p>
    <w:p>
      <w:r>
        <w:t>Uznesenie Krajského súdu Košice z 30. novembra 2016, sp. zn. 6S/102/2016, ECLI:SK:KSKE:2016:7016201147.2</w:t>
      </w:r>
    </w:p>
    <w:p>
      <w:r>
        <w:t>Súd: Krajský súd Košice</w:t>
      </w:r>
    </w:p>
    <w:p>
      <w:r>
        <w:t>Spisová značka: 6S/102/2016</w:t>
      </w:r>
    </w:p>
    <w:p>
      <w:r>
        <w:t>ECLI: ECLI:SK:KSKE:2016:7016201147.2</w:t>
      </w:r>
    </w:p>
    <w:p>
      <w:r>
        <w:t>Dátum vydania: 30. 11. 2016</w:t>
      </w:r>
    </w:p>
    <w:p>
      <w:r>
        <w:t>Forma: Uznesenie</w:t>
      </w:r>
    </w:p>
    <w:p>
      <w:pPr>
        <w:pStyle w:val="Heading2"/>
      </w:pPr>
      <w:r>
        <w:t>Text rozhodnutia</w:t>
      </w:r>
    </w:p>
    <w:p>
      <w:r>
        <w:t>Súd: Krajský súd Košice Spisová značka: 6S/102/2016 Identifikačné číslo súdneho spisu: 7016201147 Dátum vydania rozhodnutia: 01. 12. 2016 Meno a priezvisko sudcu, VSÚ: JUDr. Eva Baranová ECLI: ECLI:SK:KSKE:2016:7016201147.2 Uznesenie Krajský súd v Košiciach v senáte zloženom z predsedníčky senátu JUDr. Evy Baranovej, členov senátu JUDr. Milana Končeka a JUDr. Valérie Mihalčínovej, v právnej veci žalobcu ZIPAT s.r.o., Košice, Bajzova 9, zastúpeného advokátskou kanceláriou B&amp;B, s.r.o., Rázusova 1, Košice, proti žalovanému Finančnému riaditeľstvu SR Banská Bystrica, Lazovná 63, v konaní o žalobe na preskúmanie rozhodnutia žalovaného zo 04.08.2016 č. 103664669/2016, takto r o z h o d o l : Konanie z a s t a v u j e . Žiaden z účastníkov nemá právo na náhradu trov konania. o d ô v o d n e n i e : 1. Žalobca dňa 18.10.2016 doručil súdu správnu žalobu na preskúmanie rozhodnutia žalovaného uvedeného v záhlaví uznesenia. 2. Elektronickým podaním doručeným súdu 16.11.2016 vzal žalobca žalobu v celom rozsahu späť a žiadal, aby súd konanie zastavil. 3. Podľa § 99 písm.a) zákona č. 162/2015 Z.z. správny súd konanie uznesením zastaví, ak žalobca vzal žalobu späť skôr, ako správny súd vo veci rozhodol. 4. Podľa § 170 zákona č. 162/2015 Z.z. žiaden z účastníkov konania nemá právo na náhradu trov konania, ak konanie bolo zastavené. 5. Pretože žalobca vzal žalobu v celom rozsahu späť, súd rozhodol o zastavení konania a o trovách konania v zmysle citovaných ustanovení Správneho súdneho poriadku. Poučenie: Proti tomuto rozhodnutiu je prípustná kasačná sťažnosť, ktorá musí byť podaná v lehote jedného mesiaca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https://www.kauzis.sk/judikatura/r/ECLI:SK:KSKE:2016:7016201147.2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