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Košice sp. zn. 8CoP/280/2015 z 2. 3. 2016</w:t>
      </w:r>
    </w:p>
    <w:p>
      <w:r>
        <w:t>Opravné uznesenie Krajského súdu Košice z 2. marca 2016, sp. zn. 8CoP/280/2015, ECLI:SK:KSKE:2016:7511207571.4</w:t>
      </w:r>
    </w:p>
    <w:p>
      <w:r>
        <w:t>Súd: Krajský súd Košice</w:t>
      </w:r>
    </w:p>
    <w:p>
      <w:r>
        <w:t>Spisová značka: 8CoP/280/2015</w:t>
      </w:r>
    </w:p>
    <w:p>
      <w:r>
        <w:t>ECLI: ECLI:SK:KSKE:2016:7511207571.4</w:t>
      </w:r>
    </w:p>
    <w:p>
      <w:r>
        <w:t>Dátum vydania: 2. 3.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Košice Spisová značka: 8CoP/280/2015 Identifikačné číslo súdneho spisu: 7511207571 Dátum vydania rozhodnutia: 03. 03. 2016 Meno a priezvisko sudcu, VSÚ: JUDr. Diana Solčányová ECLI: ECLI:SK:KSKE:2016:7511207571.4 Opravné uznesenie Krajský súd v Košiciach vo veci starostlivosti súdu o maloleté deti I. U. nar. XX.X.XXXX a Y. nar. X.X.XXXX zastúpené kolíznym opatrovníkom Úradom práce, sociálnych vecí a rodiny v Košiciach detí rodičov Mgr. E. I. PhD. nar. XX.X.XXXX bývajúcej na Q. ul. č. XX vo U. zastúpenej advokátom JUDr. Petrom Molitorisom PhD. so sídlom na Štúrovej ul. č. 20 v Košiciach a Ing. H. I. nar. XX.X.XXXX bývajúceho v W. Q., O. X zastúpeného advokátkou JUDr. Annou Lacovou so sídlom na Pražskej ul. č. 4 v Košiciach v konaní o úpravu výkonu rodičovských práv a povinností k maloletým deťom na čas do rozvodu o odvolaní otca a matky proti rozsudku Okresného súdu Košice - okolie z 1.4.2015 č.k. 9P/88/2011-509 v spojení s opravným uznesením z 1.4.2015 č.k. 9P/88/2011-519 takto r o z h o d o l : O p r a v u j e výrok rozsudku Krajského súdu v Košiciach z 29.1.2016 č.k. 8CoP/306/2015-545 tak, že správne má výrok znieť : P o t v r d z u j e rozsudok okrem výroku o zastavení konania o výchove a úprave styku na čas do rozvodu v spojení s opravným uznesením z 1.4.2015 č.k. 9P/88/2011-519. o d ô v o d n e n i e : Podľa ust. § 211 ods. 2 O.s.p. ak tento zákon neustanovuje inak, pre konanie na odvolacom súde platia primerane ustanovenia o konaní pred súdom prvého stupňa. Podľa § 164 O.s.p.,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Krajský súd v Košiciach zistil, že pri opise rozsudku z 29.1.2016 č.k. 8CoP/306/2015-545 došlo k zrejmej nesprávnosti v písaní, vynechaním časti výroku o potvrdení napadnutého rozsudku v spojení s opravným uznesením Okresného súdu Košice - okolie z 1.4.2015 č.k. 9P/88/2011-519. Podľa ust. § 164 O.s.p. v spojení s ust. § 211 ods. 2 O.s.p. túto zrejmú nesprávnosť opravil tak, ako je uvedené vo výrokovej časti tohto rozhodnutia. Poučenie: Proti tomuto uzneseniu odvolanie nie je prípustné.</w:t>
      </w:r>
    </w:p>
    <w:p/>
    <w:p>
      <w:r>
        <w:t>Zdroj: KAUZIS.SK – https://www.kauzis.sk/judikatura/r/ECLI:SK:KSKE:2016:7511207571.4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