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11Co/245/2015 z 22. 3. 2016</w:t>
      </w:r>
    </w:p>
    <w:p>
      <w:r>
        <w:t>Uznesenie Krajského súdu Košice z 22. marca 2016, sp. zn. 11Co/245/2015, ECLI:SK:KSKE:2016:7514208024.1</w:t>
      </w:r>
    </w:p>
    <w:p>
      <w:r>
        <w:t>Súd: Krajský súd Košice</w:t>
      </w:r>
    </w:p>
    <w:p>
      <w:r>
        <w:t>Spisová značka: 11Co/245/2015</w:t>
      </w:r>
    </w:p>
    <w:p>
      <w:r>
        <w:t>ECLI: ECLI:SK:KSKE:2016:7514208024.1</w:t>
      </w:r>
    </w:p>
    <w:p>
      <w:r>
        <w:t>Dátum vydania: 22.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11Co/245/2015 Identifikačné číslo súdneho spisu: 7514208024 Dátum vydania rozhodnutia: 23. 03. 2016 Meno a priezvisko sudcu, VSÚ: JUDr. Jarmila Čabaiová ECLI: ECLI:SK:KSKE:2016:7514208024.1 Uznesenie Krajský súd v Košiciach vo veci žalobcu G. Q. D., s.r.o., so sídlom J., G. 25, IČO: 35 792 752, zast. Advokátska kancelária JUDr. Andrea Cviková, s.r.o., so sídlom Bratislava, Pribinova 25, IČO: 47 233 516, proti žalovanému C. E., L.. X.X.XXXX, J. O. XX, o zaplatenie 2.156,06 €, o späťvzatí návrhu po rozhodnutí Okresného súdu Košice - okolie rozsudkom 13C 182/2014-52 z 13.1.2015 r o z h o d o l : P r i p ú š ť a späťvzatie žaloby, zrušuje rozsudok a konanie zastavuje. Žiaden z účastníkov nemá právo na náhradu trov konania. o d ô v o d n e n i e : Okresný súd Košice - okolie (ďalej aj „súd“) rozsudkom z 13.1.2015 žalobu zamietol a rozhodol, že účastníkom náhradu trov konania nepriznáva. Podaním z 27.2.2015, doručeným súdu 5.3.2015, žalobca súdu oznámil, že podaný návrh na začatie konania berie v celom rozsahu späť a konanie navrhuje zastaviť. Náhradu trov konania neuplatnil. Žalovaný bol súdom vyzvaný na oznámenie, či so späťvzatím návrhu a so zastavením konania súhlasí, pričom bol poučený, že ak sa v stanovenej lehote 10 dní nevyjadrí, súd bude mať za to, že k späťvzatiu nemá námietky (§ 101 ods. 3 O.s.p.). Žalovaný sa k späťvzatiu žaloby nevyjadril. Podľa § 208 O.s.p.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V prejednávanej veci žalobca nepochybným prejavom vzal podanú žalobu celkom späť pred právoplatnosťou rozsudku, žalovaný k tomuto úkonu žalobcu nevyjadril nesúhlas, zostal nečinný, preto odvolací súd podľa cit. zák. ust. pripustil späťvzatie žaloby, zrušil rozsudok a konanie zastavil. O trovách konania bolo rozhodnuté podľa § 224 ods. 1 a § 146 ods. 1 O.s.p., podľa ktorého, žiaden z účastníkov nemá právo na náhradu trov konania podľa jeho výsledku, ak konanie bolo zastavené. Rozhodnutie bolo prijaté senátom pomerom hlasov 3 : 0 (§ 3 ods. 9 zák. č. 757/2004 Z.z. v znení účinnom od 1.5.2011). Poučenie: Proti uzneseniu odvolacieho súdu odvolanie nie je prípustné.</w:t>
      </w:r>
    </w:p>
    <w:p/>
    <w:p>
      <w:r>
        <w:t>Zdroj: KAUZIS.SK – https://www.kauzis.sk/judikatura/r/ECLI:SK:KSKE:2016:7514208024.1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