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5CoE/61/2013 z 12. 4. 2016</w:t>
      </w:r>
    </w:p>
    <w:p>
      <w:r>
        <w:t>Uznesenie Krajského súdu Košice z 12. apríla 2016, sp. zn. 5CoE/61/2013, ECLI:SK:KSKE:2016:7608205504.2</w:t>
      </w:r>
    </w:p>
    <w:p>
      <w:r>
        <w:t>Súd: Krajský súd Košice</w:t>
      </w:r>
    </w:p>
    <w:p>
      <w:r>
        <w:t>Spisová značka: 5CoE/61/2013</w:t>
      </w:r>
    </w:p>
    <w:p>
      <w:r>
        <w:t>ECLI: ECLI:SK:KSKE:2016:7608205504.2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5CoE/61/2013 Identifikačné číslo súdneho spisu: 7608205504 Dátum vydania rozhodnutia: 13. 04. 2016 Meno a priezvisko sudcu, VSÚ: JUDr. Ján Slebodník ECLI: ECLI:SK:KSKE:2016:7608205504.2 Uznesenie Krajský súd v Košiciach v exekučnej veci oprávnenej POHOTOVOSŤ, s.r.o., Bratislava, Pribinova 25, IČO: XX XXX XXX, proti povinnému Z. I., A.É. O., A. B. XX, v konaní o vymoženie 489,05 € (14 733,- Sk) s prísl., o odvolaní oprávnenej proti uzneseniu Okresného súdu Spišská Nová Ves z 15.11.2012, č.k. 7Er/146/2008-20, o návrhu na doplnenie uznesenia sp.zn. 5CoE/61/2013-45 zo 13.septembra 2013 r o z h o d o l : Krajský súd v Košiciach dopĺňa uznesenie zo dňa 13.9.2013 č.k. 5CoE/61/2013-45 o výrok: Návrh oprávnenej na prerušenie konania s požiadaním Súdneho dvora EÚ o rozhodnutie o prejudiciálnych otázkach zamieta. o d ô v o d n e n i e : Krajský súd v Košiciach ako odvolací súd uznesením z 13.septembra 2013, č.k. 5CoE/61/2013-45 potvrdil uznesenie súdu prvého stupňa z 15.11.2012, č.k. 7Er/146/2008-20 z 15.11.2012, avšak opomenul rozhodnúť aj o návrhu oprávnenej na prerušenie konania s požiadaním Súdneho dvora EÚ o rozhodnutie o prejudiciálnych otázkach, ktoré odôvodnil na str. 7-8 uznesenia aj judikatúrou Súdneho dvora EÚ (rozsudok Súdneho dvora Pannon C-243/08 a C-237/02 Freiburger Komunal Bauten). Konštatoval odvolací súd, že v prejednávanej veci nevznikla potreba stanoviť hranice aplikovateľnosti úniového práva, a preto návrh oprávnenej na prerušenie konania je neopodstatnený. Odvolací súd preto doplnil s poukazom na § 166 a § 167 ods.2 O.s.p., lebo ak nerozhodol súd v rozsudku o niektorej časti predmetu konania, súd môže rozsudok, ktorý nenadobudol právoplatnosť doplniť aj bez návrhu, a ak nie je ďalej ustanovené inak, použijú sa na uznesenie primerane ustanovenia o rozsudku, preto odvolací súd opomenul tento výrok a doplnil uznesenie z 13.9.2013, č.k. 5CoE/61/2013-45 o výrok, ktorý chýbal v dovolaní napadnutom uznesení odvolacieho súdu. Výsledok hlasovania - pomer hlasov: 3 hlasy za (§ 3 ods.9 tretia veta zák.č.757/04 Z.z. o súdoch a o zmene a doplnení niektorých zákonov v znení neskorších predpisov). Poučenie: Proti uzneseniu odvolacieho súdu odvolanie nie je prípustné.</w:t>
      </w:r>
    </w:p>
    <w:p/>
    <w:p>
      <w:r>
        <w:t>Zdroj: KAUZIS.SK – https://www.kauzis.sk/judikatura/r/ECLI:SK:KSKE:2016:7608205504.2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