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6Co/25/2016 z 26. 6. 2016</w:t>
      </w:r>
    </w:p>
    <w:p>
      <w:r>
        <w:t>Rozsudok Krajského súdu Košice z 26. júna 2016, sp. zn. 6Co/25/2016, ECLI:SK:KSKE:2016:7614207306.2</w:t>
      </w:r>
    </w:p>
    <w:p>
      <w:r>
        <w:t>Súd: Krajský súd Košice</w:t>
      </w:r>
    </w:p>
    <w:p>
      <w:r>
        <w:t>Spisová značka: 6Co/25/2016</w:t>
      </w:r>
    </w:p>
    <w:p>
      <w:r>
        <w:t>ECLI: ECLI:SK:KSKE:2016:7614207306.2</w:t>
      </w:r>
    </w:p>
    <w:p>
      <w:r>
        <w:t>Dátum vydania: 26. 6. 2016</w:t>
      </w:r>
    </w:p>
    <w:p>
      <w:r>
        <w:t>Forma: Rozsudok</w:t>
      </w:r>
    </w:p>
    <w:p>
      <w:r>
        <w:t>Oblasť práva: Občianske právo</w:t>
      </w:r>
    </w:p>
    <w:p>
      <w:pPr>
        <w:pStyle w:val="Heading2"/>
      </w:pPr>
      <w:r>
        <w:t>Text rozhodnutia</w:t>
      </w:r>
    </w:p>
    <w:p>
      <w:r>
        <w:t>Súd: Krajský súd Košice Spisová značka: 6Co/25/2016 Identifikačné číslo súdneho spisu: 7614207306 Dátum vydania rozhodnutia: 27. 06. 2016 Meno a priezvisko sudcu, VSÚ: JUDr. Alexander Husivarga ECLI: ECLI:SK:KSKE:2016:7614207306.2 ROZSUDOK V MENE SLOVENSKEJ REPUBLIKY Krajský súd v Košiciach v senáte zloženom z predsedu senátu JUDr. Alexandra Husivargu a sudcov JUDr. Moniky Koščovej a JUDr. Viktórie Midovej v právnej veci navrhovateľa: CD Consulting s.r.o., so sídlom v Prahe, Politických vězňů 1272/21, Nové Město, Česká republika, IČO: 26 429 705, zastúpeného Fridrich Paľko, s.r.o., so sídlom v Bratislave, Grösslingova 4, IČO: 36 864 421, proti odporkyni : Y. W., bývajúcej U. N., Y..C..Š. XXX/XX, zastúpenej JUDr. Ľubomírou Bašistovou Virovou, advokátkou, so sídlom Spišská Nová Ves , Zimná č.42 o zaplatenie 1222,91 € s príslušenstvom, o odvolaní navrhovateľa proti rozsudku Okresného súdu Spišská Nová Ves č.k. 10C/67/2014-95 zo dňa 8.decembra 2015 takto r o z h o d o l : P r i p ú š ť a späťvzatie návrhu o zaplatenie zmenkového úroku vo výške 0,19 % denne zo sumy 1222,91 € od 2.5.2011 do zaplatenia, z r u š u j e rozsudok č.k. 10C/67/2014-95 zo dňa 8.12.2015 vo výroku o zamietnutí návrhu v tejto časti a konanie v tejto časti z a s t a v u j e . V prevyšujúcej časti p o t v r d z u j e rozsudok. Navrhovateľ je povinný nahradiť odporkyni trovy odvolacieho konania v sume 72,03 €, ktoré je povinný zaplatiť právnej zástupkyni odporkyne JUDr. Ľubomíre Bašistovej Virovej do troch dní od právoplatnosti tohto rozsudku. o d ô v o d n e n i e : Okresný súd Spišská Nová Ves (ďalej len „súd prvého stupňa“ alebo len „okresný súd“) rozsudkom zo dňa 8.12.2015, č.k. 10C/67/2014-95 zamietol návrh na uplatnenie pohľadávky podľa článku 4 ods. 1 Nariadenia Európskeho parlamentu a Rady (ES) č. 861/2007, ktorým sa ustanovuje európske konanie vo veciach s nízkou hodnotou sporu (ďalej len „Nariadenie“), ktorým sa navrhovateľ domáhal zaplatenia zmenkovej sumy vo výške 1222,91 €, zmenkového úroku vo výške 0,25 % denne zo sumy 1222,91 € od 2.5.2011 do zaplatenia, zákonného úroku vo výške 6 % ročne zo zmenkovej sumy 1222,91 € od 15.6.2011 do zaplatenia, zmenkovú odmenu vo výške 1/3 % zmenkovej sumy teda 4,08 €, na základe zmenky, pričom navrhovateľ ako indosatár je nadobúdateľom všetkých práv z tejto zmenky. Uložil navrhovateľovi nahradiť trovy konania odporkyni v sume 143,62 € na účet právnej zástupkyne odporkyne do troch dni od právoplatnosti rozsudku. Zo zmenky, ktorá bola vystavená odporkyňou dňa 15.6.2010 súd zistil, že bola vyplnená na sumu 1222,91 €, pričom do jej textu bol poňatý záväzok odporkyne zaplatiť túto zmenku pri predložení na rad zmenkového veriteľa spolu so zmenkovým úrokom 0,25 % denne od 2.5.2011. Z exekučného spisu sp.zn. 7Er/937/2012 mal súd preukázané, že odporkyňa uzatvorila s právnym predchodcom navrhovateľa, spoločnosťou POHOTOVOSŤ, s.r.o. zmluvu o úvere Č.. XXXXXXXXX, z ktorej vyplýva, že odporkyni bol poskytnutý úver vo výške 600 € a odporkyňa sa zaviazala tento úver spolu s poplatkom vo výške 396 € uhradiť v 6-tich mesačných splátkach po 166 € v celkovej výške 996 €. Súčasťou zmluvy sú Všeobecné podmienky poskytnutia úveru, v ktorých (podľa článku 14 - dohoda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Po posúdení formálnych náležitostí zmenky v zmysle ustanovenia § 75 zák. č. 191/1950 Sb. súd uplatnený nárok posúdil aj v súvislosti s právnou úpravou viažucou sa na ochranu spotrebiteľa, teda podľa ust. §§ 52 až 54 Občianskeho zákonníka (ďalej len OZ) a zákona č. 258/2001 Z.z. o spotrebiteľských úveroch a dospel k záveru, že dohoda o vyplnení zmenky, obsiahnutá vo Všeobecných podmienkach poskytnutia úveru (čl. 14) je neplatná, lebo ide o neprijateľnú zmluvnú podmienku s poukazom na ust. § 53 ods. 1 OZ. Je súčasťou formulára spracovaného právnym predchodcom navrhovateľa, pričom tieto podmienky odporkyňa nemala možnosť ovplyvniť. Nebola preto individuálne dojednaná a spôsobuje značnú nerovnováhu v právach a povinnostiach účastníkov v neprospech spotrebiteľa práve pre nezohľadnenie práv spotrebiteľa. Z úverovej zmluvy a predloženej zmenky mal súd preukázané, že zmenka bola vystavená (správne vyplnená) v rozpore s ustanovením § 4 ods. 6 zák. č. 258/2001 Z.z., pretože právny predchodca navrhovateľa zákonný limit zmenkovej sumy vôbec nerešpektoval a zmenku napriek výslovnému zákazu prijal a následne ju previedol na navrhovateľa. Navyše dohoda o vyplnení zmenky, obsiahnutá vo Všeobecných podmienkach poskytnutia úveru je právnym úkonom obchádzajúcim zákon, pretože sa javí, že vystavením zmenky sa právny predchodca navrhovateľa snažil vyhnúť posudzovaniu platnosti úverovej zmluvy a aplikácii zákona o spotrebiteľských úveroch a tiež dodržaniu obligatórnych náležitostí zmluvy o spotrebiteľskom úvere. Zo všetkých uvedených dôvodov návrh zamietol. O trovách konania rozhodol v zmysle ustanovenia § 142 ods. 1 O.s.p.. Úspešnej odporkyni priznal náhradu trov prvostupňového konania v sume 143,62 €. Proti tomuto rozsudku v zákonnej lehote podal odvolanie navrhovateľ z dôvodov podľa ust. § 205 ods. 2 písm. a/ v spojení s ust. § 221 ods. 1 písm. f/ O.s.p., § 205 ods. 2 písm. b/ O.s.p. a f/ O.s.p.. Navrhol rozsudok zmeniť tak, že súd návrhu na uplatnenie pohľadávky v celom rozsahu vyhovie a prizná mu náhradu trov odvolacieho konania. Namietal, že súd vykonal dokazovanie listinami, pričom účastníci takéto dokazovanie nenavrhli. Súd mal vychádzať len zo skutočností tvrdených účastníkmi a vykonať len dôkazy navrhnuté účastníkmi. Navrhovateľ predložil súdu ako dôkaz o svojich nárokoch platnú zmenku, voči forme a obsahu ktorej zo strany odporkyne neboli vznesené žiadne námietky, a preto neexistovala okolnosť, ktorá by odôvodňovala vykonanie ďalších dôkazov nevyhnutných pre rozhodnutie vo veci. Neboli splnené podmienky pre vykonanie iných dôkazov než navrhnutých účastníkmi konania v zmysle ust. § 120 ods. 1 O.s.p. V prejednávanej veci súd mal rozhodnúť o práve na úhradu zmenkovej sumy a jej príslušenstva len z predloženej zmenky. Predpokladom vydania rozsudku bolo výlučne predloženie originálu zmenky. Odporkyňa mohla vzniesť námietky voči zmenke na základe článku 5 ods. 3 a ods. 6 Nariadenia, ak tak však neurobila, musia byť akékoľvek iné námietky odmietnuté vzhľadom na uplatnenie koncentračnej zásady v zmysle Nariadenia. Súd sám nemôže vznášať voči zmenke námietky za odporkyňu. Súd z vlastnej iniciatívy vykonal dokazovanie, preukazujúce charakter odporkyne ako spotrebiteľa, pričom odporkyňa sa tejto obrany žiadnym spôsobom nedomáhala, uplatnenú pohľadávku nerozporovala a svojím konaním ju prakticky uznala.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Prvostupňový súd sa pritom aplikáciou zákona č. 191/1950 Sb. nezaoberal, hoci predmetom konania je výlučne zmenka a nie iný záväzkový vzťah. Súd ignoroval ust. § 17 cit. zák., v zmysle ktorého odporca vo všeobecnosti nie je oprávnený vznášať tzv. kauzálne námietky voči majiteľovi zmenky, ktoré vyplývajú z jeho vzťahov s pôvodným majiteľom zmenky. Keďže tak nemôže urobiť sám odporca, tým menej tak môže urobiť súd. Pokiaľ aj odporca vznesie námietky, je na ňom, aby ich oprávnenosť preukázal. Dôkazné bremeno teda spočíva na odporcovi a nie je možné ho preniesť na navrhovateľa. Nesúhlasil so záverom súdu, že dohoda o vypĺňacom práve blanko zmenky by mala predstavovať neprijateľnú zmluvnú podmienku pri poskytovaní spotrebných (správne spotrebiteľských - poznámka odvolacieho súdu) úverov. Samotný zákon o spotrebiteľských úveroch č. 258/2001 Z.z.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 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 zmeniek. Vzhľadom na skutočnosť, že odporkyňa uplatnený nárok nepoprela a napriek tomu súd tento zamietol, považuje navrhovateľ napadnuté rozhodnutie za prekvapivé. Odporkyňa v písomnom vyjadrení na odvolanie navrhovateľa navrhla napadnutý rozsudok ako vecne správny potvrdiť. Stotožnila sa s odôvodnením rozsudku súdu prvého stupňa a súhlasila s právnym posúdením veci ako aj so skutkovým zistením súdu v predmetnej veci. Poukázala na ustanovenie § 4 ods.6 zák. č. 258/2001 Z.z. o spotrebiteľských úveroch a na Stanovisko NS SR 93/2015 v ktorom sa rieši otázka posúdenia zmeniek a poskytnutia súdnej ochrany bez ohľadu na vznesenie námietok zo strany spotrebiteľa. Navrhovateľ v písomnom vyjadrení na vyjadrenie odporkyne navrhol napadnutý rozsudok zmeniť a návrhu v celom rozsahu vyhovieť. Zotrval na svojich záveroch ohľadom charakteru zmenky a uviedol, že Stanovisko NS SR č.93/2015 v žiadnom prípade neprelomilo zásadu „ochranyhodnosti“ prevodu zmenky rubopisom. Opätovne poukázal na právnu argumentáciu uznesenia Krajského súdu v Banskej Bystrici z 21.11.2013 sp. zn. 43 CoZm 10/2013. Navrhovateľ v odvolacom konaní zobral čiastočne späť návrh na začatie konania v časti o zaplatenie zmenkového úroku vo výške 0,19 % denne a navrhol konanie v tejto časti zastaviť. Odporkyňa proti čiastočnému späťvzatiu nemala námietky (§ 101 ods. 3 O.s.p.). Krajský súd v Košiciach v zmysle ustanovenia § 208 O.s.p. rozhodol o pripustení čiastočného späťvzatia návrhu o zaplatenie zmenkového úroku vo výške 0,19 % denne zo sumy 1222,91 € od 2.5.2011 do zaplatenia, zrušil rozsudok vo výroku o zamietnutí návrhu v tejto časti a konanie v tejto časti zastavil. Predmetom odvolacieho konania tak zostal rozsudok v celej prevyšujúcej časti, ktorým bol návrh zamietnutý (ďalej len rozsudok) a súvisiaci výrok o trovách konania. Krajský súd v Košiciach ako odvolací súd prejednal odvolanie navrhovateľa ako podané včas oprávnenou osobou proti rozhodnutiu, proti ktorému je prípustné, bez nariadenia pojednávania v zmysle ust. § 214 ods. 2 O.s.p. v rozsahu danom ust. § 212 ods. 1, 3 O.s.p. a z hľadísk uplatnených odvolacích dôvodov (§ 205 ods. 2 písm. a/, b/, f/ O.s.p.) a dospel k záveru, že odvolaniu navrhovateľa nie je možné vyhovieť. Rozsudok je v napadnutom výroku vecne správny, preto ho odvolací súd podľa § 219 ods. 1 O.s.p. potvrdil. Rozsudok bol verejne vyhlásený na Krajskom súde v Košiciach dňa 27. júna 2016 o 11.55 hod. v pojednávacej miestnosti č. dv. 202, 2. poschodie, pričom miesto a čas verejného vyhlásenia rozhodnutia boli zverejnené dňa 21. júna 2016 na úradnej tabuli Krajského súdu v Košiciach v zmysle ust. § 156 ods. 1, 3 O.s.p. Navrhovateľ namieta odvolacie dôvody podľa ust. § 205 ods. 2 písm. a/ v spojení s ust. § 221 ods. 1 písm. f/ O.s.p., podľa ust. § 205 ods. 2 písm. b/ a f/ O.s.p., t.j. že v konaní došlo k vadám uvedeným v § 221 ods. 1 O.s.p., konkrétne účastníkovi konania sa postupom súdu odňala možnosť konať pred súdom, že konanie má inú vadu, ktorá mohla mať za následok nesprávne rozhodnutie vo veci a že rozhodnutie vychádza z nesprávneho právneho posúdenia veci. Odvolací súd v prejednávanej veci dospel k záveru, že tieto odvolacie dôvody nie sú naplnené. Súd prvého stupňa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jeho rozsudok v napadnutej časti ako vecne správny podľa § 219 ods. 1 O.s.p. potvrdil. Navrhovateľ v odvolaní argumentuje skutočnosťami uvádzanými už v konaní pred súdom prvého stupňa, s ktorými sa súd náležite a správne vyporiadal pri rozhodovaní vo veci, a preto jeho odvolacie námietky nie sú spôsobilé spochybniť vecnú správnosť napadnutého rozsudku. Z odôvodnenia rozsudku súdu prvého stupňa je zrejmé, že súd založil svoje rozhodnutie o zamietnutí návrhu na zistení, že dohoda o vyplnení zmenky, obsiahnutá vo Všeobecných podmienkach poskytnutia úveru je neprijateľnou zmluvnou podmienkou, a teda je neplatná. Z neplatnej dohody nie je preto možné priznať navrhovateľom uplatnené zmenkové nároky. Návrh zamietol aj z dôvodu, že zmenka bola vyplnená v rozpore s ust. § 4 ods. 6 zákona č. 258/2001 Z.z. o spotrebiteľských úveroch a o zmene zákona o obchodnej inšpekcii v znení účinnom do 31.12.2010, teda aj v čase uzavretia úverovej zmluvy (ďalej len zákon č. 258/2001 Z.z.) a z takejto zmenky preto nemožno uplatňovať právo v súdnom (ani inom) konaní. S týmto záverom sa odvolací súd v plnom rozsahu stotožňuje a v tomto smere poukazuje na dôvody napadnutého rozsudku, s ktorými sa stotožňuje a na tieto odkazuje (§ 219 ods. 2 O.s.p.). Na zdôraznenie správnosti tohto záveru odvolací súd uvádza nasledovné :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odporcu, je možné preskúmať a podľa okolností prípadu posúdiť nárok na uplatnený zmluvný úrok ako nárok uplatnený v rozpore s dobrými mravmi, ak výška uplatneného nároku podľa úvahy súdu takýto exces dosahuje. Stanovisko je uverejnené v Zbierke stanovísk Najvyššieho súdu a rozhodnutí súdov Slovenskej republiky 8/2015 pod číslom 93. 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v danom prípade zákon č. 258/2001 Z.z. v znení účinnom ku dňu 15.6.2010. Takto postupoval aj súd prvého stupňa, keď po zistení, že odporkyňa uzavrela s právnym predchodcom navrhovateľa zmluvu o spotrebiteľskom úvere, súčasťou ktorej je aj dohoda o vyplnení zmenky (článok 14 Všeobecných podmienok poskytnutia úveru), skúmal (ne)platnosť tejto dohody o vyplňovacom práve z hľadiska jej súladu so zákonom č. 258/2001 Z.z. o spotrebiteľských úveroch v znení účinnom od 1.1.2008 do 31.12.2010. V zmysle ust. § 4 ods. 6 zákona č. 258/2001 Z.z.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Neplatný je právny úkon, ktorý svojím obsahom alebo účelom odporuje zákonu alebo ho obchádza alebo sa prieči dobrým mravom (§ 39 OZ). Okrem dôvodov, pre ktoré súd prvého stupňa považoval vyššie uvedenú dohodu za neprijateľnú zmluvnú podmienku, na ktorú odvolací súd odkazuje a na tomto mieste ich neopakuje, odvolací súd dopĺňa, že vyššie uvedená dohoda umožňuje vyplniť zmenkovú sumu vo výške všetkých peňažných nárokov veriteľa voči dlžníkovi, ktoré veriteľovi vzniknú ku dňu vyplnenia zmenky, čo je v priamom rozpore s obmedzením vyplývajúcim z citovaného zákonného ustanovenia § 4 ods. 6, podľa ktorého zmenková suma v čase vyplnenia je maximálne vo výške aktuálnej výšky nesplateného spotrebiteľského úveru a príslušenstva (vrátane zmluvných pokút a iných nárokov veriteľa zo zmluvy o spotrebiteľskom úvere) vo výške maximálne 30 % istiny poskytnutého spotrebiteľského úveru. Nepochybne takáto dohoda je v neprospech spotrebiteľa, lebo mala zabezpečiť nároky v širšom než zákonnom rozsahu. V tejto časti (oddeliteľnej od ostatného obsahu zmluvy) je teda zmluva, t.j. dohoda o vyplnení zmenky v rozpore s ust. § 4 ods. 6 zákona č. 258/2001 Z.z., a teda neplatná podľa § 39 Občianskeho zákonníka, preto súd prvého stupňa rozhodol vecne správne, ak zmenkové nároky zo zmenky vyplnenej na základe neplatnej dohody o vyplnení zmenky žalobcovi nepriznal. Správny je aj záver súdu prvého stupňa, že zmenka bola vyplnená v rozpore s ust. § 4 ods. 6 zák. č. 258/2001 Z.z., pretože vychádzajúc z poskytnutého úveru 600 € mohla byť vyplnená na zmenkovú sumu maximálne 780 € (600 € + 30 % príslušenstvo), pričom zmenka bola vyplnená na sumu 1222,91 € a takto vyplnenú zmenku veriteľ (POHOTOVOSŤ s.r.o. ako právny predchodca navrhovateľa) nesmel prijať a ani ďalej postúpiť na navrhovateľa. Práva uplatnené zo zmenky vyplnenej v rozpore s ust. § 4 ods. 6 zák. č. 258/2001 Z.z. sú uplatnené v rozpore so zákonom i s dobrými mravmi, a preto ich nemožno navrhovateľovi priznať. K ďalším odvolacím námietkam navrhovateľa odvolací súd uvádza nasledovné : V zmysle ust. § 120 ods. 1 O.s.p. účastníci sú povinní označiť dôkazy na preukázanie svojich tvrdení. Súd rozhodne, ktoré z označených dôkazov vykoná. Súd môže výnimočne vykonať aj iné dôkazy ako navrhujú účastníci, ak ich vykonanie je nevyhnutné pre rozhodnutie vo veci. Z vyššie citovaného zákonného ustanovenia vyplýva, že účastníci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V prejednávanej veci bol takýto postup nevyhnutný pre rozhodnutie vo veci, pričom Občiansky súdny poriadok je subsidiárne využiteľný aj v prípade konaní podľa Nariadenia a postup súdu v zmysle § 120 ods. 1 tretej vety O.s.p.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prvého stupňa v súlade s ust. § 120 ods. 1 O.s.p., keď si zabezpečil listinné dôkazy, z ktorých mohol posúdiť jednak platnosť úkonu, v ktorom má nárok základ (úverovej zmluvy), ale aj platnosť samotnej dohody o vyplňovacom práve, ktorá bola podkladom pre vyplnenie zmenky ako dôkazu predkladaného navrhovateľom na preukázanie svojho nároku. Keďže súd na základe vykonaného dokazovanie spoľahlivo zistil, že na strane odporkyne ide o spotrebiteľa, poskytol odporkyni ex offo ochranu, keď návrhom uplatnený nárok skúmal aj z hľadiska jeho (ne)súladu s normami na ochranu spotrebiteľa (§ 52 až 54 OZ a zák. č. 258/2001 Z.z.), a ak za tým účelom vykonal dôkazy, ktoré účastníci nenavrhli, nemožno mu vytýkať porušenie práva na spravodlivý proces. Pokiaľ ide o odvolaciu námietku, v zmysle ktorej súd prvého stupňa nerešpektoval ust. § 17 zák. č. 191/1950 Sb. a v ktorej navrhovateľ vytýkal súdu, že hoci sama odporkyňa nemohla vzniesť kauzálne námietky voči majiteľovi zmenky, urobil tak súd sám, odvolací súd uvádza, že rigidná aplikácia ust. § 17 zák. č. 191/1950 Sb. by spôsobila spotrebiteľovi neprimerané ťažkosti pri až následnom možnom domáhaní sa ochrany svojich práv (ust. § 17 cit.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v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Napriek skutočnosti, že odporkyňa v konaní výslovne nenamietala, že zmenka je neplatná, súd správne skúmal jej platnosť, vychádzajúc zo záveru, že princíp „vigilantibus iura scripta sunt“ (právo patrí bdelým) v spotrebiteľských veciach v konkrétnych súvislostiach ustupuje dôležitejšiemu princípu, ktorým je ochrana práv spotrebiteľa. Uvedené opakovane skonštatoval Najvyšší súd Slovenskej republiky (uznesenie zo 16. januára 2013 sp. zn. 6MCdo/9/2012, z 21. marca 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Geraldovi Feichterovi)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odporcu ako spotrebiteľa. Ust. § 17 zák.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dôležitá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Ani samotné Nariadenie neobsahuje žiadne ustanovenie, ktoré by zakazovalo alebo neumožňovalo súdu skúmať kauzálne vzťahy, na ktorých krytie je zmenka určená. Článok 7 ods. 3 Nariadenia hovorí, že súd v prípade pasivity odporcu „vydá rozsudok“ nehovorí, že návrhu musí vyhovieť. Z uvedeného plynie, že nič nebráni súdu, aby ex offo skúmal, či základom zmenky je spotrebiteľská zmluva a či táto zmluva neobsahuje neprijateľné zmluvné podmienky. V slovenskom právnom poriadku navyše platí ustanovenie § 5b zák. č. 250/2007 Z.z., ktoré ukladá orgánu rozhodujúcemu o nárokoch zo spotrebiteľskej zmluvy prihliadať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V čase rozhodovania odvolacieho súdu (od 23.12.2015) je účinný zákon č. 438/2015 Z.z., ktorým sa zmenil a doplnil aj zákona č. 191/1950 Sb. zmenkový a šekový v znení zák.č. 659/2007 Z.z. a zák. č. 492/2009 Z.z. V zmysle ust. § 17 ods. 2 zák. č. 191/1950 Sb. v znení zák. č.438/2015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č. 438/2015 Z.z. vzhľadom na chýbajúce prechodné ustanovenia zák. č. 438/2015 Z.z. k úprave účinnej od 23.12.2015. Procesná norma odo dňa nadobudnutia svojej účinnosti pôsobí na všetky živé spory prebiehajúce na súdoch, za situácie, že zákonodarca nestanovil osobitný (intertemporálny) režim. K odvolacej námietke navrhovateľa o prekvapivosti napadnutého rozsudku vzhľadom na skutočnosť, že odporkyňou uplatnený nárok nebol popretý odvolací súd poukazuje na skutočnosť, že už z uznesenia Krajského súdu v Košiciach v tejto veci č.k. 6 Co 735/2014-52 zo dňa 30. júna 2015, vyplýva povinnosť súdu posudzovať platnosť zmenky aj podľa zákona o spotrebiteľských úveroch a prednostne posudzovať uplatnený nárok podľa spotrebiteľského práva. Už z tohto uznesenia navrhovateľovi bolo teda zrejmé, že ním uplatnený nárok sa nebude posudzovať iba podľa zákona zmenkového a šekového, ale aj podľa noriem na ochranu spotrebiteľa. V ďalšom konaní mal navrhovateľ možnosť vyjadriť sa ku všetkým súdom vykonaným dôkazom vrátane tých, ktoré si súd sám zabezpečil za účelom súdneho prieskumu uplatneného nároku z hľadiska jeho súladu s normami na ochranu spotrebiteľa. Okrem toho navrhovateľ mal možnosť vyjadriť sa k vykonaným dôkazom na pojednávaní dňa 8.12.2015, na ktoré bol riadne a včas predvolaný a z neúčasti na ktorom sa ospravedlnil, pričom nepožiadal z dôležitého dôvodu o jeho odročenie. Zo všetkých vyššie uvedených dôvodov sú odvolacie námietky navrhovateľa nedôvodné a nespôsobilé spochybniť vecnú správnosť napadnutého rozsudku, z ktorého dôvodu odvolací súd rozsudok v napadnutom výroku ako vecne správny podľa § 219 ods.1 O.s.p. potvrdil. Výrok trovách odvolacieho konania sa zakladá na ust. § 224 ods. 1,2 v spojení s ust. § 142 ods. 1 O.s.p. a § 146 ods. 2 prvej vety O.s.p.. Navrhovateľ bol v odvolacom konaní neúspešný, a to aj v časti, v ktorej došlo k zastaveniu konania, keďže zavinil zastavenie konania späťvzatím návrhu, a preto je povinný nahradiť trovy konania úspešnej odporkyni. Odporkyňa si náhradu trov odvolacieho konania uplatnila a ich výšku vyčíslila. Odvolací súd priznal odporkyni náhradu trov odvolacieho konania za jeden úkon právnej pomoci - písomné vyjadrenie na odvolanie navrhovateľa podľa § 10 ods.1 vyhl. č. 655/2004 Z.z. o odmenách a náhradách advokátov za poskytovanie právnych služieb (ďalej len „vyhláška“) v spojení s §13a ods.1 písm. c/ vyhlášky vo výške 51,45 €. Zároveň priznal aj náhradu výdavkov na miestne telekomunikačné výdavky a miestne prepravné v sume 8,58 € podľa § 16 ods. 3 vyhlášky. Odmenu a náhradu odvolací súd zvýšil o daň z pridanej hodnoty podľa 18 ods. 3 vyhlášky o sumu 12 €. Spolu trovy odvolacie konania sú reprezentované sumou 72,03 € (51,45 €+8,58 €+12 €). Uvedenú sumu je navrhovateľ povinný zaplatiť právnej zástupkyni odporkyne JUDr. Ľubomíre Bašistovej Virovej (§ 149 ods.1 O.s.p.). Toto rozhodnutie prijal senát Krajského súdu v Košiciach pomerom hlasov 3 : 0 (§ 3 ods. 9 zák. č. 757/2004 Z.z.). Poučenie: Proti tomuto rozsudku odvolanie nie je prípustné.</w:t>
      </w:r>
    </w:p>
    <w:p/>
    <w:p>
      <w:r>
        <w:t>Zdroj: KAUZIS.SK – https://www.kauzis.sk/judikatura/r/ECLI:SK:KSKE:2016:7614207306.2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