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9Co/70/2016 z 29. 9. 2016</w:t>
      </w:r>
    </w:p>
    <w:p>
      <w:r>
        <w:t>Uznesenie Krajského súdu Košice z 29. septembra 2016, sp. zn. 9Co/70/2016, ECLI:SK:KSKE:2016:7614215664.1</w:t>
      </w:r>
    </w:p>
    <w:p>
      <w:r>
        <w:t>Súd: Krajský súd Košice</w:t>
      </w:r>
    </w:p>
    <w:p>
      <w:r>
        <w:t>Spisová značka: 9Co/70/2016</w:t>
      </w:r>
    </w:p>
    <w:p>
      <w:r>
        <w:t>ECLI: ECLI:SK:KSKE:2016:7614215664.1</w:t>
      </w:r>
    </w:p>
    <w:p>
      <w:r>
        <w:t>Dátum vydania: 29. 9. 2016</w:t>
      </w:r>
    </w:p>
    <w:p>
      <w:r>
        <w:t>Forma: Uznesenie</w:t>
      </w:r>
    </w:p>
    <w:p>
      <w:pPr>
        <w:pStyle w:val="Heading2"/>
      </w:pPr>
      <w:r>
        <w:t>Text rozhodnutia</w:t>
      </w:r>
    </w:p>
    <w:p>
      <w:r>
        <w:t>Súd: Krajský súd Košice Spisová značka: 9Co/70/2016 Identifikačné číslo súdneho spisu: 7614215664 Dátum vydania rozhodnutia: 30. 09. 2016 Meno a priezvisko sudcu, VSÚ: JUDr. Táňa Veščičiková ECLI: ECLI:SK:KSKE:2016:7614215664.1 Uznesenie Krajský súd v Košiciach v senáte zloženom z predsedníčky senátu JUDr. Táne Veščičikovej a sudcov JUDr. Miroslava Sogu a JUDr. Dany Bystrianskej v spore žalobcov 1)A. K., H.. X. X. XXXX, Ž. XX, X) Z. K., H.. XX. X. XXXX, Ž.G. XX, X) C. Z., H.. XX. X. XXXX, Ž. XX, X) Z. Z., H.. XX. X. XXXX, Ž. XX, X) D. Q., H.. XX. X. XXXX, Ž. XX, X) Š. L., H.. XX. X. XXXX, Ž.G. XX, X) B. L., H.. X. XX. XXXX, Ž. XX, X) Z. S., H.. XX. XX. XXXX, Ž. XX, zast. žalobkyňou v 9.rade a X) Z. S., H.. XX. X. XXXX, Ž.G. XX, zast. JUDr. Ladislavom Zátorským, advokátom, Advokátska kancelária, Spišská Nová Ves , Štefánikovo nám. 5, proti žalovaným 1) M. C.Š., H.. XX. X. XXXX B. X) P. C., H.. XX. X. XXXX, X. Ž. XX, o vypratanie nehnuteľnosti, o odvolaní žalovaného v 1. rade proti uzneseniu 5C/76/2014-80 zo 6. 11. 2015 Okresného súdu Spišská Nová Ves r o z h o d o l : O d m i e t a odvolanie. Stranám náhradu trov odvolacieho konania n e p r i z n á v a. o d ô v o d n e n i e : 1. Súd prvej inštancie (ďalej len "súd") uznesením konanie zastavil a žalovaným v 1. a 2. rade uložil povinnosť spoločne a nerozdielne nahradiť trovy konania vo výške 442,24 eur na účet právneho zást. žalobkyne v 9. rade - JUDr. Ladislavovi Zátorskému, advokátovi, Štefánikovo námestie 5 , do 3 dní od právoplatnosti uznesenia. 2. Proti uzneseniu a to výroku o náhrade trov konania podal odvolanie žalovaný v 1. rade. 3. Žalobcovia vo vyjadrení k odvolaniu uznesenie , o.i., považovali za zákonné a vecne správne. Zároveň si uplatnila náhradu trov odvolacieho konania 89,50€ s DPH. 4. Odvolací súd bez nariadenia pojednávania (§ 383 ods. 1 CSP - na prejednanie odvolania nariadi odvolací súd pojednávanie vždy, ak je potrebné zopakovať alebo doplniť dokazovanie alebo to vyžaduje dôležitý verejný záujem) odvolanie proti uzneseniu odmietol podľa § 386 písm. a) CSP lebo bolo podané oneskorene. 5. Podľa § 470 ods. 1 CSP ak nie je ustanovené inak, platí tento zákon aj na konania začaté predo dňom nadobudnutia jeho účinnosti. 6. Podľa § 470 ods. 2 prvá veta CSP právne účinky úkonov, ktoré nastali predo dňom nadobudnutia účinnosti tohto zákona, zostávajú zachované. 7. Podľa § 362 ods. 1 prvá veta CSP odvolanie sa podáva v lehote 15 dní od doručenia rozhodnutia na súde, proti ktorého rozhodnutiu smeruje. 8. Podľa § 121 ods. 4 CSP ak koniec lehoty pripadne na sobotu alebo deň pracovného pokoja, je posledným dňom lehoty najbližší nasledujúci pracovný deň. 9. Podľa § 121 ods. 5 CSP lehota je zachovaná, ak sa v posledný deň lehoty urobí úkon na súde alebo sa podanie odovzdá orgánu, ktorý má povinnosť ho doručiť. 10. Z obsahu spisu vyplýva, že uznesenie bolo žalovanému v 1. rade doručené 14. 11. 2015, lehota na podanie odvolania začala plynúť 15. 11. 2015, t.j. , nasledujúci deň po doručení uznesenia a jej koniec pripadol na 29. 11. 2015 (nedeľa), keďže išlo o deň pracovného pokoja, posledným dňom lehoty na podanie odvolania bol 30. 11. 2015 (pondelok) a keďže žalovaný v 1. rade podal odvolanie až 3. 12. 2015 osobne na súde prvej inštancie (pečiatka podateľne Okresného súdu Spišská Nová Ves), po uplynutí 15 dňovej zákonnej lehoty na podanie odvolania, muselo byť jeho odvolanie odmietnuté ako oneskorene podané, keďže lehota na jeho podanie nebola zachovaná. 11. O trovách odvolacieho konania bolo rozhodnuté podľa § 255 ods. 1 v spojení s § 396 ods. 1 CSP. 12. Žalovaný v 1. rade nemal v odvolacom konaní úspech, preto nemá právo na náhradu trov odvolacieho konania a žalobcom za vyjadrenie k odvolaniu za úkony právnej služby advokátom náhrada trov odvolacieho konania nebola priznaná lebo vyjadrenie nie je možné považovať za účelne vynaložené trovy , išlo o vyjadrenie k odvolaniu podanému po lehote, ktoré nebolo odvolacím súdom preskúmavané po vecnej stránke . 13. Výsledok hlasovania - pomer hlasov: 3 hlasy za (§ 393 ods. 2 posledná veta CSP).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https://www.kauzis.sk/judikatura/r/ECLI:SK:KSKE:2016:7614215664.1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